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5141" w14:textId="77777777" w:rsidR="00B94B01" w:rsidRPr="00B94B01" w:rsidRDefault="00B94B01" w:rsidP="00B94B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SPIL 101</w:t>
      </w:r>
    </w:p>
    <w:p w14:paraId="69B6F2B1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Grabado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 16 de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julio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2026</w:t>
      </w:r>
    </w:p>
    <w:p w14:paraId="2A896677" w14:textId="77777777" w:rsidR="00B94B01" w:rsidRPr="00B94B01" w:rsidRDefault="00B94B01" w:rsidP="00B94B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94B01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Guía de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36"/>
          <w:szCs w:val="36"/>
        </w:rPr>
        <w:t>oradores</w:t>
      </w:r>
      <w:proofErr w:type="spellEnd"/>
    </w:p>
    <w:p w14:paraId="742CA7DD" w14:textId="77777777" w:rsidR="00B94B01" w:rsidRPr="00B94B01" w:rsidRDefault="00B94B01" w:rsidP="006678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Bethany Baldwin: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Moderadora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anfitriona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30B1CF" w14:textId="77777777" w:rsidR="00B94B01" w:rsidRPr="00B94B01" w:rsidRDefault="00B94B01" w:rsidP="006678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Carrie England: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Presentadora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Directora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Ejecutiva del SILC de California </w:t>
      </w:r>
    </w:p>
    <w:p w14:paraId="17223B07" w14:textId="77777777" w:rsidR="00B94B01" w:rsidRPr="00B94B01" w:rsidRDefault="00B94B01" w:rsidP="0066788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Jeremy Morris: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Presentador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; Director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Ejecutivo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Consejo Estatal de Vida Independiente de Ohio (Ohio SILC) </w:t>
      </w:r>
    </w:p>
    <w:p w14:paraId="173F3384" w14:textId="77777777" w:rsidR="00B94B01" w:rsidRPr="00B94B01" w:rsidRDefault="00B94B01" w:rsidP="00B9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pict w14:anchorId="7213E4B4">
          <v:rect id="_x0000_i1025" style="width:0;height:1.5pt" o:hralign="center" o:hrstd="t" o:hr="t" fillcolor="#a0a0a0" stroked="f"/>
        </w:pict>
      </w:r>
    </w:p>
    <w:p w14:paraId="6EA81CBA" w14:textId="77777777" w:rsidR="00B94B01" w:rsidRPr="00B94B01" w:rsidRDefault="00B94B01" w:rsidP="00B94B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94B01">
        <w:rPr>
          <w:rFonts w:ascii="Times New Roman" w:eastAsia="Times New Roman" w:hAnsi="Times New Roman" w:cs="Times New Roman"/>
          <w:b/>
          <w:bCs/>
          <w:sz w:val="36"/>
          <w:szCs w:val="36"/>
        </w:rPr>
        <w:t>BETHANY BALDWIN</w:t>
      </w:r>
    </w:p>
    <w:p w14:paraId="4262FA3D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Bienvenidos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capacitación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hoy del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Centro de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Capacitación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Asistencia Técnica para la Vida Independiente (IL T&amp;TA)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titulada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Plan Estatal para la Vida Independiente (SPIL) 101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26DAF0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El Centro IL T&amp;TA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disponible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mediante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contrato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con 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Departamento de Salud y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Servicios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Humanos de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Estados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Unidos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AA0ECA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El Centro es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operado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Instituto Rural </w:t>
      </w:r>
      <w:proofErr w:type="gram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para Comunidades</w:t>
      </w:r>
      <w:proofErr w:type="gram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Inclusivas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Universidad de Montana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0640E9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Mi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Bethany Baldwin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F50948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Soy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Directora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Programas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Alianzas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Estratégicas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Consejo Nacional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sobre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Vida Independiente (National Council on Independent Living)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asignada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94B0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proyecto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71D271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Uso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pronombres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ella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/suya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A3173C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Como breve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descripción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visual: soy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mujer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piel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clara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con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cabello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largo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rizado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llevo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blusa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negra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BF3EFF" w14:textId="77777777" w:rsidR="00B94B01" w:rsidRPr="00B94B01" w:rsidRDefault="00B94B01" w:rsidP="00B9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pict w14:anchorId="0039B4DF">
          <v:rect id="_x0000_i1026" style="width:0;height:1.5pt" o:hralign="center" o:hrstd="t" o:hr="t" fillcolor="#a0a0a0" stroked="f"/>
        </w:pict>
      </w:r>
    </w:p>
    <w:p w14:paraId="5EE0B38C" w14:textId="77777777" w:rsidR="00B94B01" w:rsidRPr="00B94B01" w:rsidRDefault="00B94B01" w:rsidP="00B94B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B94B01">
        <w:rPr>
          <w:rFonts w:ascii="Times New Roman" w:eastAsia="Times New Roman" w:hAnsi="Times New Roman" w:cs="Times New Roman"/>
          <w:b/>
          <w:bCs/>
          <w:sz w:val="27"/>
          <w:szCs w:val="27"/>
        </w:rPr>
        <w:t>Siguiente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7"/>
          <w:szCs w:val="27"/>
        </w:rPr>
        <w:t>diapositiva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7"/>
          <w:szCs w:val="27"/>
        </w:rPr>
        <w:t>.</w:t>
      </w:r>
    </w:p>
    <w:p w14:paraId="6D54E5D0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Antes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comenzar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contamos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subtítulos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inglés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disponibles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seleccionando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botón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"CC"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grabación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Zoom.</w:t>
      </w:r>
    </w:p>
    <w:p w14:paraId="6D01423D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El audio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español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subtítulos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español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disponibles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seleccionando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opción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idioma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grabación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Zoom.</w:t>
      </w:r>
    </w:p>
    <w:p w14:paraId="64570ABB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pueden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explorar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biblioteca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IL T&amp;TA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las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capacitaciones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anteriores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SILC a fin de encontrar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orientación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adicionales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cualquier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momento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438969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Y,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siempre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gracias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ver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grabación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SILC Connection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Centro IL T&amp;TA.</w:t>
      </w:r>
    </w:p>
    <w:p w14:paraId="0BFB8D6A" w14:textId="77777777" w:rsidR="00B94B01" w:rsidRPr="00B94B01" w:rsidRDefault="00B94B01" w:rsidP="00B9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pict w14:anchorId="40DC7CA5">
          <v:rect id="_x0000_i1027" style="width:0;height:1.5pt" o:hralign="center" o:hrstd="t" o:hr="t" fillcolor="#a0a0a0" stroked="f"/>
        </w:pict>
      </w:r>
    </w:p>
    <w:p w14:paraId="4C6CD02F" w14:textId="77777777" w:rsidR="00B94B01" w:rsidRPr="00B94B01" w:rsidRDefault="00B94B01" w:rsidP="00B94B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Objetivos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aprendizaje</w:t>
      </w:r>
      <w:proofErr w:type="spellEnd"/>
    </w:p>
    <w:p w14:paraId="057B6927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objetivo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capacitación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hoy es:</w:t>
      </w:r>
    </w:p>
    <w:p w14:paraId="6A7DBAFB" w14:textId="77777777" w:rsidR="00B94B01" w:rsidRPr="00B94B01" w:rsidRDefault="00B94B01" w:rsidP="006678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Comprender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es 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SPIL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cuáles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son sus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cuál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potencial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fortalecer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voz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consumidores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47B29C3" w14:textId="77777777" w:rsidR="00B94B01" w:rsidRPr="00B94B01" w:rsidRDefault="00B94B01" w:rsidP="006678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Identificar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relacionados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las partes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interesadas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del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SPIL,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así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conocer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algunas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estrategias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obtener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3FE2456" w14:textId="77777777" w:rsidR="00B94B01" w:rsidRPr="00B94B01" w:rsidRDefault="00B94B01" w:rsidP="0066788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Comprender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instrumento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SPIL y las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instrucciones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completarlo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7C4D2E1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queremos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señalar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algunas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abreviaturas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utilizaremos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toda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presentación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DAE133" w14:textId="77777777" w:rsidR="00B94B01" w:rsidRPr="00B94B01" w:rsidRDefault="00B94B01" w:rsidP="00667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CIL: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Centro para la Vida Independiente (Center for Independent Living). </w:t>
      </w:r>
    </w:p>
    <w:p w14:paraId="2BFE24BD" w14:textId="77777777" w:rsidR="00B94B01" w:rsidRPr="00B94B01" w:rsidRDefault="00B94B01" w:rsidP="00667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SILC: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Consejo Estatal de Vida Independiente (State Independent Living Council). </w:t>
      </w:r>
    </w:p>
    <w:p w14:paraId="4FD43DE0" w14:textId="77777777" w:rsidR="00B94B01" w:rsidRPr="00B94B01" w:rsidRDefault="00B94B01" w:rsidP="006678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DSE: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Entidad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Estatal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Designada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(Designated State Entity). </w:t>
      </w:r>
    </w:p>
    <w:p w14:paraId="1C56A4B3" w14:textId="77777777" w:rsidR="00B94B01" w:rsidRPr="00B94B01" w:rsidRDefault="00B94B01" w:rsidP="00B9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pict w14:anchorId="65A6912B">
          <v:rect id="_x0000_i1028" style="width:0;height:1.5pt" o:hralign="center" o:hrstd="t" o:hr="t" fillcolor="#a0a0a0" stroked="f"/>
        </w:pict>
      </w:r>
    </w:p>
    <w:p w14:paraId="42F93733" w14:textId="77777777" w:rsidR="00B94B01" w:rsidRPr="00B94B01" w:rsidRDefault="00B94B01" w:rsidP="00B94B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Presentadores</w:t>
      </w:r>
      <w:proofErr w:type="spellEnd"/>
    </w:p>
    <w:p w14:paraId="6DC78700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Pasemos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930549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Tenemos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gusto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presentar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nuestras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dos personas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expositoras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53E85C8" w14:textId="77777777" w:rsidR="00B94B01" w:rsidRPr="00B94B01" w:rsidRDefault="00B94B01" w:rsidP="006678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Carrie England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Directora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Ejecutiva del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SILC de California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A9F0F58" w14:textId="77777777" w:rsidR="00B94B01" w:rsidRPr="00B94B01" w:rsidRDefault="00B94B01" w:rsidP="006678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Jeremy Morris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Director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Ejecutivo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Ohio Statewide Independent Living Council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1C5398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Con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cedo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palabra a Carrie para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comenzar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presentación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BFEA00" w14:textId="77777777" w:rsidR="00B94B01" w:rsidRPr="00B94B01" w:rsidRDefault="00B94B01" w:rsidP="00B9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pict w14:anchorId="421C14EF">
          <v:rect id="_x0000_i1029" style="width:0;height:1.5pt" o:hralign="center" o:hrstd="t" o:hr="t" fillcolor="#a0a0a0" stroked="f"/>
        </w:pict>
      </w:r>
    </w:p>
    <w:p w14:paraId="6D80DE89" w14:textId="77777777" w:rsidR="00B94B01" w:rsidRPr="00B94B01" w:rsidRDefault="00B94B01" w:rsidP="00B94B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94B01">
        <w:rPr>
          <w:rFonts w:ascii="Times New Roman" w:eastAsia="Times New Roman" w:hAnsi="Times New Roman" w:cs="Times New Roman"/>
          <w:b/>
          <w:bCs/>
          <w:sz w:val="36"/>
          <w:szCs w:val="36"/>
        </w:rPr>
        <w:t>CARRIE ENGLAND</w:t>
      </w:r>
    </w:p>
    <w:p w14:paraId="03E61420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Muchas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gracias.</w:t>
      </w:r>
    </w:p>
    <w:p w14:paraId="2C9EC7E6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Mi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Carrie England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6785D7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Como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mencionó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soy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Directora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Ejecutiva del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SILC de California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86674B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Como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descripción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visual:</w:t>
      </w:r>
    </w:p>
    <w:p w14:paraId="17356816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Soy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mujer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caucásica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51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años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E6E489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Uso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pronombres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ella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/suya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DA6617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Tengo 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cabello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color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púrpura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rojo,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uso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gafas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llevo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blusa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negra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8B3FD1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encuentro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frente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logotipo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virtual de la sala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conferencias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California SILC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1C2F5B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Jeremy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yo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hemos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participado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varios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ciclos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diferentes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elaboración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SPIL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desde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distintas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perspectivas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51AE9E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Esperamos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poder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compartir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tanto lo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exigen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reglamentos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algunas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lecciones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prácticas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aprendidas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A4C747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Nuestro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objetivo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ayudarles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desarrollar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94B01">
        <w:rPr>
          <w:rFonts w:ascii="Times New Roman" w:eastAsia="Times New Roman" w:hAnsi="Times New Roman" w:cs="Times New Roman"/>
          <w:sz w:val="24"/>
          <w:szCs w:val="24"/>
        </w:rPr>
        <w:t>un SPIL</w:t>
      </w:r>
      <w:proofErr w:type="gram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realmente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utilizado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red de Vida Independiente.</w:t>
      </w:r>
    </w:p>
    <w:p w14:paraId="247DCD81" w14:textId="77777777" w:rsidR="00B94B01" w:rsidRPr="00B94B01" w:rsidRDefault="00B94B01" w:rsidP="00B9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pict w14:anchorId="4A5BE765">
          <v:rect id="_x0000_i1030" style="width:0;height:1.5pt" o:hralign="center" o:hrstd="t" o:hr="t" fillcolor="#a0a0a0" stroked="f"/>
        </w:pict>
      </w:r>
    </w:p>
    <w:p w14:paraId="0941981F" w14:textId="77777777" w:rsidR="00B94B01" w:rsidRPr="00B94B01" w:rsidRDefault="00B94B01" w:rsidP="00B94B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Propósito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del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Programa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Vida Independiente</w:t>
      </w:r>
    </w:p>
    <w:p w14:paraId="347590F7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En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cinco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encontrarán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propósito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Título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VII de la Ley de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Rehabilitación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4713F2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Ese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propósito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promover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filosofía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Vida Independiente.</w:t>
      </w:r>
    </w:p>
    <w:p w14:paraId="4AD4F7F1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incluye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38A7E6" w14:textId="77777777" w:rsidR="00B94B01" w:rsidRPr="00B94B01" w:rsidRDefault="00B94B01" w:rsidP="00667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El control del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consumidor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8E0A1C" w14:textId="77777777" w:rsidR="00B94B01" w:rsidRPr="00B94B01" w:rsidRDefault="00B94B01" w:rsidP="00667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autoayuda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B2688B1" w14:textId="77777777" w:rsidR="00B94B01" w:rsidRPr="00B94B01" w:rsidRDefault="00B94B01" w:rsidP="00667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igualdad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acceso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056FB2B" w14:textId="77777777" w:rsidR="00B94B01" w:rsidRPr="00B94B01" w:rsidRDefault="00B94B01" w:rsidP="00667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apoyo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entre pares. </w:t>
      </w:r>
    </w:p>
    <w:p w14:paraId="73EE66AD" w14:textId="77777777" w:rsidR="00B94B01" w:rsidRPr="00B94B01" w:rsidRDefault="00B94B01" w:rsidP="00667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autodeterminación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E5F4AF" w14:textId="77777777" w:rsidR="00B94B01" w:rsidRPr="00B94B01" w:rsidRDefault="00B94B01" w:rsidP="0066788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La defensa de derechos tanto individual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sistémica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FE89E89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Todo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tiene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finalidad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maximizar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A16DA1D" w14:textId="77777777" w:rsidR="00B94B01" w:rsidRPr="00B94B01" w:rsidRDefault="00B94B01" w:rsidP="006678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liderazgo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9BA7D66" w14:textId="77777777" w:rsidR="00B94B01" w:rsidRPr="00B94B01" w:rsidRDefault="00B94B01" w:rsidP="006678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empoderamiento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2699D6D" w14:textId="77777777" w:rsidR="00B94B01" w:rsidRPr="00B94B01" w:rsidRDefault="00B94B01" w:rsidP="006678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independencia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8C9439B" w14:textId="77777777" w:rsidR="00B94B01" w:rsidRPr="00B94B01" w:rsidRDefault="00B94B01" w:rsidP="0066788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y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productividad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las personas con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C333F17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así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promover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integración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la plena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inclusión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las personas con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sociedad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estadounidense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082E85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Todo lo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analizaremos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hoy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volver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siempre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94B0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principios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ED83FF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Cada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vez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decidimos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meta,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actividad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decisión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formar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SPIL,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preguntarnos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realmente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promueve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Vida Independiente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principios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fundamentales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EDCC1D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Todo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proviene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reglamento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45 CFR 1329.2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cita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propósito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la Vida Independiente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establecido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Ley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Rehabilitación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BC65C1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Durante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toda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capacitación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procuraremos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distinguir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entre:</w:t>
      </w:r>
    </w:p>
    <w:p w14:paraId="3A986233" w14:textId="77777777" w:rsidR="00B94B01" w:rsidRPr="00B94B01" w:rsidRDefault="00B94B01" w:rsidP="006678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Lo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exige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 ley. </w:t>
      </w:r>
    </w:p>
    <w:p w14:paraId="02FC0424" w14:textId="77777777" w:rsidR="00B94B01" w:rsidRPr="00B94B01" w:rsidRDefault="00B94B01" w:rsidP="0066788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Lo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hemos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visto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constituye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buena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práctica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3782BE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estados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cuentan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cierto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grado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flexibilidad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desarrollar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SPIL,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siempre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cumplan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federales.</w:t>
      </w:r>
    </w:p>
    <w:p w14:paraId="019F6635" w14:textId="77777777" w:rsidR="00B94B01" w:rsidRPr="00B94B01" w:rsidRDefault="00B94B01" w:rsidP="00B9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pict w14:anchorId="42C8EDF9">
          <v:rect id="_x0000_i1031" style="width:0;height:1.5pt" o:hralign="center" o:hrstd="t" o:hr="t" fillcolor="#a0a0a0" stroked="f"/>
        </w:pict>
      </w:r>
    </w:p>
    <w:p w14:paraId="5B20A5B1" w14:textId="77777777" w:rsidR="00B94B01" w:rsidRPr="00B94B01" w:rsidRDefault="00B94B01" w:rsidP="00B94B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Panorama general del SPIL</w:t>
      </w:r>
    </w:p>
    <w:p w14:paraId="0E81581D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En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encontrarán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un panorama general del SPIL.</w:t>
      </w:r>
    </w:p>
    <w:p w14:paraId="131E0331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Quiero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señalar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SPIL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parecer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intimidante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al principio,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porque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contiene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muchos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disposiciones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6D1A30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medida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avancemos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les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invito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concentrarse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comprender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por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qué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existe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cada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sección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cómo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todas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ellas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trabajan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conjuntamente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925D6E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Al final,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encaja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17356D" w14:textId="77777777" w:rsidR="00B94B01" w:rsidRPr="00B94B01" w:rsidRDefault="00B94B01" w:rsidP="00B94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pict w14:anchorId="315E52F5">
          <v:rect id="_x0000_i1032" style="width:0;height:1.5pt" o:hralign="center" o:hrstd="t" o:hr="t" fillcolor="#a0a0a0" stroked="f"/>
        </w:pict>
      </w:r>
    </w:p>
    <w:p w14:paraId="5069948D" w14:textId="77777777" w:rsidR="00B94B01" w:rsidRPr="00B94B01" w:rsidRDefault="00B94B01" w:rsidP="00B94B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¿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Qué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es el SPIL?</w:t>
      </w:r>
    </w:p>
    <w:p w14:paraId="7D74CC19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SPIL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Plan Estatal para la Vida Independiente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es </w:t>
      </w:r>
      <w:proofErr w:type="gramStart"/>
      <w:r w:rsidRPr="00B94B01">
        <w:rPr>
          <w:rFonts w:ascii="Times New Roman" w:eastAsia="Times New Roman" w:hAnsi="Times New Roman" w:cs="Times New Roman"/>
          <w:sz w:val="24"/>
          <w:szCs w:val="24"/>
        </w:rPr>
        <w:t>un plan</w:t>
      </w:r>
      <w:proofErr w:type="gram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tres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años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elaborado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conjuntamente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SILC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Centros para la Vida Independiente (CIL)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C6C3FC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Este plan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incorpora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aportaciones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personas con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comprender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mejor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sus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orientar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nuestros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esfuerzos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colectivos.</w:t>
      </w:r>
    </w:p>
    <w:p w14:paraId="58595969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sirve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orientar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Vida Independiente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destinados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gramStart"/>
      <w:r w:rsidRPr="00B94B01">
        <w:rPr>
          <w:rFonts w:ascii="Times New Roman" w:eastAsia="Times New Roman" w:hAnsi="Times New Roman" w:cs="Times New Roman"/>
          <w:sz w:val="24"/>
          <w:szCs w:val="24"/>
        </w:rPr>
        <w:t>personas</w:t>
      </w:r>
      <w:proofErr w:type="gram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C7FA31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Además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constituye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mecanismo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mediante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cual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Vida Independiente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responde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a las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la comunidad.</w:t>
      </w:r>
    </w:p>
    <w:p w14:paraId="70D61CF7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mí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gusta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pensar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SPIL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mapa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>ruta</w:t>
      </w:r>
      <w:proofErr w:type="spellEnd"/>
      <w:r w:rsidRPr="00B94B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red de Vida Independiente</w:t>
      </w:r>
      <w:r w:rsidRPr="00B94B0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22109C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lastRenderedPageBreak/>
        <w:t>Proporciona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dirección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compartida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para:</w:t>
      </w:r>
    </w:p>
    <w:p w14:paraId="72E42BA0" w14:textId="77777777" w:rsidR="00B94B01" w:rsidRPr="00B94B01" w:rsidRDefault="00B94B01" w:rsidP="006678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el SILC; </w:t>
      </w:r>
    </w:p>
    <w:p w14:paraId="366A9C1A" w14:textId="77777777" w:rsidR="00B94B01" w:rsidRPr="00B94B01" w:rsidRDefault="00B94B01" w:rsidP="006678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CIL; </w:t>
      </w:r>
    </w:p>
    <w:p w14:paraId="32F35867" w14:textId="77777777" w:rsidR="00B94B01" w:rsidRPr="00B94B01" w:rsidRDefault="00B94B01" w:rsidP="006678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y la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Entidad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Estatal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Designada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(DSE). </w:t>
      </w:r>
    </w:p>
    <w:p w14:paraId="3C9341C8" w14:textId="77777777" w:rsidR="00B94B01" w:rsidRPr="00B94B01" w:rsidRDefault="00B94B01" w:rsidP="00B94B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orientar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nuestras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prioridades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nuestro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4B01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B94B01">
        <w:rPr>
          <w:rFonts w:ascii="Times New Roman" w:eastAsia="Times New Roman" w:hAnsi="Times New Roman" w:cs="Times New Roman"/>
          <w:sz w:val="24"/>
          <w:szCs w:val="24"/>
        </w:rPr>
        <w:t xml:space="preserve"> conjunto.</w:t>
      </w:r>
    </w:p>
    <w:p w14:paraId="6E2831B4" w14:textId="77777777" w:rsidR="00441E2A" w:rsidRPr="00441E2A" w:rsidRDefault="00441E2A" w:rsidP="00441E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¿Por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qué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es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importante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el SPIL?</w:t>
      </w:r>
    </w:p>
    <w:p w14:paraId="1707ABEC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CARRIE ENGLAND:</w:t>
      </w:r>
    </w:p>
    <w:p w14:paraId="1C5B3502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Ahora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estamos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ocho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0D5102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¿Por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SPIL?</w:t>
      </w:r>
    </w:p>
    <w:p w14:paraId="03E9BE47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Para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elegible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recibir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Parte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Parte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</w:t>
      </w: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presentar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Plan</w:t>
      </w:r>
      <w:proofErr w:type="gram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Estatal para la Vida Independiente (SPIL)</w:t>
      </w: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tres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años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obtener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aprobación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Administración para la Vida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Comunitaria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(ACL)</w:t>
      </w: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específicamente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Oficina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Programas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Vida Independiente (OILP)</w:t>
      </w:r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3569B5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Una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vez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el SPIL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servir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plano o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guía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para:</w:t>
      </w:r>
    </w:p>
    <w:p w14:paraId="51251C45" w14:textId="77777777" w:rsidR="00441E2A" w:rsidRPr="00441E2A" w:rsidRDefault="00441E2A" w:rsidP="006678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7BA62E7" w14:textId="77777777" w:rsidR="00441E2A" w:rsidRPr="00441E2A" w:rsidRDefault="00441E2A" w:rsidP="006678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470F79B" w14:textId="77777777" w:rsidR="00441E2A" w:rsidRPr="00441E2A" w:rsidRDefault="00441E2A" w:rsidP="0066788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y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D7DE48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de la red de Vida Independiente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775C5A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garantiza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control del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consumidor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estatal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políticas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permanezcan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manos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propios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consumidores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1ECD9F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Esto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son las personas con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quienes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toman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decisiones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relacionadas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con:</w:t>
      </w:r>
    </w:p>
    <w:p w14:paraId="5EC3404D" w14:textId="77777777" w:rsidR="00441E2A" w:rsidRPr="00441E2A" w:rsidRDefault="00441E2A" w:rsidP="006678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386A743" w14:textId="77777777" w:rsidR="00441E2A" w:rsidRPr="00441E2A" w:rsidRDefault="00441E2A" w:rsidP="006678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prioridades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programas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FCB6E49" w14:textId="77777777" w:rsidR="00441E2A" w:rsidRPr="00441E2A" w:rsidRDefault="00441E2A" w:rsidP="006678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planes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divulgación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alcance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comunitario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A52C229" w14:textId="77777777" w:rsidR="00441E2A" w:rsidRPr="00441E2A" w:rsidRDefault="00441E2A" w:rsidP="0066788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y la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expansión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 red. </w:t>
      </w:r>
    </w:p>
    <w:p w14:paraId="73EF57FD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Cuando las personas con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dirigen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SILC,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ellas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mismas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quienes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elaboran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toman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decisiones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SPIL.</w:t>
      </w:r>
    </w:p>
    <w:p w14:paraId="400F6E7C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Entidad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Estatal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Designada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(DSE)</w:t>
      </w: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también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con lo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establecido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SPIL.</w:t>
      </w:r>
    </w:p>
    <w:p w14:paraId="2B0E6257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Uno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errores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frecuentes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tratar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SPIL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fuera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simplemente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gran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solicitud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redacta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tres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años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luego se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guarda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DF6E88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Las redes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sólidas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utilizan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SPIL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continua para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tomar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decisiones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para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evaluar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realmente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cumpliendo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aquello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comprometieron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hacer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A049D2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Ahora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hemos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hablado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es el SPIL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analicemos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lo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utiliza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lo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desarrolla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3CE524" w14:textId="77777777" w:rsidR="00441E2A" w:rsidRPr="00441E2A" w:rsidRDefault="00441E2A" w:rsidP="0044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pict w14:anchorId="786DA64B">
          <v:rect id="_x0000_i1041" style="width:0;height:1.5pt" o:hralign="center" o:hrstd="t" o:hr="t" fillcolor="#a0a0a0" stroked="f"/>
        </w:pict>
      </w:r>
    </w:p>
    <w:p w14:paraId="062F667B" w14:textId="77777777" w:rsidR="00441E2A" w:rsidRPr="00441E2A" w:rsidRDefault="00441E2A" w:rsidP="00441E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Quién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utiliza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y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desarrolla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el SPIL</w:t>
      </w:r>
    </w:p>
    <w:p w14:paraId="637B2C56" w14:textId="77777777" w:rsidR="00441E2A" w:rsidRPr="00441E2A" w:rsidRDefault="00441E2A" w:rsidP="00441E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41E2A">
        <w:rPr>
          <w:rFonts w:ascii="Times New Roman" w:eastAsia="Times New Roman" w:hAnsi="Times New Roman" w:cs="Times New Roman"/>
          <w:b/>
          <w:bCs/>
          <w:sz w:val="36"/>
          <w:szCs w:val="36"/>
        </w:rPr>
        <w:t>¿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36"/>
          <w:szCs w:val="36"/>
        </w:rPr>
        <w:t>Quién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36"/>
          <w:szCs w:val="36"/>
        </w:rPr>
        <w:t>utiliza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el SPIL?</w:t>
      </w:r>
    </w:p>
    <w:p w14:paraId="0760CD2A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El SPIL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establece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 red de Vida Independiente para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AB89A5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Aunque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Centro para la Vida Independiente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responde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a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específicas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comunidad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adapta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sus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programas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consecuencia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el SPIL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brinda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oportunidad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observar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tendencias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las personas con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desde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perspectiva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estatal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CC3A0E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Los SILC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tienen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propia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misión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DC375B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El SPIL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servir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plan general de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acciones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llevará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cabo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 red de Vida Independiente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452BC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Asimismo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integrarse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planes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Independiente.</w:t>
      </w:r>
    </w:p>
    <w:p w14:paraId="2626C460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Como se indica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el SPIL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orientar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tanto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CIL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 DSE.</w:t>
      </w:r>
    </w:p>
    <w:p w14:paraId="384854B1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Cuando se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revisa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SPIL,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posible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comprender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claramente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organización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contribuye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misión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estatal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compartida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E5DE85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realmente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trata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del plan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toda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 red,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entonces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surge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pregunta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2967474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¿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Quién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redacta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30FE3B57" w14:textId="77777777" w:rsidR="00441E2A" w:rsidRPr="00441E2A" w:rsidRDefault="00441E2A" w:rsidP="0044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pict w14:anchorId="219179C4">
          <v:rect id="_x0000_i1042" style="width:0;height:1.5pt" o:hralign="center" o:hrstd="t" o:hr="t" fillcolor="#a0a0a0" stroked="f"/>
        </w:pict>
      </w:r>
    </w:p>
    <w:p w14:paraId="24375119" w14:textId="77777777" w:rsidR="00441E2A" w:rsidRPr="00441E2A" w:rsidRDefault="00441E2A" w:rsidP="00441E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41E2A">
        <w:rPr>
          <w:rFonts w:ascii="Times New Roman" w:eastAsia="Times New Roman" w:hAnsi="Times New Roman" w:cs="Times New Roman"/>
          <w:b/>
          <w:bCs/>
          <w:sz w:val="36"/>
          <w:szCs w:val="36"/>
        </w:rPr>
        <w:t>¿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36"/>
          <w:szCs w:val="36"/>
        </w:rPr>
        <w:t>Quién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36"/>
          <w:szCs w:val="36"/>
        </w:rPr>
        <w:t>redacta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el SPIL?</w:t>
      </w:r>
    </w:p>
    <w:p w14:paraId="792EF369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diez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responde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41E2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pregunta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3D005A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1329.17(d)</w:t>
      </w: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establece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4434440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El plan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debe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ser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desarrollado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conjuntamente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por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el Presidente del SILC y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Directores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Centros para la Vida Independiente,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después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recibir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aportaciones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del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público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incluidas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personas con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discapacidad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y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otras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partes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interesadas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todo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el </w:t>
      </w:r>
      <w:proofErr w:type="spellStart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estado</w:t>
      </w:r>
      <w:proofErr w:type="spellEnd"/>
      <w:r w:rsidRPr="00441E2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339E36FF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Quisiera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destacar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palabra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ese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requisito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7B0B61E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"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conjuntamente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".</w:t>
      </w:r>
    </w:p>
    <w:p w14:paraId="314782CD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Ninguna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organización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propietaria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1F71CD83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cierto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normalmente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SILC dirige 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E5E8AA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Sin embargo, el plan se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desarrolla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conjuntamente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E1BA5EF" w14:textId="77777777" w:rsidR="00441E2A" w:rsidRPr="00441E2A" w:rsidRDefault="00441E2A" w:rsidP="006678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el SILC; </w:t>
      </w:r>
    </w:p>
    <w:p w14:paraId="35B9BC7C" w14:textId="77777777" w:rsidR="00441E2A" w:rsidRPr="00441E2A" w:rsidRDefault="00441E2A" w:rsidP="006678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Independiente; </w:t>
      </w:r>
    </w:p>
    <w:p w14:paraId="3180A1DC" w14:textId="77777777" w:rsidR="00441E2A" w:rsidRPr="00441E2A" w:rsidRDefault="00441E2A" w:rsidP="0066788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miembros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CE5355" w14:textId="77777777" w:rsidR="00441E2A" w:rsidRPr="00441E2A" w:rsidRDefault="00441E2A" w:rsidP="0044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pict w14:anchorId="64F92B0B">
          <v:rect id="_x0000_i1043" style="width:0;height:1.5pt" o:hralign="center" o:hrstd="t" o:hr="t" fillcolor="#a0a0a0" stroked="f"/>
        </w:pict>
      </w:r>
    </w:p>
    <w:p w14:paraId="3C5FB8A0" w14:textId="77777777" w:rsidR="00441E2A" w:rsidRPr="00441E2A" w:rsidRDefault="00441E2A" w:rsidP="00441E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Firmas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requeridas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del SPIL</w:t>
      </w:r>
    </w:p>
    <w:p w14:paraId="3F3A964F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Una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vez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plan ha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sido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elaborado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pregunta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es:</w:t>
      </w:r>
    </w:p>
    <w:p w14:paraId="45A539C7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¿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Quién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debe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firmarlo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6EA66267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El SPIL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firmado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1A04D4" w14:textId="77777777" w:rsidR="00441E2A" w:rsidRPr="00441E2A" w:rsidRDefault="00441E2A" w:rsidP="006678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El Presidente del SILC,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actuando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representación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del Consejo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siguiendo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instrucciones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propio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SILC. </w:t>
      </w:r>
    </w:p>
    <w:p w14:paraId="0137F2CA" w14:textId="77777777" w:rsidR="00441E2A" w:rsidRPr="00441E2A" w:rsidRDefault="00441E2A" w:rsidP="006678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El Director de la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Entidad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Estatal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Designada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(DSE),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quien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indicar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acepta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correspondientes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a la DSE. </w:t>
      </w:r>
    </w:p>
    <w:p w14:paraId="5A69E495" w14:textId="77777777" w:rsidR="00441E2A" w:rsidRPr="00441E2A" w:rsidRDefault="00441E2A" w:rsidP="0066788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menos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51 % de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Directores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Centros para la Vida Independiente</w:t>
      </w: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B730EFF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firmas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constituyen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simplemente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trámite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administrativo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1303C8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Cuando el Presidente del SILC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lo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hace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representación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Consejo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expresa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compromete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trabajar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alcanzar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establecidas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plan.</w:t>
      </w:r>
    </w:p>
    <w:p w14:paraId="0C8503E0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Cuando el Director de la DSE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acepta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administrar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acuerdo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con el SPIL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propias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 DSE.</w:t>
      </w:r>
    </w:p>
    <w:p w14:paraId="65F2515C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mayoría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Directores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CIL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firman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manifiestan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acuerdo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con 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contenido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del plan.</w:t>
      </w:r>
    </w:p>
    <w:p w14:paraId="1C281DFA" w14:textId="77777777" w:rsidR="00441E2A" w:rsidRPr="00441E2A" w:rsidRDefault="00441E2A" w:rsidP="0044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pict w14:anchorId="45F532D7">
          <v:rect id="_x0000_i1044" style="width:0;height:1.5pt" o:hralign="center" o:hrstd="t" o:hr="t" fillcolor="#a0a0a0" stroked="f"/>
        </w:pict>
      </w:r>
    </w:p>
    <w:p w14:paraId="4A12B458" w14:textId="77777777" w:rsidR="00441E2A" w:rsidRPr="00441E2A" w:rsidRDefault="00441E2A" w:rsidP="00441E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Lo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establece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el SPIL</w:t>
      </w:r>
    </w:p>
    <w:p w14:paraId="4A9D7A78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Veamos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ahora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exactamente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es lo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establece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SPIL.</w:t>
      </w:r>
    </w:p>
    <w:p w14:paraId="16703A05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>El SPIL:</w:t>
      </w:r>
    </w:p>
    <w:p w14:paraId="6A6E7EEC" w14:textId="77777777" w:rsidR="00441E2A" w:rsidRPr="00441E2A" w:rsidRDefault="00441E2A" w:rsidP="006678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lastRenderedPageBreak/>
        <w:t>Identifica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entidad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estatal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actuará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Entidad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Estatal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Designada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(DSE)</w:t>
      </w: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recibirá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distribuirá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>Parte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</w:t>
      </w: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C080AEA" w14:textId="77777777" w:rsidR="00441E2A" w:rsidRPr="00441E2A" w:rsidRDefault="00441E2A" w:rsidP="006678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Determina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podrán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utilizarse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B del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Título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VII. </w:t>
      </w:r>
    </w:p>
    <w:p w14:paraId="4B976B0E" w14:textId="77777777" w:rsidR="00441E2A" w:rsidRPr="00441E2A" w:rsidRDefault="00441E2A" w:rsidP="006678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Define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facultades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del SILC y la forma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financiado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AF2CCD5" w14:textId="77777777" w:rsidR="00441E2A" w:rsidRPr="00441E2A" w:rsidRDefault="00441E2A" w:rsidP="006678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áreas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servicio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responderán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ante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cambios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FA8CB91" w14:textId="77777777" w:rsidR="00441E2A" w:rsidRPr="00441E2A" w:rsidRDefault="00441E2A" w:rsidP="006678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Determina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condados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serán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atendidos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Centros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financiados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mediante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C. </w:t>
      </w:r>
    </w:p>
    <w:p w14:paraId="29963864" w14:textId="77777777" w:rsidR="00441E2A" w:rsidRPr="00441E2A" w:rsidRDefault="00441E2A" w:rsidP="006678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brechas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existentes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 red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planes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alcance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comunitario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atenderlas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2FE2F72" w14:textId="77777777" w:rsidR="00441E2A" w:rsidRPr="00441E2A" w:rsidRDefault="00441E2A" w:rsidP="0066788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Establece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 forma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supervisará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evaluará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propio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SPIL. </w:t>
      </w:r>
    </w:p>
    <w:p w14:paraId="6C6ED718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constituyen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algunas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decisiones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política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toma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la red de Vida Independiente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un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3E93C7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Hablar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del SPIL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temas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tan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2B824F7" w14:textId="77777777" w:rsidR="00441E2A" w:rsidRPr="00441E2A" w:rsidRDefault="00441E2A" w:rsidP="0066788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D6EF252" w14:textId="77777777" w:rsidR="00441E2A" w:rsidRPr="00441E2A" w:rsidRDefault="00441E2A" w:rsidP="0066788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áreas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servicio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452FE6C" w14:textId="77777777" w:rsidR="00441E2A" w:rsidRPr="00441E2A" w:rsidRDefault="00441E2A" w:rsidP="0066788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y el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crecimiento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futuro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la red, </w:t>
      </w:r>
    </w:p>
    <w:p w14:paraId="4EF7256A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ayuda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generar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transparencia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evita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conflictos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posteriores.</w:t>
      </w:r>
    </w:p>
    <w:p w14:paraId="7A63257A" w14:textId="77777777" w:rsidR="00441E2A" w:rsidRPr="00441E2A" w:rsidRDefault="00441E2A" w:rsidP="00441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pict w14:anchorId="6AAC46E2">
          <v:rect id="_x0000_i1045" style="width:0;height:1.5pt" o:hralign="center" o:hrstd="t" o:hr="t" fillcolor="#a0a0a0" stroked="f"/>
        </w:pict>
      </w:r>
    </w:p>
    <w:p w14:paraId="48A1AE95" w14:textId="77777777" w:rsidR="00441E2A" w:rsidRPr="00441E2A" w:rsidRDefault="00441E2A" w:rsidP="00441E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Funciones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dentro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del </w:t>
      </w:r>
      <w:proofErr w:type="spellStart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proceso</w:t>
      </w:r>
      <w:proofErr w:type="spellEnd"/>
      <w:r w:rsidRPr="00441E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del SPIL</w:t>
      </w:r>
    </w:p>
    <w:p w14:paraId="7DB36E4E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Para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funcione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participan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distintos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grupos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uno con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específicas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9BA0EB" w14:textId="77777777" w:rsidR="00441E2A" w:rsidRPr="00441E2A" w:rsidRDefault="00441E2A" w:rsidP="00441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Hablemos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441E2A">
        <w:rPr>
          <w:rFonts w:ascii="Times New Roman" w:eastAsia="Times New Roman" w:hAnsi="Times New Roman" w:cs="Times New Roman"/>
          <w:sz w:val="24"/>
          <w:szCs w:val="24"/>
        </w:rPr>
        <w:t>momento</w:t>
      </w:r>
      <w:proofErr w:type="spellEnd"/>
      <w:r w:rsidRPr="00441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3F8C" w14:textId="77777777" w:rsidR="00454A16" w:rsidRPr="00454A16" w:rsidRDefault="00454A16" w:rsidP="00454A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Funciones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dentro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del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proceso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del SPIL</w:t>
      </w:r>
    </w:p>
    <w:p w14:paraId="265DC57D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CARRIE ENGLAND:</w:t>
      </w:r>
    </w:p>
    <w:p w14:paraId="766E07FA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Para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ocurra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participan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varios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grupos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uno con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diferentes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34EB2B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Hablemos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un poco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2EB972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Quiénes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participan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SPIL?</w:t>
      </w:r>
    </w:p>
    <w:p w14:paraId="068D28C1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muestra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diagrama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611B86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En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superior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aparece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Administración para la Vida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Comunitaria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(ACL)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proporciona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aprueba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Plan Estatal para la Vida Independiente (SPIL)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69D259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Debajo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aparecen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distintos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socios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participan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B7851C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lastRenderedPageBreak/>
        <w:t>Tenemos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17A68C7" w14:textId="77777777" w:rsidR="00454A16" w:rsidRPr="00454A16" w:rsidRDefault="00454A16" w:rsidP="006678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Centros para la Vida Independiente (CIL)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responsables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colaborar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elaboración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SPIL y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implementar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sus comunidades. </w:t>
      </w:r>
    </w:p>
    <w:p w14:paraId="20125976" w14:textId="77777777" w:rsidR="00454A16" w:rsidRPr="00454A16" w:rsidRDefault="00454A16" w:rsidP="006678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SILC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dirige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y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evaluación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SPIL para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asegurarse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funcione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planificado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AFEBC0F" w14:textId="77777777" w:rsidR="00454A16" w:rsidRPr="00454A16" w:rsidRDefault="00454A16" w:rsidP="006678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Entidad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Estatal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Designada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(DSE)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acepta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desempeñar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ese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papel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correspondientes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81947F" w14:textId="77777777" w:rsidR="00454A16" w:rsidRPr="00454A16" w:rsidRDefault="00454A16" w:rsidP="006678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miembros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comunidad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aportan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comentarios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opiniones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plan y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expresan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realmente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responde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 sus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2A8828" w14:textId="77777777" w:rsidR="00454A16" w:rsidRPr="00454A16" w:rsidRDefault="00454A16" w:rsidP="0066788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organizaciones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asociadas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también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proporcionan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aportaciones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comentarios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plan. </w:t>
      </w:r>
    </w:p>
    <w:p w14:paraId="49B62CF7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diagrama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recuerda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grupo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tiene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función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distinta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pero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conectados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E7CFAD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Ninguna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organización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elaborar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sí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sola </w:t>
      </w:r>
      <w:proofErr w:type="gramStart"/>
      <w:r w:rsidRPr="00454A16">
        <w:rPr>
          <w:rFonts w:ascii="Times New Roman" w:eastAsia="Times New Roman" w:hAnsi="Times New Roman" w:cs="Times New Roman"/>
          <w:sz w:val="24"/>
          <w:szCs w:val="24"/>
        </w:rPr>
        <w:t>un SPIL</w:t>
      </w:r>
      <w:proofErr w:type="gram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completo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1718C9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Todos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trabajar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conjuntamente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1E9117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Veamos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ahora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con un poco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detalle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B0F06E" w14:textId="77777777" w:rsidR="00454A16" w:rsidRPr="00454A16" w:rsidRDefault="00454A16" w:rsidP="00454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pict w14:anchorId="732A48D7">
          <v:rect id="_x0000_i1051" style="width:0;height:1.5pt" o:hralign="center" o:hrstd="t" o:hr="t" fillcolor="#a0a0a0" stroked="f"/>
        </w:pict>
      </w:r>
    </w:p>
    <w:p w14:paraId="6F0473F7" w14:textId="77777777" w:rsidR="00454A16" w:rsidRPr="00454A16" w:rsidRDefault="00454A16" w:rsidP="00454A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Función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del SILC</w:t>
      </w:r>
    </w:p>
    <w:p w14:paraId="18E1B9ED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Comencemos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con el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SILC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681DB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La principal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responsabilidad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SILC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SPIL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dirigir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y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evaluación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plan.</w:t>
      </w:r>
    </w:p>
    <w:p w14:paraId="5CD07058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ocasiones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las personas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escuchan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SILC "dirige"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suponen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hacer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72CC3E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No es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así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122C0F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El SILC se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asegura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ocurra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310482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Reúne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socios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86A686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Facilita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conversaciones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AF3E78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Ayuda 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toda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 red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alcance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acuerdos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FC489F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Pero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redacta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 plan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por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sí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solo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7B0375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reglamentos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también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asignan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permanentes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al SILC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vez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SPIL ha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sido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aprobado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40778B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Entre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ellas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encuentran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36F9BF" w14:textId="77777777" w:rsidR="00454A16" w:rsidRPr="00454A16" w:rsidRDefault="00454A16" w:rsidP="006678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Supervisar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implementación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SPIL. </w:t>
      </w:r>
    </w:p>
    <w:p w14:paraId="0D17DDBF" w14:textId="77777777" w:rsidR="00454A16" w:rsidRPr="00454A16" w:rsidRDefault="00454A16" w:rsidP="006678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Revisar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7A29531" w14:textId="77777777" w:rsidR="00454A16" w:rsidRPr="00454A16" w:rsidRDefault="00454A16" w:rsidP="0066788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Evaluar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ejecución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426A77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Para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utiliza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entre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otras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herramientas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Informes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Desempeño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Programa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(Program Performance Reports – PPR)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ayudan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verificar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SPIL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realmente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cumpliendo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período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tres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años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FB4621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Además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el SILC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3BE0CE0" w14:textId="77777777" w:rsidR="00454A16" w:rsidRPr="00454A16" w:rsidRDefault="00454A16" w:rsidP="006678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Celebrar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públicas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D009948" w14:textId="77777777" w:rsidR="00454A16" w:rsidRPr="00454A16" w:rsidRDefault="00454A16" w:rsidP="006678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Reunirse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regularmente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0549EF" w14:textId="77777777" w:rsidR="00454A16" w:rsidRPr="00454A16" w:rsidRDefault="00454A16" w:rsidP="006678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Presentar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informes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requeridos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incluyendo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correspondiente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cumplimiento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SPIL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PPR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Parte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4F20328" w14:textId="77777777" w:rsidR="00454A16" w:rsidRPr="00454A16" w:rsidRDefault="00454A16" w:rsidP="006678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Coordinar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otras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entidades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36FEB40" w14:textId="77777777" w:rsidR="00454A16" w:rsidRPr="00454A16" w:rsidRDefault="00454A16" w:rsidP="0066788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Llevar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cabo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funciones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adicionales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descritas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 ley y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propio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SPIL,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incidencia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7A0C84C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El SILC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no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presta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administra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directos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Vida Independiente.</w:t>
      </w:r>
    </w:p>
    <w:p w14:paraId="2E30E17B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Sin embargo, con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frecuencia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proporciona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información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referencias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(Information and Referral – I&amp;R)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46E54E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También es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aprobar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contenido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definitivo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4ED7AEF6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supervisión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simplemente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marcar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casilla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tres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años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vigencia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plan.</w:t>
      </w:r>
    </w:p>
    <w:p w14:paraId="435FF41A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El Consejo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revisar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periódicamente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3245007" w14:textId="77777777" w:rsidR="00454A16" w:rsidRPr="00454A16" w:rsidRDefault="00454A16" w:rsidP="006678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31EFA6E" w14:textId="77777777" w:rsidR="00454A16" w:rsidRPr="00454A16" w:rsidRDefault="00454A16" w:rsidP="006678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progreso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alcanzado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67A184A" w14:textId="77777777" w:rsidR="00454A16" w:rsidRPr="00454A16" w:rsidRDefault="00454A16" w:rsidP="006678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obstáculos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encontrados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502AFEA" w14:textId="77777777" w:rsidR="00454A16" w:rsidRPr="00454A16" w:rsidRDefault="00454A16" w:rsidP="0066788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determinar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toda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 red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cumpliendo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compromisos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establecidos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SPIL. </w:t>
      </w:r>
    </w:p>
    <w:p w14:paraId="63238676" w14:textId="77777777" w:rsidR="00454A16" w:rsidRPr="00454A16" w:rsidRDefault="00454A16" w:rsidP="00454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pict w14:anchorId="383956DE">
          <v:rect id="_x0000_i1052" style="width:0;height:1.5pt" o:hralign="center" o:hrstd="t" o:hr="t" fillcolor="#a0a0a0" stroked="f"/>
        </w:pict>
      </w:r>
    </w:p>
    <w:p w14:paraId="64EA50A1" w14:textId="77777777" w:rsidR="00454A16" w:rsidRPr="00454A16" w:rsidRDefault="00454A16" w:rsidP="00454A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Función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la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Entidad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Estatal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Designada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(DSE)</w:t>
      </w:r>
    </w:p>
    <w:p w14:paraId="0C2422AF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Veamos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ahora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con mayor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detalle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Entidad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Estatal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Designada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(DSE)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534028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En primer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lugar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la DSE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actúa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beneficiaria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oficial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(grantee)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correspondientes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Parte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D11B4B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fluye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desde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gobierno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federal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hacia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la DSE.</w:t>
      </w:r>
    </w:p>
    <w:p w14:paraId="5E10E123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lastRenderedPageBreak/>
        <w:t>Posteriormente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la DSE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administra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acuerdo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con lo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establecido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SPIL.</w:t>
      </w:r>
    </w:p>
    <w:p w14:paraId="4899F433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Entre sus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encuentran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3A255D" w14:textId="77777777" w:rsidR="00454A16" w:rsidRPr="00454A16" w:rsidRDefault="00454A16" w:rsidP="0066788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Rendir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cuentas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ante la Administración para la Vida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Comunitaria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respecto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uso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permitido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y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distribución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2B83CA6" w14:textId="77777777" w:rsidR="00454A16" w:rsidRPr="00454A16" w:rsidRDefault="00454A16" w:rsidP="0066788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Proporcionar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apoyo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administrativo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para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Vida Independiente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corresponda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0FB7A4E" w14:textId="77777777" w:rsidR="00454A16" w:rsidRPr="00454A16" w:rsidRDefault="00454A16" w:rsidP="0066788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Mantener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registros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oficiales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A8FDF8C" w14:textId="77777777" w:rsidR="00454A16" w:rsidRPr="00454A16" w:rsidRDefault="00454A16" w:rsidP="0066788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Elaborar,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colaboración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con el SILC, el Informe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Desempeño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(PPR). </w:t>
      </w:r>
    </w:p>
    <w:p w14:paraId="6C7FD633" w14:textId="77777777" w:rsidR="00454A16" w:rsidRPr="00454A16" w:rsidRDefault="00454A16" w:rsidP="0066788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Presentar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informes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requeridos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ante la Administración para la Vida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Comunitaria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F494248" w14:textId="77777777" w:rsidR="00454A16" w:rsidRPr="00454A16" w:rsidRDefault="00454A16" w:rsidP="0066788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retener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5 %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B para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cubrir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costos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administrativos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propios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80C9C1" w14:textId="77777777" w:rsidR="00454A16" w:rsidRPr="00454A16" w:rsidRDefault="00454A16" w:rsidP="0066788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Firmar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SPIL,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aceptando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desempeñar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formalmente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papel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DSE. </w:t>
      </w:r>
    </w:p>
    <w:p w14:paraId="3FC8C5DC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La DSE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tiene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papel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54A16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particular</w:t>
      </w:r>
      <w:proofErr w:type="gram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5B4D1C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administración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financiera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B.</w:t>
      </w:r>
    </w:p>
    <w:p w14:paraId="0DA9E9E4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Pero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no dirige la red de Vida Independiente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7E8494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El SPIL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establece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marco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general.</w:t>
      </w:r>
    </w:p>
    <w:p w14:paraId="72B0F6CE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La DSE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simplemente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acepta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administrarlo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apoyarlo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F94343" w14:textId="77777777" w:rsidR="00454A16" w:rsidRPr="00454A16" w:rsidRDefault="00454A16" w:rsidP="00454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pict w14:anchorId="0AC658BF">
          <v:rect id="_x0000_i1053" style="width:0;height:1.5pt" o:hralign="center" o:hrstd="t" o:hr="t" fillcolor="#a0a0a0" stroked="f"/>
        </w:pict>
      </w:r>
    </w:p>
    <w:p w14:paraId="3A960FB9" w14:textId="77777777" w:rsidR="00454A16" w:rsidRPr="00454A16" w:rsidRDefault="00454A16" w:rsidP="00454A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Función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Centros para la Vida Independiente (CIL)</w:t>
      </w:r>
    </w:p>
    <w:p w14:paraId="29E5F065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gran socio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Centros para la Vida Independiente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441167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16 describe sus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5C9DE5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>Los CIL:</w:t>
      </w:r>
    </w:p>
    <w:p w14:paraId="2F222F3D" w14:textId="77777777" w:rsidR="00454A16" w:rsidRPr="00454A16" w:rsidRDefault="00454A16" w:rsidP="006678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Prestan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básicos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Vida Independiente. </w:t>
      </w:r>
    </w:p>
    <w:p w14:paraId="4D7AF0DB" w14:textId="77777777" w:rsidR="00454A16" w:rsidRPr="00454A16" w:rsidRDefault="00454A16" w:rsidP="006678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Proporcionan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compatibles con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legislación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federal y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estatal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76D628" w14:textId="77777777" w:rsidR="00454A16" w:rsidRPr="00454A16" w:rsidRDefault="00454A16" w:rsidP="006678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Cumplen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con las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normas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garantías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establecidos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CIL. </w:t>
      </w:r>
    </w:p>
    <w:p w14:paraId="6A0272C7" w14:textId="77777777" w:rsidR="00454A16" w:rsidRPr="00454A16" w:rsidRDefault="00454A16" w:rsidP="006678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Colaboran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SPIL. </w:t>
      </w:r>
    </w:p>
    <w:p w14:paraId="7AFA299C" w14:textId="77777777" w:rsidR="00454A16" w:rsidRPr="00454A16" w:rsidRDefault="00454A16" w:rsidP="006678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Contribuyen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implementación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estatal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Vida Independiente. </w:t>
      </w:r>
    </w:p>
    <w:p w14:paraId="6A1B51DC" w14:textId="77777777" w:rsidR="00454A16" w:rsidRPr="00454A16" w:rsidRDefault="00454A16" w:rsidP="006678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Apoyan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al SILC. </w:t>
      </w:r>
    </w:p>
    <w:p w14:paraId="35205F6E" w14:textId="77777777" w:rsidR="00454A16" w:rsidRPr="00454A16" w:rsidRDefault="00454A16" w:rsidP="006678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Participan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F9D820" w14:textId="77777777" w:rsidR="00454A16" w:rsidRPr="00454A16" w:rsidRDefault="00454A16" w:rsidP="0066788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Y al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menos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51 %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Directores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CIL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firmar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SPIL para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aprobar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contenido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E5234F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lastRenderedPageBreak/>
        <w:t>Además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aceptan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compartir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con el SILC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Informe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Anual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Desempeño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</w:t>
      </w:r>
      <w:proofErr w:type="spellStart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>Programa</w:t>
      </w:r>
      <w:proofErr w:type="spellEnd"/>
      <w:r w:rsidRPr="00454A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(PPR)</w:t>
      </w: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aprobado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8865D1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Debido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Centros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trabajan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directamente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consumidores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suelen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primeros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identificar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nuevas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barreras o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B6CDC7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función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no termina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el SPIL es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aprobado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0136BE" w14:textId="77777777" w:rsidR="00454A16" w:rsidRPr="00454A16" w:rsidRDefault="00454A16" w:rsidP="00454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del SPIL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pasan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formar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4A16">
        <w:rPr>
          <w:rFonts w:ascii="Times New Roman" w:eastAsia="Times New Roman" w:hAnsi="Times New Roman" w:cs="Times New Roman"/>
          <w:sz w:val="24"/>
          <w:szCs w:val="24"/>
        </w:rPr>
        <w:t>cotidiano</w:t>
      </w:r>
      <w:proofErr w:type="spellEnd"/>
      <w:r w:rsidRPr="00454A1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084B7E" w14:textId="77777777" w:rsidR="00173BC7" w:rsidRPr="00173BC7" w:rsidRDefault="00173BC7" w:rsidP="00173B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Función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la comunidad</w:t>
      </w:r>
    </w:p>
    <w:p w14:paraId="7744F657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CARRIE ENGLAND:</w:t>
      </w:r>
    </w:p>
    <w:p w14:paraId="2BAB5215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Por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supuesto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nada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funciona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sin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significativa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la comunidad.</w:t>
      </w:r>
    </w:p>
    <w:p w14:paraId="6678A773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Así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hablemos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un poco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ese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aspecto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BCCCFB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La comunidad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desempeña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papel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0F1089BC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No solo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responde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encuestas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comparte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cuáles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son sus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prioridades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sino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también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participa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públicas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relacionadas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con el </w:t>
      </w:r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Plan Estatal para la Vida Independiente</w:t>
      </w:r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80AEE4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Las personas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participan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sesiones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recopilación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opiniones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otras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oportunidades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donde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podemos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escuchar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directamente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cuáles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son sus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C22024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ofrecen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comentarios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prioridades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SPIL 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revisan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borradores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plan.</w:t>
      </w:r>
    </w:p>
    <w:p w14:paraId="7157F192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Lograr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significativa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requiere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mucha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planificación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DB6ED7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Jeremy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hablará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tema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con mayor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detalle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adelante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38113C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asumir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sola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encuesta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sola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reunión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suficiente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llegar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las personas.</w:t>
      </w:r>
    </w:p>
    <w:p w14:paraId="27FA108D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preguntarnos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constantemente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59BE53" w14:textId="77777777" w:rsidR="00173BC7" w:rsidRPr="00173BC7" w:rsidRDefault="00173BC7" w:rsidP="0066788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falta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mesa? </w:t>
      </w:r>
    </w:p>
    <w:p w14:paraId="70E74C78" w14:textId="77777777" w:rsidR="00173BC7" w:rsidRPr="00173BC7" w:rsidRDefault="00173BC7" w:rsidP="0066788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Existen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barreras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relacionadas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con 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transporte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746D7B05" w14:textId="77777777" w:rsidR="00173BC7" w:rsidRPr="00173BC7" w:rsidRDefault="00173BC7" w:rsidP="0066788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Existen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barreras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tecnológicas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27157085" w14:textId="77777777" w:rsidR="00173BC7" w:rsidRPr="00173BC7" w:rsidRDefault="00173BC7" w:rsidP="0066788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Existen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barreras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lingüísticas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7C8A61F9" w14:textId="77777777" w:rsidR="00173BC7" w:rsidRPr="00173BC7" w:rsidRDefault="00173BC7" w:rsidP="0066788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Existen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barreras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accesibilidad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estén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limitando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63DD8E7B" w14:textId="77777777" w:rsidR="00173BC7" w:rsidRPr="00173BC7" w:rsidRDefault="00173BC7" w:rsidP="0017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pict w14:anchorId="78E78137">
          <v:rect id="_x0000_i1057" style="width:0;height:1.5pt" o:hralign="center" o:hrstd="t" o:hr="t" fillcolor="#a0a0a0" stroked="f"/>
        </w:pict>
      </w:r>
    </w:p>
    <w:p w14:paraId="45AFFCCB" w14:textId="77777777" w:rsidR="00173BC7" w:rsidRPr="00173BC7" w:rsidRDefault="00173BC7" w:rsidP="00173B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73BC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Una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36"/>
          <w:szCs w:val="36"/>
        </w:rPr>
        <w:t>función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36"/>
          <w:szCs w:val="36"/>
        </w:rPr>
        <w:t>importante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del SILC</w:t>
      </w:r>
    </w:p>
    <w:p w14:paraId="0B81D81B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lastRenderedPageBreak/>
        <w:t>Existe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distinción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respecto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papel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SILC.</w:t>
      </w:r>
    </w:p>
    <w:p w14:paraId="0F4C4DEA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Un SILC </w:t>
      </w:r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puede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prestar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servicios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directos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salvo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proporcionar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referencias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hacia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Centro para la Vida Independiente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correspondiente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hacia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otras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asociadas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55D622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Si el SPIL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serán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Centros para la Vida Independiente</w:t>
      </w: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quienes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proporcionarán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04C52B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¿Sus CIL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informan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periódicamente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avance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establecidas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SPIL?</w:t>
      </w:r>
    </w:p>
    <w:p w14:paraId="0F0CF557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No es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recibir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informes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completos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realizan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2CC199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Pero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sí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revisar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evaluar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implementación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730C1738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Cuando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persona se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comunica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con el SILC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debido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a un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problema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individual,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normalmente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remitimos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al Centro para la Vida Independiente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correspondiente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3BD4D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Sin embargo, también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prestamos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atención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patrones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comienzan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repetirse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E1F37D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escuchamos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misma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preocupación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otra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vez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tomamos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nota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porque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podría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convertirse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problema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sistémico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deba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incorporarse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SPIL.</w:t>
      </w:r>
    </w:p>
    <w:p w14:paraId="5F46C4F2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precisamente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así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identificamos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cuestiones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relacionadas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sistemas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podemos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abordar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conjuntamente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FE5D25" w14:textId="77777777" w:rsidR="00173BC7" w:rsidRPr="00173BC7" w:rsidRDefault="00173BC7" w:rsidP="0017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pict w14:anchorId="64551D6E">
          <v:rect id="_x0000_i1058" style="width:0;height:1.5pt" o:hralign="center" o:hrstd="t" o:hr="t" fillcolor="#a0a0a0" stroked="f"/>
        </w:pict>
      </w:r>
    </w:p>
    <w:p w14:paraId="11481721" w14:textId="77777777" w:rsidR="00173BC7" w:rsidRPr="00173BC7" w:rsidRDefault="00173BC7" w:rsidP="00173B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Contenido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del SPIL</w:t>
      </w:r>
    </w:p>
    <w:p w14:paraId="15AC19CB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Ahora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veamos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brevemente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cuáles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componentes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integran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propio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SPIL.</w:t>
      </w:r>
    </w:p>
    <w:p w14:paraId="06663B32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elementos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forman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plan?</w:t>
      </w:r>
    </w:p>
    <w:p w14:paraId="1AF9945B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El SPIL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incluye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BD1A75" w14:textId="77777777" w:rsidR="00173BC7" w:rsidRPr="00173BC7" w:rsidRDefault="00173BC7" w:rsidP="0066788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prioridades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la red para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próximos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tres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años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ACEB92" w14:textId="77777777" w:rsidR="00173BC7" w:rsidRPr="00173BC7" w:rsidRDefault="00173BC7" w:rsidP="0066788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prestarán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CD61DA0" w14:textId="77777777" w:rsidR="00173BC7" w:rsidRPr="00173BC7" w:rsidRDefault="00173BC7" w:rsidP="0066788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incidencia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D3B57F2" w14:textId="77777777" w:rsidR="00173BC7" w:rsidRPr="00173BC7" w:rsidRDefault="00173BC7" w:rsidP="0066788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acciones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divulgación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alcance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comunitario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8A9AA12" w14:textId="77777777" w:rsidR="00173BC7" w:rsidRPr="00173BC7" w:rsidRDefault="00173BC7" w:rsidP="0066788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estrategias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colaboración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FEE2F21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También describe 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Entidad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Estatal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Designada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(DSE)</w:t>
      </w: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administrará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Parte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</w:t>
      </w:r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9306D7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Asimismo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facultades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opcionales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SILC y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realizará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7A37B3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Por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ejemplo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9B7C6CF" w14:textId="77777777" w:rsidR="00173BC7" w:rsidRPr="00173BC7" w:rsidRDefault="00173BC7" w:rsidP="0066788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lastRenderedPageBreak/>
        <w:t>desarrollo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A52EBE9" w14:textId="77777777" w:rsidR="00173BC7" w:rsidRPr="00173BC7" w:rsidRDefault="00173BC7" w:rsidP="0066788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incidencia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A311518" w14:textId="77777777" w:rsidR="00173BC7" w:rsidRPr="00173BC7" w:rsidRDefault="00173BC7" w:rsidP="00667880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colaboración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Centros. </w:t>
      </w:r>
    </w:p>
    <w:p w14:paraId="4803368D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áreas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geográficas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atendidas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Centro para la Vida Independiente.</w:t>
      </w:r>
    </w:p>
    <w:p w14:paraId="3E508A60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Y describe la forma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red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podría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ampliarse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atender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comunidades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actualmente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cubiertas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surgiera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oportunidad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D965D5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Finalmente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incluye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forma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distribuirán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Vida Independiente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2477DD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Con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frecuencia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describo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SPIL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combinación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entre </w:t>
      </w:r>
      <w:proofErr w:type="gramStart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plan</w:t>
      </w:r>
      <w:proofErr w:type="gram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estratégico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un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acuerdo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operativo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17512B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No solo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establece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la red.</w:t>
      </w:r>
    </w:p>
    <w:p w14:paraId="0491D071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También documenta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acuerdos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relacionados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con:</w:t>
      </w:r>
    </w:p>
    <w:p w14:paraId="68F62F27" w14:textId="77777777" w:rsidR="00173BC7" w:rsidRPr="00173BC7" w:rsidRDefault="00173BC7" w:rsidP="0066788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77BDC89" w14:textId="77777777" w:rsidR="00173BC7" w:rsidRPr="00173BC7" w:rsidRDefault="00173BC7" w:rsidP="0066788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5C846CA" w14:textId="77777777" w:rsidR="00173BC7" w:rsidRPr="00173BC7" w:rsidRDefault="00173BC7" w:rsidP="0066788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áreas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servicio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F50971D" w14:textId="77777777" w:rsidR="00173BC7" w:rsidRPr="00173BC7" w:rsidRDefault="00173BC7" w:rsidP="00667880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y 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distintas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trabajarán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juntas. </w:t>
      </w:r>
    </w:p>
    <w:p w14:paraId="71C20461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Ahora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recorreremos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diferentes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secciones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instrumento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SPIL para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comprender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mejor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funciona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conjunto.</w:t>
      </w:r>
    </w:p>
    <w:p w14:paraId="3B2EFD11" w14:textId="77777777" w:rsidR="00173BC7" w:rsidRPr="00173BC7" w:rsidRDefault="00173BC7" w:rsidP="0017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pict w14:anchorId="3056E7F1">
          <v:rect id="_x0000_i1059" style="width:0;height:1.5pt" o:hralign="center" o:hrstd="t" o:hr="t" fillcolor="#a0a0a0" stroked="f"/>
        </w:pict>
      </w:r>
    </w:p>
    <w:p w14:paraId="14AF4A86" w14:textId="77777777" w:rsidR="00173BC7" w:rsidRPr="00173BC7" w:rsidRDefault="00173BC7" w:rsidP="00173B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Sección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1: Metas,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objetivos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actividades</w:t>
      </w:r>
      <w:proofErr w:type="spellEnd"/>
    </w:p>
    <w:p w14:paraId="23CAA5E3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Sección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Pr="00173BC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4AB993" w14:textId="77777777" w:rsidR="00173BC7" w:rsidRPr="00173BC7" w:rsidRDefault="00173BC7" w:rsidP="006678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Define 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misión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SPIL. </w:t>
      </w:r>
    </w:p>
    <w:p w14:paraId="3DBE1A83" w14:textId="77777777" w:rsidR="00173BC7" w:rsidRPr="00173BC7" w:rsidRDefault="00173BC7" w:rsidP="006678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generales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10BF2D3" w14:textId="77777777" w:rsidR="00173BC7" w:rsidRPr="00173BC7" w:rsidRDefault="00173BC7" w:rsidP="006678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Describe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red de Vida Independiente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desarrollará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vigencia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plan. </w:t>
      </w:r>
    </w:p>
    <w:p w14:paraId="026F5D53" w14:textId="77777777" w:rsidR="00173BC7" w:rsidRPr="00173BC7" w:rsidRDefault="00173BC7" w:rsidP="006678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Explica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evaluará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SPIL. </w:t>
      </w:r>
    </w:p>
    <w:p w14:paraId="055BF65F" w14:textId="77777777" w:rsidR="00173BC7" w:rsidRPr="00173BC7" w:rsidRDefault="00173BC7" w:rsidP="00667880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financieros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disponibles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apoyar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la red. </w:t>
      </w:r>
    </w:p>
    <w:p w14:paraId="34075D5A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9951111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establece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dirección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general de lo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red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desea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lograr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BC796E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explica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sabremos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hemos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tenido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éxito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8B2E4B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muestra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financia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Vida Independiente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7BAD5B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B63D70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alcanzables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razonablemente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espera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5FA473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meta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requiere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aparecen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identificados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plan,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abordar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diferencia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propio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SPIL.</w:t>
      </w:r>
    </w:p>
    <w:p w14:paraId="7234CAA8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realidad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corazón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centrarse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y no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únicamente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4F7408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Por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ejemplo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9235169" w14:textId="77777777" w:rsidR="00173BC7" w:rsidRPr="00173BC7" w:rsidRDefault="00173BC7" w:rsidP="0066788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Organizar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diez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actividad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AF728BF" w14:textId="77777777" w:rsidR="00173BC7" w:rsidRPr="00173BC7" w:rsidRDefault="00173BC7" w:rsidP="00667880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Reducir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barrera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estatal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constituye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resultado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6E30E1D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El SPIL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pide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precisamente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definamos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ese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tipo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resultados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A1497F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Una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vez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establecidas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pregunta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es:</w:t>
      </w:r>
    </w:p>
    <w:p w14:paraId="498D7A9B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alcance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comunitario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permitirán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alcanzarlas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53A5749C" w14:textId="77777777" w:rsidR="00173BC7" w:rsidRPr="00173BC7" w:rsidRDefault="00173BC7" w:rsidP="0017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pict w14:anchorId="110CE05F">
          <v:rect id="_x0000_i1060" style="width:0;height:1.5pt" o:hralign="center" o:hrstd="t" o:hr="t" fillcolor="#a0a0a0" stroked="f"/>
        </w:pict>
      </w:r>
    </w:p>
    <w:p w14:paraId="0D775885" w14:textId="77777777" w:rsidR="00173BC7" w:rsidRPr="00173BC7" w:rsidRDefault="00173BC7" w:rsidP="00173B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Sección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2: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Alcance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,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cobertura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organización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servicios</w:t>
      </w:r>
      <w:proofErr w:type="spellEnd"/>
    </w:p>
    <w:p w14:paraId="368BA39C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21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aborda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alcance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la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cobertura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la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organización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b/>
          <w:bCs/>
          <w:sz w:val="24"/>
          <w:szCs w:val="24"/>
        </w:rPr>
        <w:t>servicios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10617A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785BF0" w14:textId="77777777" w:rsidR="00173BC7" w:rsidRPr="00173BC7" w:rsidRDefault="00173BC7" w:rsidP="0066788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prestarán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D6BDF20" w14:textId="77777777" w:rsidR="00173BC7" w:rsidRPr="00173BC7" w:rsidRDefault="00173BC7" w:rsidP="0066788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Define las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alcance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dirigidas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poblaciones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atendidas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insuficientemente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atendidas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E5BBFC4" w14:textId="77777777" w:rsidR="00173BC7" w:rsidRPr="00173BC7" w:rsidRDefault="00173BC7" w:rsidP="00667880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Describe la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coordinación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programas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D8A6D6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285110C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explica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5EBC0C5" w14:textId="77777777" w:rsidR="00173BC7" w:rsidRPr="00173BC7" w:rsidRDefault="00173BC7" w:rsidP="0066788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Vida Independiente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prestarán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CIL; </w:t>
      </w:r>
    </w:p>
    <w:p w14:paraId="104F0885" w14:textId="77777777" w:rsidR="00173BC7" w:rsidRPr="00173BC7" w:rsidRDefault="00173BC7" w:rsidP="0066788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quiénes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son las personas o comunidades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actualmente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siendo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atendidas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30681F6" w14:textId="77777777" w:rsidR="00173BC7" w:rsidRPr="00173BC7" w:rsidRDefault="00173BC7" w:rsidP="0066788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piensa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red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llegar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3BC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ellas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BB49FEE" w14:textId="77777777" w:rsidR="00173BC7" w:rsidRPr="00173BC7" w:rsidRDefault="00173BC7" w:rsidP="00667880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y con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trabajará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colaboración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B6862A7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Debe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demostrar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la red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comprende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claramente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quiénes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aún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siendo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atendidos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existe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3BC7">
        <w:rPr>
          <w:rFonts w:ascii="Times New Roman" w:eastAsia="Times New Roman" w:hAnsi="Times New Roman" w:cs="Times New Roman"/>
          <w:sz w:val="24"/>
          <w:szCs w:val="24"/>
        </w:rPr>
        <w:t>un plan</w:t>
      </w:r>
      <w:proofErr w:type="gram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concreto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llegar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3BC7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comunidades.</w:t>
      </w:r>
    </w:p>
    <w:p w14:paraId="3E9D5771" w14:textId="77777777" w:rsidR="00173BC7" w:rsidRPr="00173BC7" w:rsidRDefault="00173BC7" w:rsidP="00173B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BC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El SPIL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identificar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áreas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geográficas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específicas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determinados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grupos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personas con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comunidades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lingüísticas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, comunidades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tribales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grupos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requieran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esfuerzos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específicos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divulgación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73BC7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173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B163F1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3: Red de Centros para la Vida Independiente</w:t>
      </w:r>
    </w:p>
    <w:p w14:paraId="1553E780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CARRIE ENGLAND:</w:t>
      </w:r>
    </w:p>
    <w:p w14:paraId="4EE4CFE6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continuación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veremos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organizada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propia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red.</w:t>
      </w:r>
    </w:p>
    <w:p w14:paraId="3B087F73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correspondiente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Red de </w:t>
      </w:r>
      <w:proofErr w:type="gram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Centros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,:</w:t>
      </w:r>
      <w:proofErr w:type="gramEnd"/>
    </w:p>
    <w:p w14:paraId="500E30E6" w14:textId="77777777" w:rsidR="005A5402" w:rsidRPr="005A5402" w:rsidRDefault="005A5402" w:rsidP="0066788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 (CIL)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existentes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B76C464" w14:textId="77777777" w:rsidR="005A5402" w:rsidRPr="005A5402" w:rsidRDefault="005A5402" w:rsidP="0066788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Describe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fuentes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6590C31" w14:textId="77777777" w:rsidR="005A5402" w:rsidRPr="005A5402" w:rsidRDefault="005A5402" w:rsidP="0066788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entidades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supervisión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13581CD" w14:textId="77777777" w:rsidR="005A5402" w:rsidRPr="005A5402" w:rsidRDefault="005A5402" w:rsidP="0066788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Describe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planes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cualquier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expansión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modificación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futura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 red. </w:t>
      </w:r>
    </w:p>
    <w:p w14:paraId="3CC172AF" w14:textId="77777777" w:rsidR="005A5402" w:rsidRPr="005A5402" w:rsidRDefault="005A5402" w:rsidP="0066788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Explica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distribuyen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entre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distintos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Centros. </w:t>
      </w:r>
    </w:p>
    <w:p w14:paraId="64597BEA" w14:textId="77777777" w:rsidR="005A5402" w:rsidRPr="005A5402" w:rsidRDefault="005A5402" w:rsidP="0066788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Establece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ocurrirá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lamentablemente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5A5402">
        <w:rPr>
          <w:rFonts w:ascii="Times New Roman" w:eastAsia="Times New Roman" w:hAnsi="Times New Roman" w:cs="Times New Roman"/>
          <w:sz w:val="24"/>
          <w:szCs w:val="24"/>
        </w:rPr>
        <w:t>un Centro</w:t>
      </w:r>
      <w:proofErr w:type="gram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la Vida Independiente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tuviera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cerrar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7F39FC4" w14:textId="77777777" w:rsidR="005A5402" w:rsidRPr="005A5402" w:rsidRDefault="005A5402" w:rsidP="0066788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Incluye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planes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modificar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áreas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servicio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niveles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debido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expansión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reorganización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 red. </w:t>
      </w:r>
    </w:p>
    <w:p w14:paraId="3845014A" w14:textId="77777777" w:rsidR="005A5402" w:rsidRPr="005A5402" w:rsidRDefault="005A5402" w:rsidP="00667880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condados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áreas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servicio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asignados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Centro. </w:t>
      </w:r>
    </w:p>
    <w:p w14:paraId="4A4F3A9D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5C8884DB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C5DAE01" w14:textId="77777777" w:rsidR="005A5402" w:rsidRPr="005A5402" w:rsidRDefault="005A5402" w:rsidP="0066788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Centros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existen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0E96482" w14:textId="77777777" w:rsidR="005A5402" w:rsidRPr="005A5402" w:rsidRDefault="005A5402" w:rsidP="0066788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dónde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prestan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4C1AAB8" w14:textId="77777777" w:rsidR="005A5402" w:rsidRPr="005A5402" w:rsidRDefault="005A5402" w:rsidP="0066788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reciben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4BF0001" w14:textId="77777777" w:rsidR="005A5402" w:rsidRPr="005A5402" w:rsidRDefault="005A5402" w:rsidP="0066788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ocurrirá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cambian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niveles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E6FF1D0" w14:textId="77777777" w:rsidR="005A5402" w:rsidRPr="005A5402" w:rsidRDefault="005A5402" w:rsidP="00667880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crecerá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red. </w:t>
      </w:r>
    </w:p>
    <w:p w14:paraId="279CB565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crecimiento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necesariamente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abrir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un nuevo Centro.</w:t>
      </w:r>
    </w:p>
    <w:p w14:paraId="41E7AED8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significar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02B756C" w14:textId="77777777" w:rsidR="005A5402" w:rsidRPr="005A5402" w:rsidRDefault="005A5402" w:rsidP="0066788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fortalecer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alianzas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existentes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E44B216" w14:textId="77777777" w:rsidR="005A5402" w:rsidRPr="005A5402" w:rsidRDefault="005A5402" w:rsidP="0066788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ampliar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divulgación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C70C797" w14:textId="77777777" w:rsidR="005A5402" w:rsidRPr="005A5402" w:rsidRDefault="005A5402" w:rsidP="0066788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mejorar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accesibilidad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DA5BE47" w14:textId="77777777" w:rsidR="005A5402" w:rsidRPr="005A5402" w:rsidRDefault="005A5402" w:rsidP="0066788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o encontrar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mejores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maneras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atender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comunidades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históricamente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han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desatendidas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A817C23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suele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genera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discusión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porque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decisiones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relacionadas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áreas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servicio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pueden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consecuencias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largo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plazo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843C76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07DE96A8">
          <v:rect id="_x0000_i1065" style="width:0;height:1.5pt" o:hralign="center" o:hrstd="t" o:hr="t" fillcolor="#a0a0a0" stroked="f"/>
        </w:pict>
      </w:r>
    </w:p>
    <w:p w14:paraId="60102400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4: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Entidad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Estatal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Designada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(DSE)</w:t>
      </w:r>
    </w:p>
    <w:p w14:paraId="6642097C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Por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preferible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establecer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acuerdos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antes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ocurra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reducción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presupuestaria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o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cierre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 w:rsidRPr="005A5402">
        <w:rPr>
          <w:rFonts w:ascii="Times New Roman" w:eastAsia="Times New Roman" w:hAnsi="Times New Roman" w:cs="Times New Roman"/>
          <w:sz w:val="24"/>
          <w:szCs w:val="24"/>
        </w:rPr>
        <w:t>un Centro</w:t>
      </w:r>
      <w:proofErr w:type="gram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la red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tenga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tomar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decisiones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crisis.</w:t>
      </w:r>
    </w:p>
    <w:p w14:paraId="0E72D30F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Ahora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analizaremos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función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Entidad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Estatal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Designada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(DSE)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17A756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47B739F" w14:textId="77777777" w:rsidR="005A5402" w:rsidRPr="005A5402" w:rsidRDefault="005A5402" w:rsidP="0066788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Enumera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 DSE. </w:t>
      </w:r>
    </w:p>
    <w:p w14:paraId="7F0F6B62" w14:textId="77777777" w:rsidR="005A5402" w:rsidRPr="005A5402" w:rsidRDefault="005A5402" w:rsidP="0066788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Describe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distribución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D977987" w14:textId="77777777" w:rsidR="005A5402" w:rsidRPr="005A5402" w:rsidRDefault="005A5402" w:rsidP="0066788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Explica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supervisión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71DEB51" w14:textId="77777777" w:rsidR="005A5402" w:rsidRPr="005A5402" w:rsidRDefault="005A5402" w:rsidP="00667880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Describe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apoyo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administrativo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de personal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DSE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proporcionar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D9298A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231B65EE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responde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preguntas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D222A48" w14:textId="77777777" w:rsidR="005A5402" w:rsidRPr="005A5402" w:rsidRDefault="005A5402" w:rsidP="0066788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hace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DSE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apoyar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la red? </w:t>
      </w:r>
    </w:p>
    <w:p w14:paraId="52BD0FA8" w14:textId="77777777" w:rsidR="005A5402" w:rsidRPr="005A5402" w:rsidRDefault="005A5402" w:rsidP="0066788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supervisa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3A0E717B" w14:textId="77777777" w:rsidR="005A5402" w:rsidRPr="005A5402" w:rsidRDefault="005A5402" w:rsidP="00667880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distribuye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5724402B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objetivo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principal 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dejar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perfectamente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claras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 DSE 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evitar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cualquier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tipo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confusión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BE8C36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01465705">
          <v:rect id="_x0000_i1066" style="width:0;height:1.5pt" o:hralign="center" o:hrstd="t" o:hr="t" fillcolor="#a0a0a0" stroked="f"/>
        </w:pict>
      </w:r>
    </w:p>
    <w:p w14:paraId="3D15BE3F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5: Consejo Estatal de Vida Independiente (SILC)</w:t>
      </w:r>
    </w:p>
    <w:p w14:paraId="06304D6F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Muchas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diferencias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entre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surgen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simplemente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malentendidos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acerca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funciones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1746F0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Un SPIL bien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redactado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ayuda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A540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evitar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problemas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090DB9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460564F" w14:textId="77777777" w:rsidR="005A5402" w:rsidRPr="005A5402" w:rsidRDefault="005A5402" w:rsidP="0066788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Describe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constituido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SILC. </w:t>
      </w:r>
    </w:p>
    <w:p w14:paraId="5EDC0850" w14:textId="77777777" w:rsidR="005A5402" w:rsidRPr="005A5402" w:rsidRDefault="005A5402" w:rsidP="0066788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Explica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garantiza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autonomía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A37C951" w14:textId="77777777" w:rsidR="005A5402" w:rsidRPr="005A5402" w:rsidRDefault="005A5402" w:rsidP="0066788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Describe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mediante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cual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desarrolla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plan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SILC. </w:t>
      </w:r>
    </w:p>
    <w:p w14:paraId="0933039E" w14:textId="77777777" w:rsidR="005A5402" w:rsidRPr="005A5402" w:rsidRDefault="005A5402" w:rsidP="0066788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Explica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mantendrá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funcionamiento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SILC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vigencia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plan. </w:t>
      </w:r>
    </w:p>
    <w:p w14:paraId="051E7A0D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7D3CFA4B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Esta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75B0A94" w14:textId="77777777" w:rsidR="005A5402" w:rsidRPr="005A5402" w:rsidRDefault="005A5402" w:rsidP="0066788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estructurado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SILC; </w:t>
      </w:r>
    </w:p>
    <w:p w14:paraId="6AB1A901" w14:textId="77777777" w:rsidR="005A5402" w:rsidRPr="005A5402" w:rsidRDefault="005A5402" w:rsidP="0066788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financiado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CAD7204" w14:textId="77777777" w:rsidR="005A5402" w:rsidRPr="005A5402" w:rsidRDefault="005A5402" w:rsidP="0066788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funcionará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4FBD772" w14:textId="77777777" w:rsidR="005A5402" w:rsidRPr="005A5402" w:rsidRDefault="005A5402" w:rsidP="00667880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cuáles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serán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sus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C852202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explica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SILC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conservará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autonomía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recibirá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apoyo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podrá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adecuadamente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sus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años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0A76684B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plan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SILC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reflejar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realmente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necesita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funcionar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correctamente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8BB63F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limitarse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únicamente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describir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recibe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actualmente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DB8726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0284FFD6">
          <v:rect id="_x0000_i1067" style="width:0;height:1.5pt" o:hralign="center" o:hrstd="t" o:hr="t" fillcolor="#a0a0a0" stroked="f"/>
        </w:pict>
      </w:r>
    </w:p>
    <w:p w14:paraId="35DC84D0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6: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Entidades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jurídicas</w:t>
      </w:r>
      <w:proofErr w:type="spellEnd"/>
    </w:p>
    <w:p w14:paraId="67DFE864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tienen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legal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ejecutar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SPIL.</w:t>
      </w:r>
    </w:p>
    <w:p w14:paraId="13E33373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E398491" w14:textId="77777777" w:rsidR="005A5402" w:rsidRPr="005A5402" w:rsidRDefault="005A5402" w:rsidP="0066788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Entidad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Estatal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Designada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(DSE). </w:t>
      </w:r>
    </w:p>
    <w:p w14:paraId="4F9F7495" w14:textId="77777777" w:rsidR="005A5402" w:rsidRPr="005A5402" w:rsidRDefault="005A5402" w:rsidP="0066788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Consejo Estatal de Vida Independiente (SILC). </w:t>
      </w:r>
    </w:p>
    <w:p w14:paraId="33486407" w14:textId="77777777" w:rsidR="005A5402" w:rsidRPr="005A5402" w:rsidRDefault="005A5402" w:rsidP="0066788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plan. </w:t>
      </w:r>
    </w:p>
    <w:p w14:paraId="7B322998" w14:textId="77777777" w:rsidR="005A5402" w:rsidRPr="005A5402" w:rsidRDefault="005A5402" w:rsidP="00667880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Confirma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tienen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capacidad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jurídica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necesaria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participar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ejecutar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SPIL. </w:t>
      </w:r>
    </w:p>
    <w:p w14:paraId="4E72B03E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20E01676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Aquí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formalmente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FCA81D6" w14:textId="77777777" w:rsidR="005A5402" w:rsidRPr="005A5402" w:rsidRDefault="005A5402" w:rsidP="0066788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DSE; </w:t>
      </w:r>
    </w:p>
    <w:p w14:paraId="26E3C7D5" w14:textId="77777777" w:rsidR="005A5402" w:rsidRPr="005A5402" w:rsidRDefault="005A5402" w:rsidP="0066788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correspondiente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al SILC; </w:t>
      </w:r>
    </w:p>
    <w:p w14:paraId="0B760F19" w14:textId="77777777" w:rsidR="005A5402" w:rsidRPr="005A5402" w:rsidRDefault="005A5402" w:rsidP="0066788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número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miembros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Consejo; </w:t>
      </w:r>
    </w:p>
    <w:p w14:paraId="4B2DE7F5" w14:textId="77777777" w:rsidR="005A5402" w:rsidRPr="005A5402" w:rsidRDefault="005A5402" w:rsidP="0066788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cuáles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Centros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autorizados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SPIL; </w:t>
      </w:r>
    </w:p>
    <w:p w14:paraId="3B286C7C" w14:textId="77777777" w:rsidR="005A5402" w:rsidRPr="005A5402" w:rsidRDefault="005A5402" w:rsidP="00667880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tienen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autoridad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legal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participar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previsto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plan. </w:t>
      </w:r>
    </w:p>
    <w:p w14:paraId="18D699A8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Por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SPIL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relacionada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nombres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datos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contacto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Centros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elegibles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correcta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completamente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actualizada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D175E1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43575DE1">
          <v:rect id="_x0000_i1068" style="width:0;height:1.5pt" o:hralign="center" o:hrstd="t" o:hr="t" fillcolor="#a0a0a0" stroked="f"/>
        </w:pict>
      </w:r>
    </w:p>
    <w:p w14:paraId="2DA42D41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Secciones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7 y 8: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Garantías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(Assurances)</w:t>
      </w:r>
    </w:p>
    <w:p w14:paraId="0E68DB7A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siguientes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describen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garantías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aceptan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tanto la DSE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SILC.</w:t>
      </w:r>
    </w:p>
    <w:p w14:paraId="67B88806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09B95B5E">
          <v:rect id="_x0000_i1069" style="width:0;height:1.5pt" o:hralign="center" o:hrstd="t" o:hr="t" fillcolor="#a0a0a0" stroked="f"/>
        </w:pict>
      </w:r>
    </w:p>
    <w:p w14:paraId="2D472A91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7: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Garantías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 la DSE</w:t>
      </w:r>
    </w:p>
    <w:p w14:paraId="1E38D518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53BA16" w14:textId="77777777" w:rsidR="005A5402" w:rsidRPr="005A5402" w:rsidRDefault="005A5402" w:rsidP="0066788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Enumera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garantías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DSE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acepta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169297" w14:textId="77777777" w:rsidR="005A5402" w:rsidRPr="005A5402" w:rsidRDefault="005A5402" w:rsidP="0066788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al Director de la DSE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persona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SPIL. </w:t>
      </w:r>
    </w:p>
    <w:p w14:paraId="15029854" w14:textId="77777777" w:rsidR="005A5402" w:rsidRPr="005A5402" w:rsidRDefault="005A5402" w:rsidP="00667880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Establece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dicha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representa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compromiso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correspondientes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la DSE. </w:t>
      </w:r>
    </w:p>
    <w:p w14:paraId="1F9A9088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7A765DC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DSE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acepta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desempeñar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oficialmente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papel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obligaciones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asociadas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FB6218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Director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representa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una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aprobación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contenido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SPIL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EEFCE6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Simplemente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constituye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aceptación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formal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desempeñar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funciones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propias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 DSE.</w:t>
      </w:r>
    </w:p>
    <w:p w14:paraId="2C68D6A7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26F2C91E">
          <v:rect id="_x0000_i1070" style="width:0;height:1.5pt" o:hralign="center" o:hrstd="t" o:hr="t" fillcolor="#a0a0a0" stroked="f"/>
        </w:pict>
      </w:r>
    </w:p>
    <w:p w14:paraId="4CFF8901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8: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Garantías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e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indicadores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del SILC</w:t>
      </w:r>
    </w:p>
    <w:p w14:paraId="0237B805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E9B4453" w14:textId="77777777" w:rsidR="005A5402" w:rsidRPr="005A5402" w:rsidRDefault="005A5402" w:rsidP="0066788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Enumera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garantías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mínimos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cumplimiento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correspondientes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al SILC. </w:t>
      </w:r>
    </w:p>
    <w:p w14:paraId="1598F9F3" w14:textId="77777777" w:rsidR="005A5402" w:rsidRPr="005A5402" w:rsidRDefault="005A5402" w:rsidP="0066788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al Presidente del SILC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persona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autorizada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SPIL. </w:t>
      </w:r>
    </w:p>
    <w:p w14:paraId="28B9A8EF" w14:textId="77777777" w:rsidR="005A5402" w:rsidRPr="005A5402" w:rsidRDefault="005A5402" w:rsidP="00667880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Establece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dicha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representa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compromiso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SILC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garantías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592A180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54AB30C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refleja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compromiso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SILC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el SPIL.</w:t>
      </w:r>
    </w:p>
    <w:p w14:paraId="6DC39D76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oficialmente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Presidencia del SILC.</w:t>
      </w:r>
    </w:p>
    <w:p w14:paraId="047CAA5D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Presidente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Consejo,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conjunto,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acepta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establecidas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plan.</w:t>
      </w:r>
    </w:p>
    <w:p w14:paraId="3DA053E1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garantías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incluyen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relacionados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con:</w:t>
      </w:r>
    </w:p>
    <w:p w14:paraId="4ABEAB04" w14:textId="77777777" w:rsidR="005A5402" w:rsidRPr="005A5402" w:rsidRDefault="005A5402" w:rsidP="0066788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autonomía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SILC; </w:t>
      </w:r>
    </w:p>
    <w:p w14:paraId="0FB38ED9" w14:textId="77777777" w:rsidR="005A5402" w:rsidRPr="005A5402" w:rsidRDefault="005A5402" w:rsidP="0066788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composición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membresía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67BDEDD" w14:textId="77777777" w:rsidR="005A5402" w:rsidRPr="005A5402" w:rsidRDefault="005A5402" w:rsidP="0066788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frecuencia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sus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921C1CB" w14:textId="77777777" w:rsidR="005A5402" w:rsidRPr="005A5402" w:rsidRDefault="005A5402" w:rsidP="0066788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sus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F1445CF" w14:textId="77777777" w:rsidR="005A5402" w:rsidRPr="005A5402" w:rsidRDefault="005A5402" w:rsidP="00667880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plan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7C717D2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Presidente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representación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Consejo,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después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haya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revisado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aprobado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contenido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2BE9DCC9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4B1A3E91">
          <v:rect id="_x0000_i1071" style="width:0;height:1.5pt" o:hralign="center" o:hrstd="t" o:hr="t" fillcolor="#a0a0a0" stroked="f"/>
        </w:pict>
      </w:r>
    </w:p>
    <w:p w14:paraId="45C7CA7C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9: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Firmas</w:t>
      </w:r>
      <w:proofErr w:type="spellEnd"/>
    </w:p>
    <w:p w14:paraId="1CAFCB1E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última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documenta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quiénes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han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aceptado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formalmente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contenido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1F101019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6464C86" w14:textId="77777777" w:rsidR="005A5402" w:rsidRPr="005A5402" w:rsidRDefault="005A5402" w:rsidP="0066788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Presidente del SILC,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actuando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representación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Consejo. </w:t>
      </w:r>
    </w:p>
    <w:p w14:paraId="11F2886D" w14:textId="77777777" w:rsidR="005A5402" w:rsidRPr="005A5402" w:rsidRDefault="005A5402" w:rsidP="00667880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Directores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Independiente. </w:t>
      </w:r>
    </w:p>
    <w:p w14:paraId="2068659D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Como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mínimo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el 51 % de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Directores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CIL del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estado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deben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firmar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 plan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0EEB5C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significa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7681285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aceptan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trabajar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alcanzar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establecidas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SPIL.</w:t>
      </w:r>
    </w:p>
    <w:p w14:paraId="2E9B59F3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mayoría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Centros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manifestar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acuerdo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D68CC2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demuestran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tanto el SILC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mayoría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CIL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respaldan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contenido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plan y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comprometen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trabajar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conjuntamente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alcanzar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desarrollaron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colaborativa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E29AE8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Presidente del SILC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siguiendo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instrucciones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decisión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Consejo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pleno.</w:t>
      </w:r>
    </w:p>
    <w:p w14:paraId="055DAB79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únicamente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título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personal.</w:t>
      </w:r>
    </w:p>
    <w:p w14:paraId="7587F7BA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48DF2322">
          <v:rect id="_x0000_i1072" style="width:0;height:1.5pt" o:hralign="center" o:hrstd="t" o:hr="t" fillcolor="#a0a0a0" stroked="f"/>
        </w:pict>
      </w:r>
    </w:p>
    <w:p w14:paraId="7C37924D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A5402">
        <w:rPr>
          <w:rFonts w:ascii="Times New Roman" w:eastAsia="Times New Roman" w:hAnsi="Times New Roman" w:cs="Times New Roman"/>
          <w:b/>
          <w:bCs/>
          <w:sz w:val="27"/>
          <w:szCs w:val="27"/>
        </w:rPr>
        <w:t>CARRIE ENGLAND:</w:t>
      </w:r>
    </w:p>
    <w:p w14:paraId="7AF49E5D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voy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ceder la palabra a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Jeremy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quien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guiará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resto de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presentación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6C4282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Jeremy.</w:t>
      </w:r>
    </w:p>
    <w:p w14:paraId="75403E47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33539CC1">
          <v:rect id="_x0000_i1073" style="width:0;height:1.5pt" o:hralign="center" o:hrstd="t" o:hr="t" fillcolor="#a0a0a0" stroked="f"/>
        </w:pict>
      </w:r>
    </w:p>
    <w:p w14:paraId="3CA22DD1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A5402">
        <w:rPr>
          <w:rFonts w:ascii="Times New Roman" w:eastAsia="Times New Roman" w:hAnsi="Times New Roman" w:cs="Times New Roman"/>
          <w:b/>
          <w:bCs/>
          <w:sz w:val="27"/>
          <w:szCs w:val="27"/>
        </w:rPr>
        <w:t>JEREMY MORRIS</w:t>
      </w:r>
    </w:p>
    <w:p w14:paraId="34C486DD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Requisitos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pública</w:t>
      </w:r>
      <w:proofErr w:type="spellEnd"/>
    </w:p>
    <w:p w14:paraId="7276A140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lastRenderedPageBreak/>
        <w:t>Gracias, Carrie.</w:t>
      </w:r>
    </w:p>
    <w:p w14:paraId="4C1513B4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Hola 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A1B92E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Soy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Jeremy Morris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del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Consejo Estatal de Vida Independiente de Ohio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49FCEA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Continuando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nuestra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capacitación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SPIL 101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ahora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hablaremos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algunos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aspectos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obligatorios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relacionados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758C939B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sz w:val="27"/>
          <w:szCs w:val="27"/>
        </w:rPr>
        <w:t>Requisitos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7"/>
          <w:szCs w:val="27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7"/>
          <w:szCs w:val="27"/>
        </w:rPr>
        <w:t>pública</w:t>
      </w:r>
      <w:proofErr w:type="spellEnd"/>
    </w:p>
    <w:p w14:paraId="2D0792E7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JEREMY MORRIS:</w:t>
      </w:r>
    </w:p>
    <w:p w14:paraId="169B697C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>Gracias, Carrie.</w:t>
      </w:r>
    </w:p>
    <w:p w14:paraId="632A6B0C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Hola 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59A39E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Soy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Jeremy Morris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del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Consejo Estatal de Vida Independiente de Ohio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E6D2B2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Continuando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nuestra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capacitación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SPIL 101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comenzaremos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hablar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algunos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aspectos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obligatorios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Planes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Estatales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la Vida Independiente.</w:t>
      </w:r>
    </w:p>
    <w:p w14:paraId="0C2DB888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Comenzando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29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titulada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pública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0CDFEB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constituye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elemento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esencial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realizamos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Consejo Estatal.</w:t>
      </w:r>
    </w:p>
    <w:p w14:paraId="75F72225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Como Carrie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mencionó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anteriormente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propósito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SPIL 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reflejar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prioridades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experiencias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las personas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E5D53D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73D62599">
          <v:rect id="_x0000_i1083" style="width:0;height:1.5pt" o:hralign="center" o:hrstd="t" o:hr="t" fillcolor="#a0a0a0" stroked="f"/>
        </w:pict>
      </w:r>
    </w:p>
    <w:p w14:paraId="203238F0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Requisitos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obtener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pública</w:t>
      </w:r>
      <w:proofErr w:type="spellEnd"/>
    </w:p>
    <w:p w14:paraId="41BF165F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En 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30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comenzamos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revisar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relacionados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CA036A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reconocer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tanto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reglamentos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federales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SPIL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SILC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establecen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mínimos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cumplirse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obtener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aportaciones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plan.</w:t>
      </w:r>
    </w:p>
    <w:p w14:paraId="12F1EF99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primer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requisito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recibir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comentarios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de:</w:t>
      </w:r>
    </w:p>
    <w:p w14:paraId="66817E3F" w14:textId="77777777" w:rsidR="005A5402" w:rsidRPr="005A5402" w:rsidRDefault="005A5402" w:rsidP="00667880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personas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0D52389" w14:textId="77777777" w:rsidR="005A5402" w:rsidRPr="005A5402" w:rsidRDefault="005A5402" w:rsidP="00667880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otras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partes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interesadas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BC100C8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antes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comenzar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elaboración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1647D379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Este es un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aspecto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888220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Cuando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comiencen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prepararse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ciclo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SPIL,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deberán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contar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un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mecanismo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recopilar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opiniones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comentarios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antes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incluso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redactar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 primer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borrador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F4F62A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796D6740">
          <v:rect id="_x0000_i1084" style="width:0;height:1.5pt" o:hralign="center" o:hrstd="t" o:hr="t" fillcolor="#a0a0a0" stroked="f"/>
        </w:pict>
      </w:r>
    </w:p>
    <w:p w14:paraId="7F94A2B7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Acceso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del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a las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del SPIL</w:t>
      </w:r>
    </w:p>
    <w:p w14:paraId="04333142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31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continúa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desarrollando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tema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F55E4F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posibilidad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asistir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relacionadas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722FD26A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Como el SPIL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pretende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representar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prioridades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comunidad, el SILC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permitir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participe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A824EB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Cuando el SILC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organiza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recibir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aportaciones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también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determinados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9D2150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Debe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seguir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tanto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normas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estatales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federales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relativas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notificación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previa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13E105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objetivo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garantizar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transparencia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AC1FF6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Las personas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conocer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cuándo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desarrollando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SPIL y disponer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oportunidades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reales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participar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52DB1D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751EE813">
          <v:rect id="_x0000_i1085" style="width:0;height:1.5pt" o:hralign="center" o:hrstd="t" o:hr="t" fillcolor="#a0a0a0" stroked="f"/>
        </w:pict>
      </w:r>
    </w:p>
    <w:p w14:paraId="33ACAA99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Accesibilidad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 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pública</w:t>
      </w:r>
      <w:proofErr w:type="spellEnd"/>
    </w:p>
    <w:p w14:paraId="021978DE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32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aborda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otro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aspecto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fundamental.</w:t>
      </w:r>
    </w:p>
    <w:p w14:paraId="263E827D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Siempre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considerar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720C4D6" w14:textId="77777777" w:rsidR="005A5402" w:rsidRPr="005A5402" w:rsidRDefault="005A5402" w:rsidP="00667880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accesibilidad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física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F2C24E7" w14:textId="77777777" w:rsidR="005A5402" w:rsidRPr="005A5402" w:rsidRDefault="005A5402" w:rsidP="00667880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accesibilidad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digital; </w:t>
      </w:r>
    </w:p>
    <w:p w14:paraId="6B907F9E" w14:textId="77777777" w:rsidR="005A5402" w:rsidRPr="005A5402" w:rsidRDefault="005A5402" w:rsidP="00667880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y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accesibilidad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comunicación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7CB81A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lugares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donde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celebren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recibir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aportaciones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accesibles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las personas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AF7FE8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Esto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incluye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entre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aspectos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FCAC58B" w14:textId="77777777" w:rsidR="005A5402" w:rsidRPr="005A5402" w:rsidRDefault="005A5402" w:rsidP="00667880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cercanía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transporte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1092C4D" w14:textId="77777777" w:rsidR="005A5402" w:rsidRPr="005A5402" w:rsidRDefault="005A5402" w:rsidP="00667880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accesibilidad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física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edificio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7F578C4" w14:textId="77777777" w:rsidR="005A5402" w:rsidRPr="005A5402" w:rsidRDefault="005A5402" w:rsidP="00667880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disponibilidad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ayudas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auxiliares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garanticen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comunicación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efectiva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F26B52B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Los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materiales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electrónicos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también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accesibilidad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establecidos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Sección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508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0114C7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Además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persona lo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materiales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deberán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disponibles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formatos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alternativos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accesibles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corresponda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idiomas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uso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frecuente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86EE56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Incluso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realicen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virtual,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sigue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siendo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garantizar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accesibilidad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digital.</w:t>
      </w:r>
    </w:p>
    <w:p w14:paraId="5A721D20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sean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presenciales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asegurarnos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espacio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físico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también sea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plenamente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accesible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D44431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realmente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queremos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personas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participen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eliminar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cualquier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barrera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pueda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impedirlo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48F765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3DBA1B69">
          <v:rect id="_x0000_i1086" style="width:0;height:1.5pt" o:hralign="center" o:hrstd="t" o:hr="t" fillcolor="#a0a0a0" stroked="f"/>
        </w:pict>
      </w:r>
    </w:p>
    <w:p w14:paraId="2247D79A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¿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Quién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participar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?</w:t>
      </w:r>
    </w:p>
    <w:p w14:paraId="3926F6CD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33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responde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A540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pregunta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D6F7BB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Cuando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buscamos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aportaciones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incluir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entre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FEA91EF" w14:textId="77777777" w:rsidR="005A5402" w:rsidRPr="005A5402" w:rsidRDefault="005A5402" w:rsidP="0066788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personas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4ED3EDE" w14:textId="77777777" w:rsidR="005A5402" w:rsidRPr="005A5402" w:rsidRDefault="005A5402" w:rsidP="0066788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 y sus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consumidores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C91713D" w14:textId="77777777" w:rsidR="005A5402" w:rsidRPr="005A5402" w:rsidRDefault="005A5402" w:rsidP="0066788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proveedores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Vida Independiente,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existan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2B1F98B" w14:textId="77777777" w:rsidR="005A5402" w:rsidRPr="005A5402" w:rsidRDefault="005A5402" w:rsidP="0066788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comunitarias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apoyen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gramStart"/>
      <w:r w:rsidRPr="005A5402">
        <w:rPr>
          <w:rFonts w:ascii="Times New Roman" w:eastAsia="Times New Roman" w:hAnsi="Times New Roman" w:cs="Times New Roman"/>
          <w:sz w:val="24"/>
          <w:szCs w:val="24"/>
        </w:rPr>
        <w:t>personas</w:t>
      </w:r>
      <w:proofErr w:type="gram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0BF0ECE" w14:textId="77777777" w:rsidR="005A5402" w:rsidRPr="005A5402" w:rsidRDefault="005A5402" w:rsidP="00667880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entidades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administren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programas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destinados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gramStart"/>
      <w:r w:rsidRPr="005A5402">
        <w:rPr>
          <w:rFonts w:ascii="Times New Roman" w:eastAsia="Times New Roman" w:hAnsi="Times New Roman" w:cs="Times New Roman"/>
          <w:sz w:val="24"/>
          <w:szCs w:val="24"/>
        </w:rPr>
        <w:t>personas</w:t>
      </w:r>
      <w:proofErr w:type="gram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A7CF59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Como SILC,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tenemos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procurar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amplia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posible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CA735B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identificar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B844B8" w14:textId="77777777" w:rsidR="005A5402" w:rsidRPr="005A5402" w:rsidRDefault="005A5402" w:rsidP="00667880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quiénes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nuestros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aliados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1313ECF" w14:textId="77777777" w:rsidR="005A5402" w:rsidRPr="005A5402" w:rsidRDefault="005A5402" w:rsidP="00667880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pueden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ayudarnos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9433741" w14:textId="77777777" w:rsidR="005A5402" w:rsidRPr="005A5402" w:rsidRDefault="005A5402" w:rsidP="00667880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especialmente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llegar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 las comunidades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desatendidas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insuficientemente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atendidas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2ABB154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27BA6463">
          <v:rect id="_x0000_i1087" style="width:0;height:1.5pt" o:hralign="center" o:hrstd="t" o:hr="t" fillcolor="#a0a0a0" stroked="f"/>
        </w:pict>
      </w:r>
    </w:p>
    <w:p w14:paraId="0FBE93FF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Comentarios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públicos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sobre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borrador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del SPIL</w:t>
      </w:r>
    </w:p>
    <w:p w14:paraId="1D406520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34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aborda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revisión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borrador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742BAE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Antes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enviar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SPIL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aprobación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oportunidad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revisarlo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formular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comentarios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BC8EBF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poder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expresar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opinión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antes de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documento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presentado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oficialmente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BD1BBE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lastRenderedPageBreak/>
        <w:t>Además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ofrecerse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adaptaciones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necesarias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garantizar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las personas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DE0025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posible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realizar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tanto antes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después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preparar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borrador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B86728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Sin embargo,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siempre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existir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oportunidad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formule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comentarios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antes de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presentación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final.</w:t>
      </w:r>
    </w:p>
    <w:p w14:paraId="3A5A2998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relacionadas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el SPIL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varios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FFA91AC" w14:textId="77777777" w:rsidR="005A5402" w:rsidRPr="005A5402" w:rsidRDefault="005A5402" w:rsidP="00667880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Aviso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al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menos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30 días de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anticipación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AB34B14" w14:textId="77777777" w:rsidR="005A5402" w:rsidRPr="005A5402" w:rsidRDefault="005A5402" w:rsidP="00667880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disponible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formatos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alternativos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B53FEB5" w14:textId="77777777" w:rsidR="005A5402" w:rsidRPr="005A5402" w:rsidRDefault="005A5402" w:rsidP="00667880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Difusión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mediante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distintos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medios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05F2153" w14:textId="77777777" w:rsidR="005A5402" w:rsidRPr="005A5402" w:rsidRDefault="005A5402" w:rsidP="00667880">
      <w:pPr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sitios web; </w:t>
      </w:r>
    </w:p>
    <w:p w14:paraId="4C8E3023" w14:textId="77777777" w:rsidR="005A5402" w:rsidRPr="005A5402" w:rsidRDefault="005A5402" w:rsidP="00667880">
      <w:pPr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periódicos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5D99765" w14:textId="77777777" w:rsidR="005A5402" w:rsidRPr="005A5402" w:rsidRDefault="005A5402" w:rsidP="00667880">
      <w:pPr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anuncios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servicio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791A7A8" w14:textId="77777777" w:rsidR="005A5402" w:rsidRPr="005A5402" w:rsidRDefault="005A5402" w:rsidP="00667880">
      <w:pPr>
        <w:numPr>
          <w:ilvl w:val="1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comunicación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representativas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9D980B7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Cuando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preparen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recuerden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siempre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plazo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mínimo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30 días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2BDE86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 un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aspecto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planificación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047FD7" w14:textId="77777777" w:rsidR="005A5402" w:rsidRPr="005A5402" w:rsidRDefault="005A5402" w:rsidP="005A5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pict w14:anchorId="34A9EA41">
          <v:rect id="_x0000_i1088" style="width:0;height:1.5pt" o:hralign="center" o:hrstd="t" o:hr="t" fillcolor="#a0a0a0" stroked="f"/>
        </w:pict>
      </w:r>
    </w:p>
    <w:p w14:paraId="65A927AE" w14:textId="77777777" w:rsidR="005A5402" w:rsidRPr="005A5402" w:rsidRDefault="005A5402" w:rsidP="005A540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pública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>evaluación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del SPIL</w:t>
      </w:r>
    </w:p>
    <w:p w14:paraId="2564307B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no termina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SPIL ha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sido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aprobado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A4923D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propio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SPIL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incluir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plan</w:t>
      </w:r>
      <w:proofErr w:type="gram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evaluar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su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eficacia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8AE070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Ese plan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explicar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5D0FDF4" w14:textId="77777777" w:rsidR="005A5402" w:rsidRPr="005A5402" w:rsidRDefault="005A5402" w:rsidP="00667880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medirá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cumplimiento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DAB6E9B" w14:textId="77777777" w:rsidR="005A5402" w:rsidRPr="005A5402" w:rsidRDefault="005A5402" w:rsidP="00667880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medirá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satisfacción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las personas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4BEF88A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Entre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otros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elementos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, el plan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evaluación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incluir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D51A3DE" w14:textId="77777777" w:rsidR="005A5402" w:rsidRPr="005A5402" w:rsidRDefault="005A5402" w:rsidP="00667880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método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medir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satisfacción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consumidores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independiente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responsabilidad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CIL,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aunque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pueda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realizarse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colaboración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ellos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14:paraId="00085E68" w14:textId="77777777" w:rsidR="005A5402" w:rsidRPr="005A5402" w:rsidRDefault="005A5402" w:rsidP="00667880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método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recopilar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aportaciones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 las partes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interesadas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y del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C1A7EB1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recordar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evaluación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SPIL no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tiene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como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finalidad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evaluar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servicios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individuales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prestados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por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proofErr w:type="spellEnd"/>
      <w:r w:rsidRPr="005A54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CIL</w:t>
      </w:r>
      <w:r w:rsidRPr="005A54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7B2E01" w14:textId="77777777" w:rsidR="005A5402" w:rsidRPr="005A5402" w:rsidRDefault="005A5402" w:rsidP="005A5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Lo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evalúa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es la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eficacia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5A5402">
        <w:rPr>
          <w:rFonts w:ascii="Times New Roman" w:eastAsia="Times New Roman" w:hAnsi="Times New Roman" w:cs="Times New Roman"/>
          <w:sz w:val="24"/>
          <w:szCs w:val="24"/>
        </w:rPr>
        <w:t>propio</w:t>
      </w:r>
      <w:proofErr w:type="spellEnd"/>
      <w:r w:rsidRPr="005A5402">
        <w:rPr>
          <w:rFonts w:ascii="Times New Roman" w:eastAsia="Times New Roman" w:hAnsi="Times New Roman" w:cs="Times New Roman"/>
          <w:sz w:val="24"/>
          <w:szCs w:val="24"/>
        </w:rPr>
        <w:t xml:space="preserve"> plan.</w:t>
      </w:r>
    </w:p>
    <w:p w14:paraId="00626D46" w14:textId="77777777" w:rsidR="001B1A10" w:rsidRPr="001B1A10" w:rsidRDefault="001B1A10" w:rsidP="001B1A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Trabajando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con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los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consumidores</w:t>
      </w:r>
      <w:proofErr w:type="spellEnd"/>
    </w:p>
    <w:p w14:paraId="5B06D5D1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JEREMY MORRIS:</w:t>
      </w:r>
    </w:p>
    <w:p w14:paraId="3045A665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Continuemos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36.</w:t>
      </w:r>
    </w:p>
    <w:p w14:paraId="7B0D2F07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Queremos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destacar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algunos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aspectos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SILC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interactúa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consumidores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recopilación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aportaciones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D2248A" w14:textId="77777777" w:rsidR="001B1A10" w:rsidRPr="001B1A10" w:rsidRDefault="001B1A10" w:rsidP="001B1A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Manténganse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dentro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su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función</w:t>
      </w:r>
      <w:proofErr w:type="spellEnd"/>
    </w:p>
    <w:p w14:paraId="6FD0ABDB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Lo primero es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mantenerse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dentro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su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función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5DD5B7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Recuerden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SILC </w:t>
      </w:r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presta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servicios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Vida Independiente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ni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realiza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defensa individual de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casos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DC8959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Cuando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reunión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sesión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recopilación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opiniones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persona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ayuda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situación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específica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preparados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remitirla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Centro para la Vida Independiente (CIL)</w:t>
      </w: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local.</w:t>
      </w:r>
    </w:p>
    <w:p w14:paraId="748DFA30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posible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las personas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compartan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situaciones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personales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urgentes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C401FF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casos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el SILC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preparado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procedimiento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ponerlas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contacto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con el CIL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correspondiente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8D3F2B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El SILC no es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organización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encargada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proporcionar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directamente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BD42EB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Por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1A10">
        <w:rPr>
          <w:rFonts w:ascii="Times New Roman" w:eastAsia="Times New Roman" w:hAnsi="Times New Roman" w:cs="Times New Roman"/>
          <w:sz w:val="24"/>
          <w:szCs w:val="24"/>
        </w:rPr>
        <w:t>un plan</w:t>
      </w:r>
      <w:proofErr w:type="gram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claro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responder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surjan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situaciones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BCF33B" w14:textId="77777777" w:rsidR="001B1A10" w:rsidRPr="001B1A10" w:rsidRDefault="001B1A10" w:rsidP="001B1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pict w14:anchorId="13C20B42">
          <v:rect id="_x0000_i1095" style="width:0;height:1.5pt" o:hralign="center" o:hrstd="t" o:hr="t" fillcolor="#a0a0a0" stroked="f"/>
        </w:pict>
      </w:r>
    </w:p>
    <w:p w14:paraId="4ACC11AC" w14:textId="77777777" w:rsidR="001B1A10" w:rsidRPr="001B1A10" w:rsidRDefault="001B1A10" w:rsidP="001B1A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Garantizar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la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accesibilidad</w:t>
      </w:r>
      <w:proofErr w:type="spellEnd"/>
    </w:p>
    <w:p w14:paraId="11CEDB6A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Otro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aspecto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fundamental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garantizar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accesibilidad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las personas.</w:t>
      </w:r>
    </w:p>
    <w:p w14:paraId="47C42283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El SILC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asegurarse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sean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accesibles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tanto para personas con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para personas con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dominio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limitado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inglés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6CCD7C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Esto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implica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B13FC57" w14:textId="77777777" w:rsidR="001B1A10" w:rsidRPr="001B1A10" w:rsidRDefault="001B1A10" w:rsidP="0066788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Planificar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presupuestar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adaptaciones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razonables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8C47DD4" w14:textId="77777777" w:rsidR="001B1A10" w:rsidRPr="001B1A10" w:rsidRDefault="001B1A10" w:rsidP="0066788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Planificar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traducción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materiales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51C2142" w14:textId="77777777" w:rsidR="001B1A10" w:rsidRPr="001B1A10" w:rsidRDefault="001B1A10" w:rsidP="00667880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Establecer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procedimiento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y un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calendario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las personas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puedan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solicitar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adaptaciones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permitan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participar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334A264" w14:textId="77777777" w:rsidR="001B1A10" w:rsidRPr="001B1A10" w:rsidRDefault="001B1A10" w:rsidP="001B1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pict w14:anchorId="16368E37">
          <v:rect id="_x0000_i1096" style="width:0;height:1.5pt" o:hralign="center" o:hrstd="t" o:hr="t" fillcolor="#a0a0a0" stroked="f"/>
        </w:pict>
      </w:r>
    </w:p>
    <w:p w14:paraId="35469FC2" w14:textId="77777777" w:rsidR="001B1A10" w:rsidRPr="001B1A10" w:rsidRDefault="001B1A10" w:rsidP="001B1A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Escuchar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gram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antes</w:t>
      </w:r>
      <w:proofErr w:type="gramEnd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responder</w:t>
      </w:r>
    </w:p>
    <w:p w14:paraId="716BAF9D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lastRenderedPageBreak/>
        <w:t>Otro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aspecto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escuchar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3D0794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Creo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es un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recordatorio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necesitamos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incluido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yo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mismo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58A82E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Cuando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realizamos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sesiones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resulta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fácil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querer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responder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inmediatamente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comentarios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las personas.</w:t>
      </w:r>
    </w:p>
    <w:p w14:paraId="0738F0BD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Sin embargo,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muchas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personas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aprovecharán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compartir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situaciones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personales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necesidades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individuales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78383C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casos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122AC4" w14:textId="77777777" w:rsidR="001B1A10" w:rsidRPr="001B1A10" w:rsidRDefault="001B1A10" w:rsidP="00667880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remitirlas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al Centro para la Vida Independiente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correspondiente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4FF7A4B" w14:textId="77777777" w:rsidR="001B1A10" w:rsidRPr="001B1A10" w:rsidRDefault="001B1A10" w:rsidP="00667880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o al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Programa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Asistencia al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Cliente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(CAP)</w:t>
      </w: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apropiado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0367F6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Nuestro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identificar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comentarios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reflejan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patrones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problemas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sistémicos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deban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abordarse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SPIL.</w:t>
      </w:r>
    </w:p>
    <w:p w14:paraId="45B8249B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corresponde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al SILC resolver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individualmente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situación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presentada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reunión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6118CA" w14:textId="77777777" w:rsidR="001B1A10" w:rsidRPr="001B1A10" w:rsidRDefault="001B1A10" w:rsidP="001B1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pict w14:anchorId="45FA800A">
          <v:rect id="_x0000_i1097" style="width:0;height:1.5pt" o:hralign="center" o:hrstd="t" o:hr="t" fillcolor="#a0a0a0" stroked="f"/>
        </w:pict>
      </w:r>
    </w:p>
    <w:p w14:paraId="5C00C5FD" w14:textId="77777777" w:rsidR="001B1A10" w:rsidRPr="001B1A10" w:rsidRDefault="001B1A10" w:rsidP="001B1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Métodos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flexibles para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recopilar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aportaciones</w:t>
      </w:r>
      <w:proofErr w:type="spellEnd"/>
    </w:p>
    <w:p w14:paraId="24B85520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Pasemos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A67AC6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Sean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creativos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C0E913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Permitan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las personas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respondan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distintas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maneras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BA745C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diseñar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presentes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tanto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cultura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características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sus comunidades.</w:t>
      </w:r>
    </w:p>
    <w:p w14:paraId="5E0EF44B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Pueden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formular las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mismas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preguntas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utilizando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distintos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métodos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respuesta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BEB949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Por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ejemplo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5D70FC4" w14:textId="77777777" w:rsidR="001B1A10" w:rsidRPr="001B1A10" w:rsidRDefault="001B1A10" w:rsidP="00667880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Encuestas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digitales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684C1EC" w14:textId="77777777" w:rsidR="001B1A10" w:rsidRPr="001B1A10" w:rsidRDefault="001B1A10" w:rsidP="00667880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Encuestas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impresas. </w:t>
      </w:r>
    </w:p>
    <w:p w14:paraId="3E104DFB" w14:textId="77777777" w:rsidR="001B1A10" w:rsidRPr="001B1A10" w:rsidRDefault="001B1A10" w:rsidP="00667880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presenciales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28C6875" w14:textId="77777777" w:rsidR="001B1A10" w:rsidRPr="001B1A10" w:rsidRDefault="001B1A10" w:rsidP="00667880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Grupos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pequeños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discusión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F9014EA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Existen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muchas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maneras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diferentes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recopilar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7F28A1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Cada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comunidad son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diferentes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46773D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Lo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funciona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bien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comunidad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funcionar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igual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bien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otra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93554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Por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resulta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ser flexibles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planificación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5FAD02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Y algo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igualmente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7D093C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Conserven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registros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todas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las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respuestas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recibidas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1D7FEAB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documentar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obtenida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conservar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evidencia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de:</w:t>
      </w:r>
    </w:p>
    <w:p w14:paraId="26519E9F" w14:textId="77777777" w:rsidR="001B1A10" w:rsidRPr="001B1A10" w:rsidRDefault="001B1A10" w:rsidP="00667880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respuestas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recibidas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43F0298" w14:textId="77777777" w:rsidR="001B1A10" w:rsidRPr="001B1A10" w:rsidRDefault="001B1A10" w:rsidP="00667880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y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aportaciones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influyeron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desarrollo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del SPIL. </w:t>
      </w:r>
    </w:p>
    <w:p w14:paraId="205349FA" w14:textId="77777777" w:rsidR="001B1A10" w:rsidRPr="001B1A10" w:rsidRDefault="001B1A10" w:rsidP="001B1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pict w14:anchorId="360ED1FB">
          <v:rect id="_x0000_i1098" style="width:0;height:1.5pt" o:hralign="center" o:hrstd="t" o:hr="t" fillcolor="#a0a0a0" stroked="f"/>
        </w:pict>
      </w:r>
    </w:p>
    <w:p w14:paraId="3649BD9C" w14:textId="77777777" w:rsidR="001B1A10" w:rsidRPr="001B1A10" w:rsidRDefault="001B1A10" w:rsidP="001B1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Métodos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para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recopilar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opiniones</w:t>
      </w:r>
      <w:proofErr w:type="spellEnd"/>
    </w:p>
    <w:p w14:paraId="45FBCF94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diapositiva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38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presenta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algunos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métodos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adicionales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574CA9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Uno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ellos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son las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encuestas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24DECF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pueden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realizarse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mediante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984AF39" w14:textId="77777777" w:rsidR="001B1A10" w:rsidRPr="001B1A10" w:rsidRDefault="001B1A10" w:rsidP="00667880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formularios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impresos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242F9A5" w14:textId="77777777" w:rsidR="001B1A10" w:rsidRPr="001B1A10" w:rsidRDefault="001B1A10" w:rsidP="00667880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enlaces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electrónicos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E7003E9" w14:textId="77777777" w:rsidR="001B1A10" w:rsidRPr="001B1A10" w:rsidRDefault="001B1A10" w:rsidP="00667880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códigos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QR. </w:t>
      </w:r>
    </w:p>
    <w:p w14:paraId="3A52DABC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SurveyMonkey</w:t>
      </w: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ejemplo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constituye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herramienta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económica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y,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términos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generales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accesible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9E3704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Como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siempre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asegurarse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cualquier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digital 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impreso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accesible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pueda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ofrecerse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formatos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alternativos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B14A54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Otra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opción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utilizar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encuestas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vivo</w:t>
      </w: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eventos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7D42FE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permiten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recopilar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inmediatamente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favorecen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7FF93F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pueden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organizarse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8999BE" w14:textId="77777777" w:rsidR="001B1A10" w:rsidRPr="001B1A10" w:rsidRDefault="001B1A10" w:rsidP="00667880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reuniones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comunitarias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(town halls); </w:t>
      </w:r>
    </w:p>
    <w:p w14:paraId="38DBB5D0" w14:textId="77777777" w:rsidR="001B1A10" w:rsidRPr="001B1A10" w:rsidRDefault="001B1A10" w:rsidP="00667880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sesiones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escucha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FDAB158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muchos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casos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resulta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útil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organizar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conjuntamente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Independiente.</w:t>
      </w:r>
    </w:p>
    <w:p w14:paraId="63D2736E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Siempre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sea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posible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consideren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ofrecer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opciones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remota.</w:t>
      </w:r>
    </w:p>
    <w:p w14:paraId="1BA32379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pueden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invitar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1A10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comunitarias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colaborar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especialmente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intenten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llegar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a zonas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desatendidas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insuficientemente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atendidas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948AA2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ocasiones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mantienen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relaciones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sólidas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con comunidades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SILC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todavía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conoce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bien.</w:t>
      </w:r>
    </w:p>
    <w:p w14:paraId="4997531A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pueden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organizar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D5BD5A6" w14:textId="77777777" w:rsidR="001B1A10" w:rsidRPr="001B1A10" w:rsidRDefault="001B1A10" w:rsidP="00667880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grupos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focales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7202CE7" w14:textId="77777777" w:rsidR="001B1A10" w:rsidRPr="001B1A10" w:rsidRDefault="001B1A10" w:rsidP="00667880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pequeños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grupos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discusión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8676D77" w14:textId="77777777" w:rsidR="001B1A10" w:rsidRPr="001B1A10" w:rsidRDefault="001B1A10" w:rsidP="001B1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pict w14:anchorId="719A558F">
          <v:rect id="_x0000_i1099" style="width:0;height:1.5pt" o:hralign="center" o:hrstd="t" o:hr="t" fillcolor="#a0a0a0" stroked="f"/>
        </w:pict>
      </w:r>
    </w:p>
    <w:p w14:paraId="02DF3604" w14:textId="77777777" w:rsidR="001B1A10" w:rsidRPr="001B1A10" w:rsidRDefault="001B1A10" w:rsidP="001B1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Comprender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a las comunidades</w:t>
      </w:r>
    </w:p>
    <w:p w14:paraId="4827EB61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Independientemente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método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utilizado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recopilar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opiniones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comprender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B1A10">
        <w:rPr>
          <w:rFonts w:ascii="Times New Roman" w:eastAsia="Times New Roman" w:hAnsi="Times New Roman" w:cs="Times New Roman"/>
          <w:sz w:val="24"/>
          <w:szCs w:val="24"/>
        </w:rPr>
        <w:t>a las</w:t>
      </w:r>
      <w:proofErr w:type="gram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comunidades es fundamental.</w:t>
      </w:r>
    </w:p>
    <w:p w14:paraId="3E7DBD5C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pública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obtenerse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muchas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maneras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D64A16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comprender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FE51BC3" w14:textId="77777777" w:rsidR="001B1A10" w:rsidRPr="001B1A10" w:rsidRDefault="001B1A10" w:rsidP="00667880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comunican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las comunidades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desatendidas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366E5BA" w14:textId="77777777" w:rsidR="001B1A10" w:rsidRPr="001B1A10" w:rsidRDefault="001B1A10" w:rsidP="00667880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pueden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ayudar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difundir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oportunidades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D87DAE6" w14:textId="77777777" w:rsidR="001B1A10" w:rsidRPr="001B1A10" w:rsidRDefault="001B1A10" w:rsidP="00667880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ampliar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alcance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allá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la red habitual de Vida Independiente. </w:t>
      </w:r>
    </w:p>
    <w:p w14:paraId="1FE58A97" w14:textId="77777777" w:rsidR="001B1A10" w:rsidRPr="001B1A10" w:rsidRDefault="001B1A10" w:rsidP="001B1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pict w14:anchorId="48D144D0">
          <v:rect id="_x0000_i1100" style="width:0;height:1.5pt" o:hralign="center" o:hrstd="t" o:hr="t" fillcolor="#a0a0a0" stroked="f"/>
        </w:pict>
      </w:r>
    </w:p>
    <w:p w14:paraId="44027EF3" w14:textId="77777777" w:rsidR="001B1A10" w:rsidRPr="001B1A10" w:rsidRDefault="001B1A10" w:rsidP="001B1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Trabajar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conjuntamente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con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los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Centros para la Vida Independiente</w:t>
      </w:r>
    </w:p>
    <w:p w14:paraId="2ECCFDAE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colaboración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resulta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especialmente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2CC80B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Cada Centro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desarrolla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sus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propios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planes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alcance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comunitario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02FA95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Aprovechen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experiencia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53DC88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Pregunten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B3FFBF0" w14:textId="77777777" w:rsidR="001B1A10" w:rsidRPr="001B1A10" w:rsidRDefault="001B1A10" w:rsidP="00667880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estrategias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han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funcionado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mejor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50B0F84F" w14:textId="77777777" w:rsidR="001B1A10" w:rsidRPr="001B1A10" w:rsidRDefault="001B1A10" w:rsidP="00667880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Cuáles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han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funcionado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3032CB89" w14:textId="77777777" w:rsidR="001B1A10" w:rsidRPr="001B1A10" w:rsidRDefault="001B1A10" w:rsidP="00667880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aprendieron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procesos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27B722A2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He visto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conversaciones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resultan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especialmente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útiles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zonas rurales 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remotas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B86EDA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Los Centros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conocen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mejor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nadie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relacionarse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con sus comunidades.</w:t>
      </w:r>
    </w:p>
    <w:p w14:paraId="39817E68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Todo ese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conocimiento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incorporarse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elaboración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37DB341F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Hablar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red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mejores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prácticas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recopilar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aportaciones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constituye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planificación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6B6904" w14:textId="77777777" w:rsidR="001B1A10" w:rsidRPr="001B1A10" w:rsidRDefault="001B1A10" w:rsidP="001B1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pict w14:anchorId="1F49AEC4">
          <v:rect id="_x0000_i1101" style="width:0;height:1.5pt" o:hralign="center" o:hrstd="t" o:hr="t" fillcolor="#a0a0a0" stroked="f"/>
        </w:pict>
      </w:r>
    </w:p>
    <w:p w14:paraId="06A8C3E7" w14:textId="77777777" w:rsidR="001B1A10" w:rsidRPr="001B1A10" w:rsidRDefault="001B1A10" w:rsidP="001B1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Misión,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metas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,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objetivos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e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indicadores</w:t>
      </w:r>
      <w:proofErr w:type="spellEnd"/>
    </w:p>
    <w:p w14:paraId="13703BBA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Ahora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comenzaremos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hablar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algunos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componentes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propio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SPIL.</w:t>
      </w:r>
    </w:p>
    <w:p w14:paraId="53B01AFF" w14:textId="77777777" w:rsidR="001B1A10" w:rsidRPr="001B1A10" w:rsidRDefault="001B1A10" w:rsidP="001B1A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La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7"/>
          <w:szCs w:val="27"/>
        </w:rPr>
        <w:t>misión</w:t>
      </w:r>
      <w:proofErr w:type="spellEnd"/>
    </w:p>
    <w:p w14:paraId="26088CF8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misión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constituye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resultado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amplio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y de mayor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alcance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desea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lograr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vigencia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del plan.</w:t>
      </w:r>
    </w:p>
    <w:p w14:paraId="3114C1E3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Todo 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incluido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SPIL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alineado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misión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5EF95C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declaración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misión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ser:</w:t>
      </w:r>
    </w:p>
    <w:p w14:paraId="4A90F45F" w14:textId="77777777" w:rsidR="001B1A10" w:rsidRPr="001B1A10" w:rsidRDefault="001B1A10" w:rsidP="00667880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breve; </w:t>
      </w:r>
    </w:p>
    <w:p w14:paraId="35FBB1F6" w14:textId="77777777" w:rsidR="001B1A10" w:rsidRPr="001B1A10" w:rsidRDefault="001B1A10" w:rsidP="00667880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inspiradora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3E6EEDB" w14:textId="77777777" w:rsidR="001B1A10" w:rsidRPr="001B1A10" w:rsidRDefault="001B1A10" w:rsidP="00667880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coherente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con 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propósito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Título</w:t>
      </w:r>
      <w:proofErr w:type="spellEnd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VII de la Ley de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24"/>
          <w:szCs w:val="24"/>
        </w:rPr>
        <w:t>Rehabilitación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D65FBC9" w14:textId="77777777" w:rsidR="001B1A10" w:rsidRPr="001B1A10" w:rsidRDefault="001B1A10" w:rsidP="001B1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pict w14:anchorId="68C24874">
          <v:rect id="_x0000_i1102" style="width:0;height:1.5pt" o:hralign="center" o:hrstd="t" o:hr="t" fillcolor="#a0a0a0" stroked="f"/>
        </w:pict>
      </w:r>
    </w:p>
    <w:p w14:paraId="6C7918A5" w14:textId="77777777" w:rsidR="001B1A10" w:rsidRPr="001B1A10" w:rsidRDefault="001B1A10" w:rsidP="001B1A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Metas y </w:t>
      </w:r>
      <w:proofErr w:type="spellStart"/>
      <w:r w:rsidRPr="001B1A10">
        <w:rPr>
          <w:rFonts w:ascii="Times New Roman" w:eastAsia="Times New Roman" w:hAnsi="Times New Roman" w:cs="Times New Roman"/>
          <w:b/>
          <w:bCs/>
          <w:sz w:val="36"/>
          <w:szCs w:val="36"/>
        </w:rPr>
        <w:t>objetivos</w:t>
      </w:r>
      <w:proofErr w:type="spellEnd"/>
    </w:p>
    <w:p w14:paraId="7CB36ED8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del SPIL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representan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resultados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largo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plazo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establecidos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toda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 red de Vida Independiente.</w:t>
      </w:r>
    </w:p>
    <w:p w14:paraId="0AB04CE2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Además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deben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poder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medirse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8229AF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constituyen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pasos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permiten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avanzar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hacia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85DF2A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Aunque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meta sea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amplia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siempre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posible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demostrar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avances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concretos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hacia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cumplimiento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CF17C3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Por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suele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dividirse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específicos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acompañados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permitan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medir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progreso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CF74F3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También 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identificar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claramente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6C65157" w14:textId="77777777" w:rsidR="001B1A10" w:rsidRPr="001B1A10" w:rsidRDefault="001B1A10" w:rsidP="00667880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objetivo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12B3FE2" w14:textId="77777777" w:rsidR="001B1A10" w:rsidRPr="001B1A10" w:rsidRDefault="001B1A10" w:rsidP="00667880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recopilará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necesaria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33EB3AC" w14:textId="77777777" w:rsidR="001B1A10" w:rsidRPr="001B1A10" w:rsidRDefault="001B1A10" w:rsidP="00667880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el SILC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revisará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evaluará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ese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progreso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77F768C" w14:textId="77777777" w:rsidR="001B1A10" w:rsidRPr="001B1A10" w:rsidRDefault="001B1A10" w:rsidP="001B1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Cuando las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relacionadas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servicios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básicos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de Vida Independiente,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Centros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deberán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proporcionar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necesaria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esa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1A10">
        <w:rPr>
          <w:rFonts w:ascii="Times New Roman" w:eastAsia="Times New Roman" w:hAnsi="Times New Roman" w:cs="Times New Roman"/>
          <w:sz w:val="24"/>
          <w:szCs w:val="24"/>
        </w:rPr>
        <w:t>evaluación</w:t>
      </w:r>
      <w:proofErr w:type="spellEnd"/>
      <w:r w:rsidRPr="001B1A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72EB20" w14:textId="77777777" w:rsidR="008579BF" w:rsidRPr="008579BF" w:rsidRDefault="008579BF" w:rsidP="008579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8579B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Indicadores</w:t>
      </w:r>
      <w:proofErr w:type="spellEnd"/>
    </w:p>
    <w:p w14:paraId="15B2FF86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JEREMY MORRIS:</w:t>
      </w:r>
    </w:p>
    <w:p w14:paraId="0F016371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Continuando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llegamos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indicadores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509C86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son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elementos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permiten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medir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919C8C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Son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determinamos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realmente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estamos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avanzando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2F4E80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muestran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E33B5A" w14:textId="77777777" w:rsidR="008579BF" w:rsidRPr="008579BF" w:rsidRDefault="008579BF" w:rsidP="00667880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objetivo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cumpliendo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8689DAD" w14:textId="77777777" w:rsidR="008579BF" w:rsidRPr="008579BF" w:rsidRDefault="008579BF" w:rsidP="00667880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sabremos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objetivo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ha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sido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alcanzado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075AF3E" w14:textId="77777777" w:rsidR="008579BF" w:rsidRPr="008579BF" w:rsidRDefault="008579BF" w:rsidP="00667880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cuáles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son 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evidencias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progreso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DD0C81C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son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obligatorios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5D99AF97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cambio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descripción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detallada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específicas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realizarán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opcional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F21064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decir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el plan no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necesita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describir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cada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acción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concreta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6BB2AE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Pero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sí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dejar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claro:</w:t>
      </w:r>
    </w:p>
    <w:p w14:paraId="7EB29BD8" w14:textId="77777777" w:rsidR="008579BF" w:rsidRPr="008579BF" w:rsidRDefault="008579BF" w:rsidP="00667880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medirá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511971F" w14:textId="77777777" w:rsidR="008579BF" w:rsidRPr="008579BF" w:rsidRDefault="008579BF" w:rsidP="00667880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determinará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éxito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DF383C" w14:textId="77777777" w:rsidR="008579BF" w:rsidRPr="008579BF" w:rsidRDefault="008579BF" w:rsidP="00857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pict w14:anchorId="5CBC2F75">
          <v:rect id="_x0000_i1111" style="width:0;height:1.5pt" o:hralign="center" o:hrstd="t" o:hr="t" fillcolor="#a0a0a0" stroked="f"/>
        </w:pict>
      </w:r>
    </w:p>
    <w:p w14:paraId="447D2393" w14:textId="77777777" w:rsidR="008579BF" w:rsidRPr="008579BF" w:rsidRDefault="008579BF" w:rsidP="008579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Plan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evaluación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del SPIL</w:t>
      </w:r>
    </w:p>
    <w:p w14:paraId="0FCA86B6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45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trata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Plan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Evaluación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SPIL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9EB275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Ya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hablamos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311123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Ahora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explicar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evaluará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todo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6B555D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El plan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evaluación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incluir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varios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elementos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B6AEF8" w14:textId="77777777" w:rsidR="008579BF" w:rsidRPr="008579BF" w:rsidRDefault="008579BF" w:rsidP="00667880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Una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medida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satisfacción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consumidores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63464C" w14:textId="77777777" w:rsidR="008579BF" w:rsidRPr="008579BF" w:rsidRDefault="008579BF" w:rsidP="008579B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evaluación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independiente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responsabilidad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CIL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medir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satisfacción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sus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propios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consumidores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aunque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realizarse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colaboración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ellos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8CA228" w14:textId="77777777" w:rsidR="008579BF" w:rsidRPr="008579BF" w:rsidRDefault="008579BF" w:rsidP="00667880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Incorporar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Informe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Desempeño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Programa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(Program Performance Report – PPR)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reciente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CIL. </w:t>
      </w:r>
    </w:p>
    <w:p w14:paraId="1B35BC7D" w14:textId="77777777" w:rsidR="008579BF" w:rsidRPr="008579BF" w:rsidRDefault="008579BF" w:rsidP="00667880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Incluir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método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recopilar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aportaciones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de: </w:t>
      </w:r>
    </w:p>
    <w:p w14:paraId="778CC6B9" w14:textId="77777777" w:rsidR="008579BF" w:rsidRPr="008579BF" w:rsidRDefault="008579BF" w:rsidP="00667880">
      <w:pPr>
        <w:numPr>
          <w:ilvl w:val="1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partes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interesadas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EB093B3" w14:textId="77777777" w:rsidR="008579BF" w:rsidRPr="008579BF" w:rsidRDefault="008579BF" w:rsidP="00667880">
      <w:pPr>
        <w:numPr>
          <w:ilvl w:val="1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lastRenderedPageBreak/>
        <w:t>poblaciones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específicas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71F3AD5" w14:textId="77777777" w:rsidR="008579BF" w:rsidRPr="008579BF" w:rsidRDefault="008579BF" w:rsidP="00667880">
      <w:pPr>
        <w:numPr>
          <w:ilvl w:val="1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Centros; </w:t>
      </w:r>
    </w:p>
    <w:p w14:paraId="5420BA25" w14:textId="77777777" w:rsidR="008579BF" w:rsidRPr="008579BF" w:rsidRDefault="008579BF" w:rsidP="00667880">
      <w:pPr>
        <w:numPr>
          <w:ilvl w:val="1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y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público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general. </w:t>
      </w:r>
    </w:p>
    <w:p w14:paraId="06920333" w14:textId="77777777" w:rsidR="008579BF" w:rsidRPr="008579BF" w:rsidRDefault="008579BF" w:rsidP="00667880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Identificar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medirá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progreso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A916244" w14:textId="77777777" w:rsidR="008579BF" w:rsidRPr="008579BF" w:rsidRDefault="008579BF" w:rsidP="00667880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Establecer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calendario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realizarán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mediciones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673A106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Mientras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redactan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pensar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desde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principio:</w:t>
      </w:r>
    </w:p>
    <w:p w14:paraId="3CF5203F" w14:textId="77777777" w:rsidR="008579BF" w:rsidRPr="008579BF" w:rsidRDefault="008579BF" w:rsidP="00667880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datos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necesitarán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2E2EC27" w14:textId="77777777" w:rsidR="008579BF" w:rsidRPr="008579BF" w:rsidRDefault="008579BF" w:rsidP="00667880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recopilará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68A50C8" w14:textId="77777777" w:rsidR="008579BF" w:rsidRPr="008579BF" w:rsidRDefault="008579BF" w:rsidP="00667880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cuándo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revisarán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34A06D6" w14:textId="77777777" w:rsidR="008579BF" w:rsidRPr="008579BF" w:rsidRDefault="008579BF" w:rsidP="00667880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incorporará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satisfacción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consumidores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9F51516" w14:textId="77777777" w:rsidR="008579BF" w:rsidRPr="008579BF" w:rsidRDefault="008579BF" w:rsidP="00857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pict w14:anchorId="3A757A5D">
          <v:rect id="_x0000_i1112" style="width:0;height:1.5pt" o:hralign="center" o:hrstd="t" o:hr="t" fillcolor="#a0a0a0" stroked="f"/>
        </w:pict>
      </w:r>
    </w:p>
    <w:p w14:paraId="0A36C290" w14:textId="77777777" w:rsidR="008579BF" w:rsidRPr="008579BF" w:rsidRDefault="008579BF" w:rsidP="008579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Funciones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y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responsabilidades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durante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evaluación</w:t>
      </w:r>
      <w:proofErr w:type="spellEnd"/>
    </w:p>
    <w:p w14:paraId="71D2D26B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46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desarrolla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mayor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detalle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relacionadas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evaluación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DF5758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recomendable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desglosar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responsabilidades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tanto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necesario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todas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organizaciones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la red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comprendan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claramente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cuál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papel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26AA33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Resulta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fundamental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dejar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perfectamente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definido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45C618F" w14:textId="77777777" w:rsidR="008579BF" w:rsidRPr="008579BF" w:rsidRDefault="008579BF" w:rsidP="00667880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proporcionará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7178EAE" w14:textId="77777777" w:rsidR="008579BF" w:rsidRPr="008579BF" w:rsidRDefault="008579BF" w:rsidP="00667880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recopilará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datos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DC979FC" w14:textId="77777777" w:rsidR="008579BF" w:rsidRPr="008579BF" w:rsidRDefault="008579BF" w:rsidP="00667880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realizará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análisis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5598B0B" w14:textId="77777777" w:rsidR="008579BF" w:rsidRPr="008579BF" w:rsidRDefault="008579BF" w:rsidP="00667880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quién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presentará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resultados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737FE50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alguno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aspectos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queda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claramente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establecido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muy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difícil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evaluar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correctamente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SPIL.</w:t>
      </w:r>
    </w:p>
    <w:p w14:paraId="5A240A51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recordar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3ACBBAA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El plan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evaluación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SPIL no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está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diseñado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para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evaluar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servicios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prestados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por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Centros para la Vida Independiente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ni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su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cumplimiento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las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normas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garantías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establecidas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Sección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725 de la Ley.</w:t>
      </w:r>
    </w:p>
    <w:p w14:paraId="04A8345D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evaluación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cumplimiento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CIL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financiados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mediante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Parte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corresponde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Administración para la Vida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Comunitaria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(ACL)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y a 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Oficina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Programas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Vida Independiente (OILP).</w:t>
      </w:r>
    </w:p>
    <w:p w14:paraId="43ED91D3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En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caso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CIL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financiados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mediante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Parte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responsabilidad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corresponde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Entidad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Estatal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Designada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(DSE)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0034C8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propósito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plan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evaluación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SPIL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únicamente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medir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tan bien 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previstas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están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contribuyendo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logro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de:</w:t>
      </w:r>
    </w:p>
    <w:p w14:paraId="7EF58A0F" w14:textId="77777777" w:rsidR="008579BF" w:rsidRPr="008579BF" w:rsidRDefault="008579BF" w:rsidP="00667880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objetivos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CBE6480" w14:textId="77777777" w:rsidR="008579BF" w:rsidRPr="008579BF" w:rsidRDefault="008579BF" w:rsidP="00667880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metas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F225081" w14:textId="77777777" w:rsidR="008579BF" w:rsidRPr="008579BF" w:rsidRDefault="008579BF" w:rsidP="00667880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y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misión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general del SPIL. </w:t>
      </w:r>
    </w:p>
    <w:p w14:paraId="02771BB7" w14:textId="77777777" w:rsidR="008579BF" w:rsidRPr="008579BF" w:rsidRDefault="008579BF" w:rsidP="00857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pict w14:anchorId="47E419FA">
          <v:rect id="_x0000_i1113" style="width:0;height:1.5pt" o:hralign="center" o:hrstd="t" o:hr="t" fillcolor="#a0a0a0" stroked="f"/>
        </w:pict>
      </w:r>
    </w:p>
    <w:p w14:paraId="2E6EED76" w14:textId="77777777" w:rsidR="008579BF" w:rsidRPr="008579BF" w:rsidRDefault="008579BF" w:rsidP="008579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Expansión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y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ajustes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la red</w:t>
      </w:r>
    </w:p>
    <w:p w14:paraId="70988143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47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aborda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uno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temas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y, con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frecuencia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uno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difíciles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25A3DD6E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Sección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3.2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analiza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expansión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ajustes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la red.</w:t>
      </w:r>
    </w:p>
    <w:p w14:paraId="1A7282A1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Aquí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debemos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comprender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cuál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es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situación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actual de la red de Centros para la Vida Independiente y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considerar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podría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cambiar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futuro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0A20C6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sección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red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acordar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anticipadamente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cómo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responderá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ante:</w:t>
      </w:r>
    </w:p>
    <w:p w14:paraId="3D980DF1" w14:textId="77777777" w:rsidR="008579BF" w:rsidRPr="008579BF" w:rsidRDefault="008579BF" w:rsidP="00667880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aumentos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financiamiento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D5BB15E" w14:textId="77777777" w:rsidR="008579BF" w:rsidRPr="008579BF" w:rsidRDefault="008579BF" w:rsidP="00667880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reducciones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presupuestarias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1B01C52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Llegar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acuerdos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antes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ocurran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cambios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siempre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resulta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preferible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579B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intentar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resolverlos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medio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crisis.</w:t>
      </w:r>
    </w:p>
    <w:p w14:paraId="2C3B3FF8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Especialmente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cuando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trata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reducciones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11E030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toda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red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conoce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antemano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cuál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será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procedimiento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reducen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considerablemente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tensiones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D27C22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También 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hablar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tema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nadie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desea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enfrentar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F1175F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¿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Qué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ocurrirá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un Centro</w:t>
      </w:r>
      <w:proofErr w:type="gram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para la Vida Independiente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debe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cerrar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0D1A4406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Nadie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quiere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suceda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B0499C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Pero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contar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un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procedimiento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previamente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acordado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evita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tener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improvisar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situación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emergencia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04BEAF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tipo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acuerdos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ayuda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prevenir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conflictos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futuros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1437B0" w14:textId="77777777" w:rsidR="008579BF" w:rsidRPr="008579BF" w:rsidRDefault="008579BF" w:rsidP="00857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pict w14:anchorId="14C55DA5">
          <v:rect id="_x0000_i1114" style="width:0;height:1.5pt" o:hralign="center" o:hrstd="t" o:hr="t" fillcolor="#a0a0a0" stroked="f"/>
        </w:pict>
      </w:r>
    </w:p>
    <w:p w14:paraId="14A914EF" w14:textId="77777777" w:rsidR="008579BF" w:rsidRPr="008579BF" w:rsidRDefault="008579BF" w:rsidP="008579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Coordinación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para 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respuesta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ante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emergencias</w:t>
      </w:r>
      <w:proofErr w:type="spellEnd"/>
    </w:p>
    <w:p w14:paraId="3594DEEE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48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trata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sobre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coordinación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para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respuesta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ante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emergencias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391C97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Muchos SPIL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incluyen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autoridad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0A9550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Describe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 y el SILC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trabajarán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conjuntamente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coordinar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respuestas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estatales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situaciones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emergencia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0EEA57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objetivo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consiste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mejorar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atención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gramStart"/>
      <w:r w:rsidRPr="008579BF">
        <w:rPr>
          <w:rFonts w:ascii="Times New Roman" w:eastAsia="Times New Roman" w:hAnsi="Times New Roman" w:cs="Times New Roman"/>
          <w:sz w:val="24"/>
          <w:szCs w:val="24"/>
        </w:rPr>
        <w:t>personas</w:t>
      </w:r>
      <w:proofErr w:type="gram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viven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comunidades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desatendidas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insuficientemente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atendidas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40E1FF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respuesta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ante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emergencias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aparecer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2ADE09" w14:textId="77777777" w:rsidR="008579BF" w:rsidRPr="008579BF" w:rsidRDefault="008579BF" w:rsidP="00667880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autoridad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SILC; </w:t>
      </w:r>
    </w:p>
    <w:p w14:paraId="6894D669" w14:textId="77777777" w:rsidR="008579BF" w:rsidRPr="008579BF" w:rsidRDefault="008579BF" w:rsidP="00667880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meta; </w:t>
      </w:r>
    </w:p>
    <w:p w14:paraId="30F25D80" w14:textId="77777777" w:rsidR="008579BF" w:rsidRPr="008579BF" w:rsidRDefault="008579BF" w:rsidP="00667880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objetivo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CF9CBCB" w14:textId="77777777" w:rsidR="008579BF" w:rsidRPr="008579BF" w:rsidRDefault="008579BF" w:rsidP="00667880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coordinación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descrita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distintas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secciones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SPIL. </w:t>
      </w:r>
    </w:p>
    <w:p w14:paraId="760C11D8" w14:textId="77777777" w:rsidR="008579BF" w:rsidRPr="008579BF" w:rsidRDefault="008579BF" w:rsidP="00857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pict w14:anchorId="72A643E7">
          <v:rect id="_x0000_i1115" style="width:0;height:1.5pt" o:hralign="center" o:hrstd="t" o:hr="t" fillcolor="#a0a0a0" stroked="f"/>
        </w:pict>
      </w:r>
    </w:p>
    <w:p w14:paraId="48158946" w14:textId="77777777" w:rsidR="008579BF" w:rsidRPr="008579BF" w:rsidRDefault="008579BF" w:rsidP="008579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Incidencia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(Advocacy)</w:t>
      </w:r>
    </w:p>
    <w:p w14:paraId="7D401B5E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49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aborda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otra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autoridades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frecuentes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SILC:</w:t>
      </w:r>
    </w:p>
    <w:p w14:paraId="1F66D64B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incidencia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(advocacy).</w:t>
      </w:r>
    </w:p>
    <w:p w14:paraId="4737B983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Esta 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probablemente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autoridad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opcional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Consejos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Estatales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utilizan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mayor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frecuencia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D4AE42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También 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importante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comprender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claramente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diferencia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entre:</w:t>
      </w:r>
    </w:p>
    <w:p w14:paraId="5D2DE162" w14:textId="77777777" w:rsidR="008579BF" w:rsidRPr="008579BF" w:rsidRDefault="008579BF" w:rsidP="00667880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incidencia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(advocacy); </w:t>
      </w:r>
    </w:p>
    <w:p w14:paraId="442C4A69" w14:textId="77777777" w:rsidR="008579BF" w:rsidRPr="008579BF" w:rsidRDefault="008579BF" w:rsidP="00667880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cabildeo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(lobbying). </w:t>
      </w:r>
    </w:p>
    <w:p w14:paraId="722F87DE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cabildeo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financiarse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fondos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federales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realizarse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miembros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Consejo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actuando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función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oficial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7C34CE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Por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el SILC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definir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cuidadosamente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qué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actividades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incidencia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incluirá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Sección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SPIL.</w:t>
      </w:r>
    </w:p>
    <w:p w14:paraId="4C027EB4" w14:textId="77777777" w:rsidR="008579BF" w:rsidRPr="008579BF" w:rsidRDefault="008579BF" w:rsidP="00857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pict w14:anchorId="6F87E143">
          <v:rect id="_x0000_i1116" style="width:0;height:1.5pt" o:hralign="center" o:hrstd="t" o:hr="t" fillcolor="#a0a0a0" stroked="f"/>
        </w:pict>
      </w:r>
    </w:p>
    <w:p w14:paraId="16C39E41" w14:textId="77777777" w:rsidR="008579BF" w:rsidRPr="008579BF" w:rsidRDefault="008579BF" w:rsidP="008579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Documentación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del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proceso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desarrollo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del SPIL</w:t>
      </w:r>
    </w:p>
    <w:p w14:paraId="699AD570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50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presenta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algunos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recordatorios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importantes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FB21DF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reglamentos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federales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establecen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claramente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SILC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seguir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desarrollar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SPIL.</w:t>
      </w:r>
    </w:p>
    <w:p w14:paraId="044F4F58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indicadores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SILC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ofrecen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detalles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adicionales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A382A9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Como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mínimo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el SILC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debe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mantener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documentado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8D8873B" w14:textId="77777777" w:rsidR="008579BF" w:rsidRPr="008579BF" w:rsidRDefault="008579BF" w:rsidP="00667880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utilizado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elaborar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SPIL; </w:t>
      </w:r>
    </w:p>
    <w:p w14:paraId="15C8A366" w14:textId="77777777" w:rsidR="008579BF" w:rsidRPr="008579BF" w:rsidRDefault="008579BF" w:rsidP="00667880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forma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recopiló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utilizó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información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D31460A" w14:textId="77777777" w:rsidR="008579BF" w:rsidRPr="008579BF" w:rsidRDefault="008579BF" w:rsidP="00667880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manera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obtuvo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Centros para la Vida Independiente; </w:t>
      </w:r>
    </w:p>
    <w:p w14:paraId="7658BA22" w14:textId="77777777" w:rsidR="008579BF" w:rsidRPr="008579BF" w:rsidRDefault="008579BF" w:rsidP="00667880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forma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obtuvo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participación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las personas con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discapacidad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4E995A6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momento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ustedes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cuentan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gramStart"/>
      <w:r w:rsidRPr="008579BF">
        <w:rPr>
          <w:rFonts w:ascii="Times New Roman" w:eastAsia="Times New Roman" w:hAnsi="Times New Roman" w:cs="Times New Roman"/>
          <w:sz w:val="24"/>
          <w:szCs w:val="24"/>
        </w:rPr>
        <w:t>un SPIL</w:t>
      </w:r>
      <w:proofErr w:type="gram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vigente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1EDF57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consideran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proceso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mejorarse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ahora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 el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momento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hacerlo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6AE4DF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siguiente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ciclo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planificación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está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mucho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más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cerca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lo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parece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DB17CD" w14:textId="77777777" w:rsidR="008579BF" w:rsidRPr="008579BF" w:rsidRDefault="008579BF" w:rsidP="00857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pict w14:anchorId="4AD9BA5B">
          <v:rect id="_x0000_i1117" style="width:0;height:1.5pt" o:hralign="center" o:hrstd="t" o:hr="t" fillcolor="#a0a0a0" stroked="f"/>
        </w:pict>
      </w:r>
    </w:p>
    <w:p w14:paraId="162CF6AE" w14:textId="77777777" w:rsidR="008579BF" w:rsidRPr="008579BF" w:rsidRDefault="008579BF" w:rsidP="008579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Recursos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adicionales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y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cierre</w:t>
      </w:r>
      <w:proofErr w:type="spellEnd"/>
    </w:p>
    <w:p w14:paraId="56003791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diapositiva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51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incluye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varios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útiles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60A504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Entre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ellos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3A78782" w14:textId="77777777" w:rsidR="008579BF" w:rsidRPr="008579BF" w:rsidRDefault="008579BF" w:rsidP="00667880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Ley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Rehabilitación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066622" w14:textId="77777777" w:rsidR="008579BF" w:rsidRPr="008579BF" w:rsidRDefault="008579BF" w:rsidP="00667880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Indicadores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SILC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989135F" w14:textId="77777777" w:rsidR="008579BF" w:rsidRPr="008579BF" w:rsidRDefault="008579BF" w:rsidP="00667880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Garantías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 SILC y de la DSE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AB9085D" w14:textId="77777777" w:rsidR="008579BF" w:rsidRPr="008579BF" w:rsidRDefault="008579BF" w:rsidP="00667880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Reglamentos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Vida Independiente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782C45C" w14:textId="77777777" w:rsidR="008579BF" w:rsidRPr="008579BF" w:rsidRDefault="008579BF" w:rsidP="00667880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biblioteca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Centro IL T&amp;TA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EB3B88A" w14:textId="77777777" w:rsidR="008579BF" w:rsidRPr="008579BF" w:rsidRDefault="008579BF" w:rsidP="00667880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grabaciones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archivadas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SILC Connection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FBB6C09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invitamos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579B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explorar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todos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recursos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apoyar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el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trabajo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sus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Consejos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2C704F" w14:textId="77777777" w:rsidR="008579BF" w:rsidRPr="008579BF" w:rsidRDefault="008579BF" w:rsidP="00857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pict w14:anchorId="1DCF0802">
          <v:rect id="_x0000_i1118" style="width:0;height:1.5pt" o:hralign="center" o:hrstd="t" o:hr="t" fillcolor="#a0a0a0" stroked="f"/>
        </w:pict>
      </w:r>
    </w:p>
    <w:p w14:paraId="77DD54C5" w14:textId="77777777" w:rsidR="008579BF" w:rsidRPr="008579BF" w:rsidRDefault="008579BF" w:rsidP="008579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579BF">
        <w:rPr>
          <w:rFonts w:ascii="Times New Roman" w:eastAsia="Times New Roman" w:hAnsi="Times New Roman" w:cs="Times New Roman"/>
          <w:b/>
          <w:bCs/>
          <w:sz w:val="27"/>
          <w:szCs w:val="27"/>
        </w:rPr>
        <w:t>BETHANY BALDWIN</w:t>
      </w:r>
    </w:p>
    <w:p w14:paraId="010A141D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Muchas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579BF">
        <w:rPr>
          <w:rFonts w:ascii="Times New Roman" w:eastAsia="Times New Roman" w:hAnsi="Times New Roman" w:cs="Times New Roman"/>
          <w:sz w:val="24"/>
          <w:szCs w:val="24"/>
        </w:rPr>
        <w:t>gracias</w:t>
      </w:r>
      <w:proofErr w:type="gramEnd"/>
      <w:r w:rsidRPr="008579BF">
        <w:rPr>
          <w:rFonts w:ascii="Times New Roman" w:eastAsia="Times New Roman" w:hAnsi="Times New Roman" w:cs="Times New Roman"/>
          <w:sz w:val="24"/>
          <w:szCs w:val="24"/>
        </w:rPr>
        <w:t>, Jeremy y Carrie.</w:t>
      </w:r>
    </w:p>
    <w:p w14:paraId="7AB24A77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concluiremos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grabación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DF9E56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Antes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finalizar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queremos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recordarles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algunas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maneras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mantenerse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contacto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el Centro.</w:t>
      </w:r>
    </w:p>
    <w:p w14:paraId="31CA05DC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Como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siempre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pueden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enviar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solicitudes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capacitación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asistencia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técnica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(T&amp;TA)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recibir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apoyo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específico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respecto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situaciones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particulares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4FA0BD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queremos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recordar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proyecto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forma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Administración para la Vida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Comunitaria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(Administration for Community Living)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Departamento de Salud y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Servicios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Humanos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Estados</w:t>
      </w:r>
      <w:proofErr w:type="spellEnd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Unidos</w:t>
      </w:r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D64801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Con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concluiremos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presentación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9523EF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Muchas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gracias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nuevamente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 Jeremy y Carrie.</w:t>
      </w:r>
    </w:p>
    <w:p w14:paraId="66904BEF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Quisiera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agregar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comentario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final.</w:t>
      </w:r>
    </w:p>
    <w:p w14:paraId="48BDEDEF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capacitación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sirve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preparación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para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sesión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SILC Connection del 18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agosto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cual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estaremos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respondiendo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preguntas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relacionadas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con el SPIL.</w:t>
      </w:r>
    </w:p>
    <w:p w14:paraId="395DC90F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durante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esta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grabación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surgió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alguna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duda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les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invitamos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579B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enviarla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mediante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página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web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hemos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preparado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ello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F7191E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También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pueden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llevar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sus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preguntas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directamente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a la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sesión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18 de </w:t>
      </w:r>
      <w:proofErr w:type="spellStart"/>
      <w:r w:rsidRPr="008579BF">
        <w:rPr>
          <w:rFonts w:ascii="Times New Roman" w:eastAsia="Times New Roman" w:hAnsi="Times New Roman" w:cs="Times New Roman"/>
          <w:b/>
          <w:bCs/>
          <w:sz w:val="24"/>
          <w:szCs w:val="24"/>
        </w:rPr>
        <w:t>agosto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8B777A" w14:textId="77777777" w:rsidR="008579BF" w:rsidRPr="008579BF" w:rsidRDefault="008579BF" w:rsidP="008579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Hasta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entonces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, les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deseamos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8579BF">
        <w:rPr>
          <w:rFonts w:ascii="Times New Roman" w:eastAsia="Times New Roman" w:hAnsi="Times New Roman" w:cs="Times New Roman"/>
          <w:sz w:val="24"/>
          <w:szCs w:val="24"/>
        </w:rPr>
        <w:t>excelente</w:t>
      </w:r>
      <w:proofErr w:type="spellEnd"/>
      <w:r w:rsidRPr="008579BF">
        <w:rPr>
          <w:rFonts w:ascii="Times New Roman" w:eastAsia="Times New Roman" w:hAnsi="Times New Roman" w:cs="Times New Roman"/>
          <w:sz w:val="24"/>
          <w:szCs w:val="24"/>
        </w:rPr>
        <w:t xml:space="preserve"> día.</w:t>
      </w:r>
    </w:p>
    <w:p w14:paraId="7774376A" w14:textId="5E9BDFCC" w:rsidR="00DC1133" w:rsidRPr="00455DFB" w:rsidRDefault="00DC1133" w:rsidP="00455DFB"/>
    <w:sectPr w:rsidR="00DC1133" w:rsidRPr="00455DFB" w:rsidSect="00034616">
      <w:footerReference w:type="default" r:id="rId8"/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2CD02" w14:textId="77777777" w:rsidR="00667880" w:rsidRDefault="00667880">
      <w:pPr>
        <w:spacing w:after="0" w:line="240" w:lineRule="auto"/>
      </w:pPr>
      <w:r>
        <w:separator/>
      </w:r>
    </w:p>
  </w:endnote>
  <w:endnote w:type="continuationSeparator" w:id="0">
    <w:p w14:paraId="12246929" w14:textId="77777777" w:rsidR="00667880" w:rsidRDefault="00667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30CE" w14:textId="0CEF5780" w:rsidR="00DC1133" w:rsidRDefault="00CC57B3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C5538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7FBD0" w14:textId="77777777" w:rsidR="00667880" w:rsidRDefault="00667880">
      <w:pPr>
        <w:spacing w:after="0" w:line="240" w:lineRule="auto"/>
      </w:pPr>
      <w:r>
        <w:separator/>
      </w:r>
    </w:p>
  </w:footnote>
  <w:footnote w:type="continuationSeparator" w:id="0">
    <w:p w14:paraId="0072C18C" w14:textId="77777777" w:rsidR="00667880" w:rsidRDefault="00667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2F28F6"/>
    <w:multiLevelType w:val="multilevel"/>
    <w:tmpl w:val="46A0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6E15E6"/>
    <w:multiLevelType w:val="multilevel"/>
    <w:tmpl w:val="90C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E133BB"/>
    <w:multiLevelType w:val="multilevel"/>
    <w:tmpl w:val="8F88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D36D51"/>
    <w:multiLevelType w:val="multilevel"/>
    <w:tmpl w:val="18E6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7F328F"/>
    <w:multiLevelType w:val="multilevel"/>
    <w:tmpl w:val="953C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CB06A9"/>
    <w:multiLevelType w:val="multilevel"/>
    <w:tmpl w:val="6326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284535"/>
    <w:multiLevelType w:val="multilevel"/>
    <w:tmpl w:val="846A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9C3B29"/>
    <w:multiLevelType w:val="multilevel"/>
    <w:tmpl w:val="A66E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643355"/>
    <w:multiLevelType w:val="multilevel"/>
    <w:tmpl w:val="E28A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517AC7"/>
    <w:multiLevelType w:val="multilevel"/>
    <w:tmpl w:val="E3A2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DE009F"/>
    <w:multiLevelType w:val="multilevel"/>
    <w:tmpl w:val="FF80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9F226B"/>
    <w:multiLevelType w:val="multilevel"/>
    <w:tmpl w:val="4AB2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A61707"/>
    <w:multiLevelType w:val="multilevel"/>
    <w:tmpl w:val="3918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93659B"/>
    <w:multiLevelType w:val="multilevel"/>
    <w:tmpl w:val="8D52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F56DB2"/>
    <w:multiLevelType w:val="multilevel"/>
    <w:tmpl w:val="129C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D839D2"/>
    <w:multiLevelType w:val="multilevel"/>
    <w:tmpl w:val="F432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AAA75E3"/>
    <w:multiLevelType w:val="multilevel"/>
    <w:tmpl w:val="C854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714D8C"/>
    <w:multiLevelType w:val="multilevel"/>
    <w:tmpl w:val="6CB6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115CBA"/>
    <w:multiLevelType w:val="multilevel"/>
    <w:tmpl w:val="0E5E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6D262C"/>
    <w:multiLevelType w:val="multilevel"/>
    <w:tmpl w:val="5E08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BC03D3"/>
    <w:multiLevelType w:val="multilevel"/>
    <w:tmpl w:val="D264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1B49A4"/>
    <w:multiLevelType w:val="multilevel"/>
    <w:tmpl w:val="AFB6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0D664F"/>
    <w:multiLevelType w:val="multilevel"/>
    <w:tmpl w:val="3D30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905330"/>
    <w:multiLevelType w:val="multilevel"/>
    <w:tmpl w:val="53EA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26503C"/>
    <w:multiLevelType w:val="multilevel"/>
    <w:tmpl w:val="B5B4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717AE9"/>
    <w:multiLevelType w:val="multilevel"/>
    <w:tmpl w:val="0B1E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F53E23"/>
    <w:multiLevelType w:val="multilevel"/>
    <w:tmpl w:val="0AFE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611128"/>
    <w:multiLevelType w:val="multilevel"/>
    <w:tmpl w:val="AB2C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EA7526"/>
    <w:multiLevelType w:val="multilevel"/>
    <w:tmpl w:val="E448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EC55E3"/>
    <w:multiLevelType w:val="multilevel"/>
    <w:tmpl w:val="4458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881584"/>
    <w:multiLevelType w:val="multilevel"/>
    <w:tmpl w:val="40DE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8B04EAD"/>
    <w:multiLevelType w:val="multilevel"/>
    <w:tmpl w:val="3334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8BF7C42"/>
    <w:multiLevelType w:val="multilevel"/>
    <w:tmpl w:val="65C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FB15D9"/>
    <w:multiLevelType w:val="multilevel"/>
    <w:tmpl w:val="904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A4634A6"/>
    <w:multiLevelType w:val="multilevel"/>
    <w:tmpl w:val="064C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933058"/>
    <w:multiLevelType w:val="multilevel"/>
    <w:tmpl w:val="C8DA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2CD47E3"/>
    <w:multiLevelType w:val="multilevel"/>
    <w:tmpl w:val="497C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1A6527"/>
    <w:multiLevelType w:val="multilevel"/>
    <w:tmpl w:val="CC10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732CD8"/>
    <w:multiLevelType w:val="multilevel"/>
    <w:tmpl w:val="0812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63E4580"/>
    <w:multiLevelType w:val="multilevel"/>
    <w:tmpl w:val="1404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B355A78"/>
    <w:multiLevelType w:val="multilevel"/>
    <w:tmpl w:val="CDA0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B72627D"/>
    <w:multiLevelType w:val="multilevel"/>
    <w:tmpl w:val="438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CA6271E"/>
    <w:multiLevelType w:val="multilevel"/>
    <w:tmpl w:val="EA08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CEB6DC6"/>
    <w:multiLevelType w:val="multilevel"/>
    <w:tmpl w:val="138C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E900357"/>
    <w:multiLevelType w:val="multilevel"/>
    <w:tmpl w:val="B066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695327"/>
    <w:multiLevelType w:val="multilevel"/>
    <w:tmpl w:val="8C24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2D715E7"/>
    <w:multiLevelType w:val="multilevel"/>
    <w:tmpl w:val="EA1A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4597B06"/>
    <w:multiLevelType w:val="multilevel"/>
    <w:tmpl w:val="B092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48B64D7"/>
    <w:multiLevelType w:val="multilevel"/>
    <w:tmpl w:val="D59A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6EC2AD8"/>
    <w:multiLevelType w:val="multilevel"/>
    <w:tmpl w:val="BA88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7CD6986"/>
    <w:multiLevelType w:val="multilevel"/>
    <w:tmpl w:val="187C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A132E93"/>
    <w:multiLevelType w:val="multilevel"/>
    <w:tmpl w:val="D608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B21222B"/>
    <w:multiLevelType w:val="multilevel"/>
    <w:tmpl w:val="1150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BD52463"/>
    <w:multiLevelType w:val="multilevel"/>
    <w:tmpl w:val="5FBE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C984740"/>
    <w:multiLevelType w:val="multilevel"/>
    <w:tmpl w:val="69B2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D1E6860"/>
    <w:multiLevelType w:val="multilevel"/>
    <w:tmpl w:val="0378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D9B32BB"/>
    <w:multiLevelType w:val="multilevel"/>
    <w:tmpl w:val="BE10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E312C86"/>
    <w:multiLevelType w:val="multilevel"/>
    <w:tmpl w:val="8596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F6C55FC"/>
    <w:multiLevelType w:val="multilevel"/>
    <w:tmpl w:val="EEC4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0901936"/>
    <w:multiLevelType w:val="multilevel"/>
    <w:tmpl w:val="DFEE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0C175BD"/>
    <w:multiLevelType w:val="multilevel"/>
    <w:tmpl w:val="37A4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1146F19"/>
    <w:multiLevelType w:val="multilevel"/>
    <w:tmpl w:val="B27C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21A2466"/>
    <w:multiLevelType w:val="multilevel"/>
    <w:tmpl w:val="15CC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32929AD"/>
    <w:multiLevelType w:val="multilevel"/>
    <w:tmpl w:val="0BF6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3793B29"/>
    <w:multiLevelType w:val="multilevel"/>
    <w:tmpl w:val="B094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4397798"/>
    <w:multiLevelType w:val="multilevel"/>
    <w:tmpl w:val="92F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5434F9B"/>
    <w:multiLevelType w:val="multilevel"/>
    <w:tmpl w:val="7D6A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6090607"/>
    <w:multiLevelType w:val="multilevel"/>
    <w:tmpl w:val="B4CA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6E5716B"/>
    <w:multiLevelType w:val="multilevel"/>
    <w:tmpl w:val="B4A6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74267CD"/>
    <w:multiLevelType w:val="multilevel"/>
    <w:tmpl w:val="D9D8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B4006CB"/>
    <w:multiLevelType w:val="multilevel"/>
    <w:tmpl w:val="879A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6829046">
    <w:abstractNumId w:val="5"/>
  </w:num>
  <w:num w:numId="2" w16cid:durableId="1264847054">
    <w:abstractNumId w:val="3"/>
  </w:num>
  <w:num w:numId="3" w16cid:durableId="165940787">
    <w:abstractNumId w:val="2"/>
  </w:num>
  <w:num w:numId="4" w16cid:durableId="1284576476">
    <w:abstractNumId w:val="4"/>
  </w:num>
  <w:num w:numId="5" w16cid:durableId="973869980">
    <w:abstractNumId w:val="1"/>
  </w:num>
  <w:num w:numId="6" w16cid:durableId="1883132821">
    <w:abstractNumId w:val="0"/>
  </w:num>
  <w:num w:numId="7" w16cid:durableId="1242446322">
    <w:abstractNumId w:val="32"/>
  </w:num>
  <w:num w:numId="8" w16cid:durableId="1943564191">
    <w:abstractNumId w:val="25"/>
  </w:num>
  <w:num w:numId="9" w16cid:durableId="1231117712">
    <w:abstractNumId w:val="76"/>
  </w:num>
  <w:num w:numId="10" w16cid:durableId="1923948015">
    <w:abstractNumId w:val="19"/>
  </w:num>
  <w:num w:numId="11" w16cid:durableId="1099912085">
    <w:abstractNumId w:val="16"/>
  </w:num>
  <w:num w:numId="12" w16cid:durableId="618873586">
    <w:abstractNumId w:val="43"/>
  </w:num>
  <w:num w:numId="13" w16cid:durableId="1784113546">
    <w:abstractNumId w:val="75"/>
  </w:num>
  <w:num w:numId="14" w16cid:durableId="2007786087">
    <w:abstractNumId w:val="20"/>
  </w:num>
  <w:num w:numId="15" w16cid:durableId="797646872">
    <w:abstractNumId w:val="46"/>
  </w:num>
  <w:num w:numId="16" w16cid:durableId="86780666">
    <w:abstractNumId w:val="50"/>
  </w:num>
  <w:num w:numId="17" w16cid:durableId="875967183">
    <w:abstractNumId w:val="8"/>
  </w:num>
  <w:num w:numId="18" w16cid:durableId="1181436096">
    <w:abstractNumId w:val="70"/>
  </w:num>
  <w:num w:numId="19" w16cid:durableId="339434601">
    <w:abstractNumId w:val="18"/>
  </w:num>
  <w:num w:numId="20" w16cid:durableId="308750161">
    <w:abstractNumId w:val="65"/>
  </w:num>
  <w:num w:numId="21" w16cid:durableId="980186486">
    <w:abstractNumId w:val="41"/>
  </w:num>
  <w:num w:numId="22" w16cid:durableId="478765922">
    <w:abstractNumId w:val="73"/>
  </w:num>
  <w:num w:numId="23" w16cid:durableId="812913245">
    <w:abstractNumId w:val="61"/>
  </w:num>
  <w:num w:numId="24" w16cid:durableId="1958099504">
    <w:abstractNumId w:val="17"/>
  </w:num>
  <w:num w:numId="25" w16cid:durableId="639844120">
    <w:abstractNumId w:val="11"/>
  </w:num>
  <w:num w:numId="26" w16cid:durableId="340741958">
    <w:abstractNumId w:val="28"/>
  </w:num>
  <w:num w:numId="27" w16cid:durableId="662011544">
    <w:abstractNumId w:val="58"/>
  </w:num>
  <w:num w:numId="28" w16cid:durableId="2091458924">
    <w:abstractNumId w:val="52"/>
  </w:num>
  <w:num w:numId="29" w16cid:durableId="1333412040">
    <w:abstractNumId w:val="62"/>
  </w:num>
  <w:num w:numId="30" w16cid:durableId="1950701495">
    <w:abstractNumId w:val="10"/>
  </w:num>
  <w:num w:numId="31" w16cid:durableId="1195730035">
    <w:abstractNumId w:val="47"/>
  </w:num>
  <w:num w:numId="32" w16cid:durableId="999313254">
    <w:abstractNumId w:val="59"/>
  </w:num>
  <w:num w:numId="33" w16cid:durableId="1041978919">
    <w:abstractNumId w:val="40"/>
  </w:num>
  <w:num w:numId="34" w16cid:durableId="1830903185">
    <w:abstractNumId w:val="48"/>
  </w:num>
  <w:num w:numId="35" w16cid:durableId="1236624029">
    <w:abstractNumId w:val="45"/>
  </w:num>
  <w:num w:numId="36" w16cid:durableId="737754386">
    <w:abstractNumId w:val="63"/>
  </w:num>
  <w:num w:numId="37" w16cid:durableId="912662573">
    <w:abstractNumId w:val="14"/>
  </w:num>
  <w:num w:numId="38" w16cid:durableId="1439325511">
    <w:abstractNumId w:val="12"/>
  </w:num>
  <w:num w:numId="39" w16cid:durableId="904292705">
    <w:abstractNumId w:val="38"/>
  </w:num>
  <w:num w:numId="40" w16cid:durableId="1702777359">
    <w:abstractNumId w:val="9"/>
  </w:num>
  <w:num w:numId="41" w16cid:durableId="325322628">
    <w:abstractNumId w:val="35"/>
  </w:num>
  <w:num w:numId="42" w16cid:durableId="515462049">
    <w:abstractNumId w:val="67"/>
  </w:num>
  <w:num w:numId="43" w16cid:durableId="488056755">
    <w:abstractNumId w:val="7"/>
  </w:num>
  <w:num w:numId="44" w16cid:durableId="1123959773">
    <w:abstractNumId w:val="24"/>
  </w:num>
  <w:num w:numId="45" w16cid:durableId="2134908162">
    <w:abstractNumId w:val="27"/>
  </w:num>
  <w:num w:numId="46" w16cid:durableId="1515418779">
    <w:abstractNumId w:val="6"/>
  </w:num>
  <w:num w:numId="47" w16cid:durableId="694041148">
    <w:abstractNumId w:val="23"/>
  </w:num>
  <w:num w:numId="48" w16cid:durableId="178084465">
    <w:abstractNumId w:val="36"/>
  </w:num>
  <w:num w:numId="49" w16cid:durableId="1398479868">
    <w:abstractNumId w:val="55"/>
  </w:num>
  <w:num w:numId="50" w16cid:durableId="574166517">
    <w:abstractNumId w:val="26"/>
  </w:num>
  <w:num w:numId="51" w16cid:durableId="310136305">
    <w:abstractNumId w:val="15"/>
  </w:num>
  <w:num w:numId="52" w16cid:durableId="710805930">
    <w:abstractNumId w:val="53"/>
  </w:num>
  <w:num w:numId="53" w16cid:durableId="648286013">
    <w:abstractNumId w:val="66"/>
  </w:num>
  <w:num w:numId="54" w16cid:durableId="567544931">
    <w:abstractNumId w:val="44"/>
  </w:num>
  <w:num w:numId="55" w16cid:durableId="533615304">
    <w:abstractNumId w:val="74"/>
  </w:num>
  <w:num w:numId="56" w16cid:durableId="1638562550">
    <w:abstractNumId w:val="49"/>
  </w:num>
  <w:num w:numId="57" w16cid:durableId="855853188">
    <w:abstractNumId w:val="72"/>
  </w:num>
  <w:num w:numId="58" w16cid:durableId="1639071362">
    <w:abstractNumId w:val="30"/>
  </w:num>
  <w:num w:numId="59" w16cid:durableId="2039623312">
    <w:abstractNumId w:val="37"/>
  </w:num>
  <w:num w:numId="60" w16cid:durableId="1903297612">
    <w:abstractNumId w:val="13"/>
  </w:num>
  <w:num w:numId="61" w16cid:durableId="1828668880">
    <w:abstractNumId w:val="71"/>
  </w:num>
  <w:num w:numId="62" w16cid:durableId="545604239">
    <w:abstractNumId w:val="60"/>
  </w:num>
  <w:num w:numId="63" w16cid:durableId="1149859822">
    <w:abstractNumId w:val="31"/>
  </w:num>
  <w:num w:numId="64" w16cid:durableId="972053771">
    <w:abstractNumId w:val="29"/>
  </w:num>
  <w:num w:numId="65" w16cid:durableId="1594164560">
    <w:abstractNumId w:val="33"/>
  </w:num>
  <w:num w:numId="66" w16cid:durableId="1880433587">
    <w:abstractNumId w:val="64"/>
  </w:num>
  <w:num w:numId="67" w16cid:durableId="235944709">
    <w:abstractNumId w:val="34"/>
  </w:num>
  <w:num w:numId="68" w16cid:durableId="1245921326">
    <w:abstractNumId w:val="57"/>
  </w:num>
  <w:num w:numId="69" w16cid:durableId="962151025">
    <w:abstractNumId w:val="69"/>
  </w:num>
  <w:num w:numId="70" w16cid:durableId="1759641602">
    <w:abstractNumId w:val="21"/>
  </w:num>
  <w:num w:numId="71" w16cid:durableId="2056469466">
    <w:abstractNumId w:val="56"/>
  </w:num>
  <w:num w:numId="72" w16cid:durableId="1713729029">
    <w:abstractNumId w:val="54"/>
  </w:num>
  <w:num w:numId="73" w16cid:durableId="1461997151">
    <w:abstractNumId w:val="68"/>
  </w:num>
  <w:num w:numId="74" w16cid:durableId="1154836652">
    <w:abstractNumId w:val="39"/>
  </w:num>
  <w:num w:numId="75" w16cid:durableId="2091197449">
    <w:abstractNumId w:val="51"/>
  </w:num>
  <w:num w:numId="76" w16cid:durableId="568737611">
    <w:abstractNumId w:val="22"/>
  </w:num>
  <w:num w:numId="77" w16cid:durableId="131295323">
    <w:abstractNumId w:val="4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3BC7"/>
    <w:rsid w:val="001B1A10"/>
    <w:rsid w:val="0029639D"/>
    <w:rsid w:val="00326F90"/>
    <w:rsid w:val="00441E2A"/>
    <w:rsid w:val="00454A16"/>
    <w:rsid w:val="00455DFB"/>
    <w:rsid w:val="005A5402"/>
    <w:rsid w:val="00667880"/>
    <w:rsid w:val="008579BF"/>
    <w:rsid w:val="00A70EC0"/>
    <w:rsid w:val="00AA1D8D"/>
    <w:rsid w:val="00B47730"/>
    <w:rsid w:val="00B94B01"/>
    <w:rsid w:val="00C5538B"/>
    <w:rsid w:val="00CB0664"/>
    <w:rsid w:val="00CC57B3"/>
    <w:rsid w:val="00DC1133"/>
    <w:rsid w:val="00EB17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0475960-4E53-4C47-A645-94CAA5BC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35</Pages>
  <Words>7754</Words>
  <Characters>44202</Characters>
  <Application>Microsoft Office Word</Application>
  <DocSecurity>0</DocSecurity>
  <Lines>368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SPIL 101 Transcript</dc:title>
  <dc:subject>Independent Living Training and Technical Assistance Center webinar transcript</dc:subject>
  <dc:creator>Independent Living Training &amp; Technical Assistance Center</dc:creator>
  <cp:keywords/>
  <dc:description>generated by python-docx</dc:description>
  <cp:lastModifiedBy>Wolinsky, Emily</cp:lastModifiedBy>
  <cp:revision>10</cp:revision>
  <dcterms:created xsi:type="dcterms:W3CDTF">2013-12-23T23:15:00Z</dcterms:created>
  <dcterms:modified xsi:type="dcterms:W3CDTF">2026-07-20T20:27:00Z</dcterms:modified>
  <cp:category/>
</cp:coreProperties>
</file>