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1BE40" w14:textId="77777777" w:rsidR="001F0458" w:rsidRDefault="00000000">
      <w:pPr>
        <w:pStyle w:val="Title"/>
        <w:jc w:val="center"/>
      </w:pPr>
      <w:r>
        <w:t>Emotional Wellness and Elevated Engagement Week 2</w:t>
      </w:r>
    </w:p>
    <w:p w14:paraId="1D9C7D60" w14:textId="77777777" w:rsidR="001F0458" w:rsidRDefault="00000000">
      <w:pPr>
        <w:spacing w:after="280"/>
        <w:jc w:val="center"/>
      </w:pPr>
      <w:r>
        <w:rPr>
          <w:b/>
        </w:rPr>
        <w:t>September 9, 2026</w:t>
      </w:r>
      <w:r>
        <w:rPr>
          <w:b/>
        </w:rPr>
        <w:br/>
        <w:t>Final Transcript</w:t>
      </w:r>
    </w:p>
    <w:p w14:paraId="17829828" w14:textId="77777777" w:rsidR="001F0458" w:rsidRDefault="00000000">
      <w:pPr>
        <w:pStyle w:val="Heading1"/>
      </w:pPr>
      <w:r>
        <w:t>Welcome and Introductions</w:t>
      </w:r>
    </w:p>
    <w:p w14:paraId="0813E690" w14:textId="77777777" w:rsidR="001F0458" w:rsidRDefault="00000000">
      <w:r>
        <w:rPr>
          <w:rStyle w:val="SpeakerLabel"/>
        </w:rPr>
        <w:t xml:space="preserve">BETHANY BALDWIN: </w:t>
      </w:r>
      <w:r>
        <w:t>Good afternoon, everybody. Or morning, depending on where you are coming in from. We are beyond excited again for you all to be here for week two of this cohort, go ahead and get yourself situated. We will kickoff in just a few minutes.</w:t>
      </w:r>
    </w:p>
    <w:p w14:paraId="7E80E658" w14:textId="77777777" w:rsidR="001F0458" w:rsidRDefault="00000000">
      <w:r>
        <w:t>Go ahead and introduce yourself. Introduce where you are coming in from, and what exactly you are hydrating yourself with. I am being responsible today and drinking water. We will give it one more minute, we have a group coming in. I see Carrie from Memphis tricking water. Brandon is having iced coffee. Anna...</w:t>
      </w:r>
    </w:p>
    <w:p w14:paraId="3211BB7A" w14:textId="77777777" w:rsidR="001F0458" w:rsidRDefault="00000000">
      <w:r>
        <w:t>As everybody else gets himself situated, who, diet Pepsi from (unknown name). For that, let's go ahead and kick off. Welcome to week two of 'Emotional Wellness &amp; Elevated Engagement', cohort.</w:t>
      </w:r>
    </w:p>
    <w:p w14:paraId="6D51F462" w14:textId="77777777" w:rsidR="001F0458" w:rsidRDefault="00000000">
      <w:r>
        <w:t>The IL T&amp;TA Center is available to you through a contract with the United States Department of Health and Human Services, the center is operated by the University of Montana. I name is Bethany Baldwin, I am the director of programs and strategic partnership of strategic counsel. I use she/her pronouns, and for a quick visual description, I'm a woman with light skin, wearing glasses, my hair is curly up in a bun, and I have a blue-and-white striped top in my office.</w:t>
      </w:r>
    </w:p>
    <w:p w14:paraId="7C195539" w14:textId="77777777" w:rsidR="001F0458" w:rsidRDefault="00000000">
      <w:pPr>
        <w:pStyle w:val="Heading1"/>
      </w:pPr>
      <w:r>
        <w:t>Housekeeping and Accessibility</w:t>
      </w:r>
    </w:p>
    <w:p w14:paraId="72E77533" w14:textId="77777777" w:rsidR="001F0458" w:rsidRDefault="00000000">
      <w:r>
        <w:t>Before we begin, let's go over a few housekeeping and accessibility notes. ASL and Spanish interpreters are available using the interpretation channel, just select interpretation. ASL interpreters will be spotlighted, in addition to our presenters, you can also pin the interpreters in your individual settings.</w:t>
      </w:r>
    </w:p>
    <w:p w14:paraId="34880B5B" w14:textId="77777777" w:rsidR="001F0458" w:rsidRDefault="00000000">
      <w:r>
        <w:t>We do have captioning available in both English and Spanish, to access English captioning, there are two ways. You can click the cc button in your Zoom bar menu click the link in the chat. Spanish captions are only available by using the link in the chat. Throughout the call, you can message any of our ILT NTA teams if you are looking for any type of help or support or anything of that matter.</w:t>
      </w:r>
    </w:p>
    <w:p w14:paraId="62287634" w14:textId="77777777" w:rsidR="001F0458" w:rsidRDefault="00000000">
      <w:r>
        <w:t>There's also an addition I want to highlight, there -- this is for those whose active language is in Spanish. We also have an active sharing portion after the presentation, so please use the chat features to ask questions as well as unmuted if you want to talk.</w:t>
      </w:r>
    </w:p>
    <w:p w14:paraId="454B820E" w14:textId="77777777" w:rsidR="001F0458" w:rsidRDefault="00000000">
      <w:r>
        <w:t>Last week, we did had some bandwidth capability issues, stuff that and that happening, we will have to mute and turn off video to conserve bandwidth for our speakers. However, please feel free to reengage us in the chat if you want to fully engage in a peer discussion.</w:t>
      </w:r>
    </w:p>
    <w:p w14:paraId="7CC932C4" w14:textId="77777777" w:rsidR="001F0458" w:rsidRDefault="00000000">
      <w:r>
        <w:t>In addition, we will have the Q&amp;A box enabled for questions at any time, whether joining by phone, star six to mute or unmute yourself, and then star nine to lower or raise your hand. Please state your name before speaking, and we would love if you would take a moment to complete the survey at the end of today's session. You will drop a link at the end.</w:t>
      </w:r>
    </w:p>
    <w:p w14:paraId="4DAD87AE" w14:textId="77777777" w:rsidR="001F0458" w:rsidRDefault="00000000">
      <w:pPr>
        <w:pStyle w:val="Heading1"/>
      </w:pPr>
      <w:r>
        <w:lastRenderedPageBreak/>
        <w:t>Cohort Learning Objectives</w:t>
      </w:r>
    </w:p>
    <w:p w14:paraId="153B0F6E" w14:textId="77777777" w:rsidR="001F0458" w:rsidRDefault="00000000">
      <w:r>
        <w:t>Cohort learning objectives.</w:t>
      </w:r>
    </w:p>
    <w:p w14:paraId="15CBB40C" w14:textId="77777777" w:rsidR="001F0458" w:rsidRDefault="00000000">
      <w:pPr>
        <w:pStyle w:val="ListBullet"/>
      </w:pPr>
      <w:r>
        <w:t>Last week, we learned practical safety strategies, staying grounded for the IL team and staff.</w:t>
      </w:r>
    </w:p>
    <w:p w14:paraId="42C6F5F8" w14:textId="77777777" w:rsidR="001F0458" w:rsidRDefault="00000000">
      <w:pPr>
        <w:pStyle w:val="ListBullet"/>
      </w:pPr>
      <w:r>
        <w:t>This is where, as I mentioned, we are now in week two, de-escalation skills for challenging situations.</w:t>
      </w:r>
    </w:p>
    <w:p w14:paraId="65D6FB1D" w14:textId="77777777" w:rsidR="001F0458" w:rsidRDefault="00000000">
      <w:pPr>
        <w:pStyle w:val="ListBullet"/>
      </w:pPr>
      <w:r>
        <w:t>Recognize warning signs of escalation, apply de-escalation strategies that protect dignity, respect, and safety for everyone.</w:t>
      </w:r>
    </w:p>
    <w:p w14:paraId="036C8771" w14:textId="77777777" w:rsidR="001F0458" w:rsidRDefault="00000000">
      <w:pPr>
        <w:pStyle w:val="ListBullet"/>
      </w:pPr>
      <w:r>
        <w:t>Know when and how to engage or disengage safely or seek support, honoring individual staff needs.</w:t>
      </w:r>
    </w:p>
    <w:p w14:paraId="7594AFD9" w14:textId="77777777" w:rsidR="001F0458" w:rsidRDefault="00000000">
      <w:r>
        <w:t>Then, you will hopefully come back next week for week three, which is sustaining the work, taking care of yourself in our movement. I will mention that we do have a recording of week one if you want to look at those in your own time. In the chat, be sure to put in whether you are here for the first time or if this is your second week with us.</w:t>
      </w:r>
    </w:p>
    <w:p w14:paraId="642B01B4" w14:textId="77777777" w:rsidR="001F0458" w:rsidRDefault="00000000">
      <w:r>
        <w:t>I will mention that this is a three-week cohort, last week's was September 2, this week is September 9, and next week is September 16. The flow is to have 60 minutes of learning and then at least 30 minutes of pure discussion and application. Overall, the approach is interactive, peer driven, and conversational.</w:t>
      </w:r>
    </w:p>
    <w:p w14:paraId="60ED498E" w14:textId="77777777" w:rsidR="001F0458" w:rsidRDefault="00000000">
      <w:r>
        <w:t>This is essentially how we will learn together.</w:t>
      </w:r>
    </w:p>
    <w:p w14:paraId="0A2BAD66" w14:textId="77777777" w:rsidR="001F0458" w:rsidRDefault="00000000">
      <w:pPr>
        <w:pStyle w:val="ListBullet"/>
      </w:pPr>
      <w:r>
        <w:t>Be present, participate in a way that works for you.</w:t>
      </w:r>
    </w:p>
    <w:p w14:paraId="48A7C93E" w14:textId="77777777" w:rsidR="001F0458" w:rsidRDefault="00000000">
      <w:pPr>
        <w:pStyle w:val="ListBullet"/>
      </w:pPr>
      <w:r>
        <w:t>Share the space, make room for different voices and experiences.</w:t>
      </w:r>
    </w:p>
    <w:p w14:paraId="67E02949" w14:textId="77777777" w:rsidR="001F0458" w:rsidRDefault="00000000">
      <w:pPr>
        <w:pStyle w:val="ListBullet"/>
      </w:pPr>
      <w:r>
        <w:t>We are all coming in from different perspectives.</w:t>
      </w:r>
    </w:p>
    <w:p w14:paraId="1D9CC697" w14:textId="77777777" w:rsidR="001F0458" w:rsidRDefault="00000000">
      <w:pPr>
        <w:pStyle w:val="ListBullet"/>
      </w:pPr>
      <w:r>
        <w:t>That is truly the beauty of the IL network.</w:t>
      </w:r>
    </w:p>
    <w:p w14:paraId="227B4601" w14:textId="77777777" w:rsidR="001F0458" w:rsidRDefault="00000000">
      <w:pPr>
        <w:pStyle w:val="ListBullet"/>
      </w:pPr>
      <w:r>
        <w:t>Stay curious, we are here to learn with and from one another.</w:t>
      </w:r>
    </w:p>
    <w:p w14:paraId="6E396236" w14:textId="77777777" w:rsidR="001F0458" w:rsidRDefault="00000000">
      <w:pPr>
        <w:pStyle w:val="ListBullet"/>
      </w:pPr>
      <w:r>
        <w:t>Then, honor trust placed in the space, take the learning with you, if there are personal stories in the room, please make sure to be respectful of that.</w:t>
      </w:r>
    </w:p>
    <w:p w14:paraId="2A79A742" w14:textId="77777777" w:rsidR="001F0458" w:rsidRDefault="00000000">
      <w:pPr>
        <w:pStyle w:val="ListBullet"/>
      </w:pPr>
      <w:r>
        <w:t>Again, respecting the time, help us keep the conversation moving, have it be a very practical and pragmatic set of training with you all.</w:t>
      </w:r>
    </w:p>
    <w:p w14:paraId="18124959" w14:textId="77777777" w:rsidR="001F0458" w:rsidRDefault="00000000">
      <w:pPr>
        <w:pStyle w:val="Heading1"/>
      </w:pPr>
      <w:r>
        <w:t>Presenter Introductions</w:t>
      </w:r>
    </w:p>
    <w:p w14:paraId="1094A1EB" w14:textId="77777777" w:rsidR="001F0458" w:rsidRDefault="00000000">
      <w:r>
        <w:t>We are so excited to introduce our speakers. We have Kristina Kapp, or known as Cape -- KK, Executive Director, healing in from Ohio, for The Center for disABILITY Empowerment. We also have Misty Dion, who is the Chief Executive Officer, from Roads to Freedom CIL. Let me get them back over here. Time to get KK spotlit. I apologize, I think I did something. I sure did, whoops.</w:t>
      </w:r>
    </w:p>
    <w:p w14:paraId="31146BE5" w14:textId="77777777" w:rsidR="001F0458" w:rsidRDefault="00000000">
      <w:r>
        <w:t>Let me make sure we have the... There you go. Now we have ASL back on track and KK, this is where I will allow you to fully introduce yourself and share a little bit of your story if you could. We are so excited to have you here, I do want to mention to everybody joining in, KK has supplied an abundance of tools and resources galore, it is making my little heart so happy. Make sure to look in the materials link, all of that is on the landing page, and we will also be sharing as we go through the presentation. KK? I will hit it off to you.</w:t>
      </w:r>
    </w:p>
    <w:p w14:paraId="777BFA84" w14:textId="77777777" w:rsidR="001F0458" w:rsidRDefault="00000000">
      <w:r>
        <w:rPr>
          <w:rStyle w:val="SpeakerLabel"/>
        </w:rPr>
        <w:t xml:space="preserve">KK: </w:t>
      </w:r>
      <w:r>
        <w:t xml:space="preserve">Thank you so much, Bethany, I really appreciate it. This is just such an opportunity, I'm so overjoyed to be here again. I am going to share a little bit about myself very briefly, and then I will also share a little bit about my peer, my colleague, my friend and my fellow liberator for Justice, </w:t>
      </w:r>
      <w:r>
        <w:lastRenderedPageBreak/>
        <w:t>Misty Dion, we are going to be going through this presentation model together today to really show that connected relational engagement that I think is so valuable.</w:t>
      </w:r>
    </w:p>
    <w:p w14:paraId="6A46A159" w14:textId="77777777" w:rsidR="001F0458" w:rsidRDefault="00000000">
      <w:r>
        <w:t>This is a very real model to us. My name is Kristina Kapp but I only really go by KK, I am currently in Ohio, and I am the executive director of The Center for disABILITY Empowerment, I am also the CEO of my freedom international, I wear several different hats.</w:t>
      </w:r>
    </w:p>
    <w:p w14:paraId="32A8B5DD" w14:textId="77777777" w:rsidR="001F0458" w:rsidRDefault="00000000">
      <w:r>
        <w:t>First and foremost, I'm up here, I'm an individual that was born with some terminology, I'm not being mindful, but they technically call what they were referred to as a birth defect. I'm very proud of it, I like the way I adapt to the world and I think it really is one of those ways.</w:t>
      </w:r>
    </w:p>
    <w:p w14:paraId="0D55B3A8" w14:textId="77777777" w:rsidR="001F0458" w:rsidRDefault="00000000">
      <w:r>
        <w:t>I'm going to be transparent, I do have some auditory, verbal disabilities. If I miss a word or can't read award, I will just ask and Misty will be there to support me. She's very used to this and this is a part of our connected, collaborative, supportive relationship.</w:t>
      </w:r>
    </w:p>
    <w:p w14:paraId="2BD9FBBD" w14:textId="77777777" w:rsidR="001F0458" w:rsidRDefault="00000000">
      <w:r>
        <w:t>However, this is something near and dear to my heart, first and foremost, as I did spend almost 8 years in an institution and coercion and elevation and the real lack of allowance of us to feel feelings and experience emotions without it being weaponized is really important and powerful. Really appreciate this time and space.</w:t>
      </w:r>
    </w:p>
    <w:p w14:paraId="649B54FA" w14:textId="77777777" w:rsidR="001F0458" w:rsidRDefault="00000000">
      <w:pPr>
        <w:pStyle w:val="Heading1"/>
      </w:pPr>
      <w:r>
        <w:t>Grounding Exercise and GRACE Model Review</w:t>
      </w:r>
    </w:p>
    <w:p w14:paraId="3617FA6D" w14:textId="77777777" w:rsidR="001F0458" w:rsidRDefault="00000000">
      <w:r>
        <w:t>This is what we did last week, and I will ask if we can take a really quick minute to stop, pause, I will ask if it's possible if you can put your feet flat or your palms flat on the desk. This is the core, we are going to get grounded, it will take two deep breaths together so that we are really cultivating that shared space and connectivity from the jump, this is making it real and adaptable, we are doing this in community.</w:t>
      </w:r>
    </w:p>
    <w:p w14:paraId="50EEE7E3" w14:textId="77777777" w:rsidR="001F0458" w:rsidRDefault="00000000">
      <w:r>
        <w:t>Really quick. The breath in, release. One more, deep rest in. -- Deep breath in. Release. It's as simple as that, guys. We didn't have to go into it any further, it's sometimes those simple breasts, getting connected in community and in collaboration.</w:t>
      </w:r>
    </w:p>
    <w:p w14:paraId="7842C375" w14:textId="77777777" w:rsidR="001F0458" w:rsidRDefault="00000000">
      <w:r>
        <w:t>Week one, what we went over is the GRACE model, I did create it, I'm beyond overjoyed to share this with the greater community because I do believe it's something that's going to enhance and support all of our engagements in our broader communities on a day-to-day basis. I did create a lot of resource tools that you can actually have the tangible, adaptable resource to use.</w:t>
      </w:r>
    </w:p>
    <w:p w14:paraId="34515119" w14:textId="77777777" w:rsidR="001F0458" w:rsidRDefault="00000000">
      <w:r>
        <w:t>First is grounding, we just got grounded together.</w:t>
      </w:r>
    </w:p>
    <w:p w14:paraId="2EA0EDA5" w14:textId="77777777" w:rsidR="001F0458" w:rsidRDefault="00000000">
      <w:pPr>
        <w:pStyle w:val="ListBullet"/>
      </w:pPr>
      <w:r>
        <w:t>The second is regard.</w:t>
      </w:r>
    </w:p>
    <w:p w14:paraId="6EC9AA4E" w14:textId="77777777" w:rsidR="001F0458" w:rsidRDefault="00000000">
      <w:pPr>
        <w:pStyle w:val="ListBullet"/>
      </w:pPr>
      <w:r>
        <w:t>Seeing the whole person with curiosity and positive, unconditional high regard.</w:t>
      </w:r>
    </w:p>
    <w:p w14:paraId="49976A98" w14:textId="77777777" w:rsidR="001F0458" w:rsidRDefault="00000000">
      <w:pPr>
        <w:pStyle w:val="ListBullet"/>
      </w:pPr>
      <w:r>
        <w:t>The second is autonomy, honoring agency, choice, and self-direction.</w:t>
      </w:r>
    </w:p>
    <w:p w14:paraId="50E13796" w14:textId="77777777" w:rsidR="001F0458" w:rsidRDefault="00000000">
      <w:pPr>
        <w:pStyle w:val="ListBullet"/>
      </w:pPr>
      <w:r>
        <w:t>This week, will -- we will focus on connect, that's where it's really important for you to see that relational connection.</w:t>
      </w:r>
    </w:p>
    <w:p w14:paraId="6B1E64AF" w14:textId="77777777" w:rsidR="001F0458" w:rsidRDefault="00000000">
      <w:r>
        <w:t>How do we do that? Staying present, staying in the moment. Sometimes it's OK to have those pauses. Notice if you are feeling the urgency to speak. Identify or take control, maybe provide a solution immediately as the person is still speaking. If we are looking to do that, we are not being present with our peer, with our other individual. We are already somewhere else.</w:t>
      </w:r>
    </w:p>
    <w:p w14:paraId="08097CB2" w14:textId="77777777" w:rsidR="001F0458" w:rsidRDefault="00000000">
      <w:r>
        <w:t xml:space="preserve">The power of pure affirmation and validation, this is so powerful, this is something that I know Misty and I can tell you on a daily basis that we very much, in fact prior to this, we chatted briefly and she actually said, "I hear you, KK." That, to me, is such a powerful thing. It didn't just mean that she was </w:t>
      </w:r>
      <w:r>
        <w:lastRenderedPageBreak/>
        <w:t>hearing the auditorily, she was hearing me in her heart and she was identifying and bearing witness. That's a different connection point.</w:t>
      </w:r>
    </w:p>
    <w:p w14:paraId="6F017A86" w14:textId="77777777" w:rsidR="001F0458" w:rsidRDefault="00000000">
      <w:r>
        <w:t>Listen for what is being communicated. The very same as what I just said about how Misty repeated to me that she heard me, she was communicating that what you are saying is valid. Too often, we are written off, we are silenced or dismissed. To have that validation is powerful.</w:t>
      </w:r>
    </w:p>
    <w:p w14:paraId="26C659EC" w14:textId="77777777" w:rsidR="001F0458" w:rsidRDefault="00000000">
      <w:r>
        <w:t>Stay curious. Never assume, inquire. That's huge, that should be an absolute something we should put in the chat, don't assume, inquire. Stay curious at all times. Make room for the emotions, now this is really important because sometimes it is just, OK, I'm feeling the feeling and I'm experiencing emotion, but we need to allow that safe space to feel those. Not just jump into fear. We are going to talk to some of that.</w:t>
      </w:r>
    </w:p>
    <w:p w14:paraId="2274744C" w14:textId="77777777" w:rsidR="001F0458" w:rsidRDefault="00000000">
      <w:r>
        <w:t>Strong emotions are valid and they do not have to disappear before they can connect. Experiencing, feeling, give that safe space. What if there is nobody the individual or peer has to even share with? Maybe they think nobody is there who cares about their feeling, this is really powerful. Keep choice in the interaction. Continue to honor autonomy.</w:t>
      </w:r>
    </w:p>
    <w:p w14:paraId="689E5EF9" w14:textId="77777777" w:rsidR="001F0458" w:rsidRDefault="00000000">
      <w:r>
        <w:t>That is that genuine connection point of trust. I know I took a little bit longer to go through these but the really important because we will be going through all this today. This is the GRACE model, if you didn't see it last week, we literally just went over all of it but the G is for ground, ground yourself and be present. The R is for regard, hold the whole person. In positive regard. Autonomy, agency, and self-direction. Connect, connect through compassion and presence, and E, emerge, move towards what we want together.</w:t>
      </w:r>
    </w:p>
    <w:p w14:paraId="1EAE6EB8" w14:textId="77777777" w:rsidR="001F0458" w:rsidRDefault="00000000">
      <w:pPr>
        <w:pStyle w:val="Heading1"/>
      </w:pPr>
      <w:r>
        <w:t>Recognizing Escalation</w:t>
      </w:r>
    </w:p>
    <w:p w14:paraId="24DA50C7" w14:textId="77777777" w:rsidR="001F0458" w:rsidRDefault="00000000">
      <w:r>
        <w:t>This is a really big one because, recognize what isolation is and what it is not. I think behaviors -- behavior is communication, it could be difficult and it could be strong. Anger may be frustration and unmet needs.</w:t>
      </w:r>
    </w:p>
    <w:p w14:paraId="6659A427" w14:textId="77777777" w:rsidR="001F0458" w:rsidRDefault="00000000">
      <w:r>
        <w:rPr>
          <w:rStyle w:val="SpeakerLabel"/>
        </w:rPr>
        <w:t xml:space="preserve">BETHANY BALDWIN: </w:t>
      </w:r>
      <w:r>
        <w:t>I am hopping in, we are seeing some folks inquire about ASL in the interpreter channel, it is not showing up. Double check all of this, it looks like, let's see. I'm going to reset that interpretation. I think we are good to rock 'n' roll. I do see the interpreter now, thank you so much, KK.</w:t>
      </w:r>
    </w:p>
    <w:p w14:paraId="17FB5F69" w14:textId="77777777" w:rsidR="001F0458" w:rsidRDefault="00000000">
      <w:r>
        <w:rPr>
          <w:rStyle w:val="SpeakerLabel"/>
        </w:rPr>
        <w:t xml:space="preserve">KK: </w:t>
      </w:r>
      <w:r>
        <w:t>Thank you so much, I appreciate that. It's important that escalation is a signal or an indicator, it's not an automatic defense. We don't have to fear these emotions. We have to stay curious, we have to not assume, we have to inquire. It's the tone, it's the volume, some people are even tone sensitive.</w:t>
      </w:r>
    </w:p>
    <w:p w14:paraId="2188008F" w14:textId="77777777" w:rsidR="001F0458" w:rsidRDefault="00000000">
      <w:r>
        <w:t>It is body language, engagement, also trying to put your focus and energy, really having the person know that you value them. That shift in focus is really important, that ability to process and respond to information in the environment. That's another thing, often when we are advocates, we are passionate but it is Merce -- misinterpreted as anger, and it does look different, it presents different but sometimes, the tone in our voice when we are advocating with passion can come off as anger.</w:t>
      </w:r>
    </w:p>
    <w:p w14:paraId="798A3760" w14:textId="77777777" w:rsidR="001F0458" w:rsidRDefault="00000000">
      <w:r>
        <w:t>That's the best example I can give you, tangibly. Beyond the behavior, behavior alone doesn't tell us the whole story, does it? The cause and effect factor. I could tell you story after story with Misty and I as this is something that's very real to us. Beyond the behavior, behavior alone doesn't tell us who the whole person is, there can be lots of factors where they could be either difficult to express transparently.</w:t>
      </w:r>
    </w:p>
    <w:p w14:paraId="467B5E61" w14:textId="77777777" w:rsidR="001F0458" w:rsidRDefault="00000000">
      <w:r>
        <w:lastRenderedPageBreak/>
        <w:t>When I get really overwhelmed, my words don't come out as clear and sometimes I will just kind of start to cry, because I could be angry, if not sadness, it's overload, it's frustration, it's a lot of things. As we are in the supportive relationships, Misty is a great example, we actually know what each other's are. She will get a little upset on behalf of somebody, it's the advocacy heart, we all get frustrated, but it's out of that passionate love.</w:t>
      </w:r>
    </w:p>
    <w:p w14:paraId="05E07680" w14:textId="77777777" w:rsidR="001F0458" w:rsidRDefault="00000000">
      <w:r>
        <w:t>I know all of us can get frustrated with the barriers, the human hurdles, the barriers that we encounter every single day. Right there is where many in our community with disabilities, it gets very misunderstood, misinterpreted, and sometimes weaponized against us. I know that I've been called an angry advocate before, and it's passion. Misty, do you want to chime in a little bit?</w:t>
      </w:r>
    </w:p>
    <w:p w14:paraId="0F2EB603" w14:textId="77777777" w:rsidR="001F0458" w:rsidRDefault="00000000">
      <w:r>
        <w:rPr>
          <w:rStyle w:val="SpeakerLabel"/>
        </w:rPr>
        <w:t xml:space="preserve">MISTY DION: </w:t>
      </w:r>
      <w:r>
        <w:t>Sure. Thanks, KK. As KK said, my name is Misty Dion and I'm the CEO of Roads to Freedom Center for Independent Living in North Central PA. I don't want to take too long, I just want to thank KK for putting this together, for giving us the tools. I've got a team in central PA who do some amazing work. Without these tools, we couldn't do that.</w:t>
      </w:r>
    </w:p>
    <w:p w14:paraId="0E095CB2" w14:textId="77777777" w:rsidR="001F0458" w:rsidRDefault="00000000">
      <w:r>
        <w:t>Through the use of tools like this, we been able to stay in the moment, lean into the conversations, remain in uncomfortable areas. For the reason and seeing the proof of this model, simply helping to provide supportive decision-making that is the answer to preventing guardianship.</w:t>
      </w:r>
    </w:p>
    <w:p w14:paraId="1835D6B5" w14:textId="77777777" w:rsidR="001F0458" w:rsidRDefault="00000000">
      <w:r>
        <w:t>I'm excited to be here, I've grown up in the independent living movement, I've had the opportunity to be shaped by strong disability leaders like KK and my adept siblings my own local team, as I mentioned. The work that I watched happen when this tool is used ensures that no person remains institutionalized or isolated any longer than they have to be.</w:t>
      </w:r>
    </w:p>
    <w:p w14:paraId="647AA083" w14:textId="77777777" w:rsidR="001F0458" w:rsidRDefault="00000000">
      <w:r>
        <w:t>That is the crux of why we are here in the infinite living movement. I just thanked KK, the independent Technical Assistance Center, and having all of you work through this together. That's all I have to say, KK, back to you.</w:t>
      </w:r>
    </w:p>
    <w:p w14:paraId="4F6CBBB9" w14:textId="77777777" w:rsidR="001F0458" w:rsidRDefault="00000000">
      <w:r>
        <w:rPr>
          <w:rStyle w:val="SpeakerLabel"/>
        </w:rPr>
        <w:t xml:space="preserve">KK: </w:t>
      </w:r>
      <w:r>
        <w:t>Thank you, miss D, thank you so much. I will say that I believe in solution based advocacy and this is a form of that. I see it as a prevention model, the very same as advanced directives, because of the importance and to speak to the elephant in the room, emotions can get weaponized and very quickly, it can turn into an elevated situation that it never needed to be.</w:t>
      </w:r>
    </w:p>
    <w:p w14:paraId="196A84E5" w14:textId="77777777" w:rsidR="001F0458" w:rsidRDefault="00000000">
      <w:r>
        <w:t>In turn, re-traumatize a -- re-traumatize nation and institutionalization, and I think we've seen too much of that. My heart is for us to come together authentically, connect authentically, and put the movement back to motion. I think it's important, but how do we do it first? As Misty said, sometimes having those hard conversations by leaning in when we are feeling stretched. By sitting in those difficult silences.</w:t>
      </w:r>
    </w:p>
    <w:p w14:paraId="2679131E" w14:textId="77777777" w:rsidR="001F0458" w:rsidRDefault="00000000">
      <w:r>
        <w:t>I think it's really important because our role is not to control behavior, it is to stay present, listen, lean in, foster that safety, the connectivity, for our peers and for us. Instead of asking, how do I get this behavior to stop, why would we asked that question? Consider maybe, what might this person be communicating and what safe support could be provided in the moment?</w:t>
      </w:r>
    </w:p>
    <w:p w14:paraId="0DDF3C25" w14:textId="77777777" w:rsidR="001F0458" w:rsidRDefault="00000000">
      <w:r>
        <w:t>Everyone needs to go to a rage room every once in a while, I think we all need those sounding boards, we all need to be able to effectively release emotions from everyday life that we take in, the ups and downs and goods and bats. Next week, we will go into what that's like for us on the front line, as peers and staff, but as of this minute, we need to look at catching it, checking it, and changing it.</w:t>
      </w:r>
    </w:p>
    <w:p w14:paraId="48130D8A" w14:textId="77777777" w:rsidR="001F0458" w:rsidRDefault="00000000">
      <w:r>
        <w:t>That we don't pathologize it, we don't automatically jump into a diagnosis or crisis mindset.</w:t>
      </w:r>
    </w:p>
    <w:p w14:paraId="1DFB4685" w14:textId="77777777" w:rsidR="001F0458" w:rsidRDefault="00000000">
      <w:r>
        <w:rPr>
          <w:rStyle w:val="SpeakerLabel"/>
        </w:rPr>
        <w:lastRenderedPageBreak/>
        <w:t xml:space="preserve">BETHANY BALDWIN: </w:t>
      </w:r>
      <w:r>
        <w:t>KK, here with gentle timekeeping, we have six more slides and we still have about, it should be transitioning into peer discussion in the next couple of minutes, just FYI, thank you.</w:t>
      </w:r>
    </w:p>
    <w:p w14:paraId="4BCD188F" w14:textId="77777777" w:rsidR="001F0458" w:rsidRDefault="00000000">
      <w:pPr>
        <w:pStyle w:val="Heading1"/>
      </w:pPr>
      <w:r>
        <w:t>Phases of Escalation</w:t>
      </w:r>
    </w:p>
    <w:p w14:paraId="1634014A" w14:textId="77777777" w:rsidR="001F0458" w:rsidRDefault="00000000">
      <w:r>
        <w:rPr>
          <w:rStyle w:val="SpeakerLabel"/>
        </w:rPr>
        <w:t xml:space="preserve">KK: </w:t>
      </w:r>
      <w:r>
        <w:t>No problem at all, thank you. Phases of the escalation. This is a friction point, that whole, you know that something could really occur. I really think that this is something that we know. When you sent it, you feel in your body. That's why we keep addressing the whole person because there are those indicators and warnings. Misty, can you read the second word for me? Unmute.</w:t>
      </w:r>
    </w:p>
    <w:p w14:paraId="64223777" w14:textId="77777777" w:rsidR="001F0458" w:rsidRDefault="00000000">
      <w:r>
        <w:rPr>
          <w:rStyle w:val="SpeakerLabel"/>
        </w:rPr>
        <w:t xml:space="preserve">BETHANY BALDWIN: </w:t>
      </w:r>
      <w:r>
        <w:t>The second word is intensification.</w:t>
      </w:r>
    </w:p>
    <w:p w14:paraId="0FB6CA4B" w14:textId="77777777" w:rsidR="001F0458" w:rsidRDefault="00000000">
      <w:r>
        <w:rPr>
          <w:rStyle w:val="SpeakerLabel"/>
        </w:rPr>
        <w:t xml:space="preserve">KK: </w:t>
      </w:r>
      <w:r>
        <w:t>Intensification! Thank you! I appreciate it. Human hurdles and emotional peaks. Every day, we come across barriers and boundaries that are frustrating and that are more difficult than some people may realize. Restorative wellness and wellness capital, we will go through all of these.</w:t>
      </w:r>
    </w:p>
    <w:p w14:paraId="727B4E99" w14:textId="77777777" w:rsidR="001F0458" w:rsidRDefault="00000000">
      <w:r>
        <w:t>Misty, the friction point, if you want to do what you may notice in the body if you'd like, but I will do helpful hand. Use the word friction instead of trigger, trigger can be triggering to others, we need to be mindful of how some of the medical model jargon has been weaponized against us.</w:t>
      </w:r>
    </w:p>
    <w:p w14:paraId="7F833BFD" w14:textId="77777777" w:rsidR="001F0458" w:rsidRDefault="00000000">
      <w:r>
        <w:t>Notice the signs of those friction or tension point early and pay attention.</w:t>
      </w:r>
    </w:p>
    <w:p w14:paraId="68A15537" w14:textId="77777777" w:rsidR="001F0458" w:rsidRDefault="00000000">
      <w:r>
        <w:rPr>
          <w:rStyle w:val="SpeakerLabel"/>
        </w:rPr>
        <w:t xml:space="preserve">MISTY DION: </w:t>
      </w:r>
      <w:r>
        <w:t>Body triggers, raised voice, speech, maybe elevate their hands or being more dramatic. The environment in this space will change and you will feel it. Like KK said. What's needed is just to mimic that calmer tone. Lower energy, study, pause and repeat back what that person is saying so that you can level set and make sure you are both on the same page.</w:t>
      </w:r>
    </w:p>
    <w:p w14:paraId="104F0603" w14:textId="77777777" w:rsidR="001F0458" w:rsidRDefault="00000000">
      <w:r>
        <w:t>Do you want me to keep going?</w:t>
      </w:r>
    </w:p>
    <w:p w14:paraId="42A64B33" w14:textId="77777777" w:rsidR="001F0458" w:rsidRDefault="00000000">
      <w:r>
        <w:rPr>
          <w:rStyle w:val="SpeakerLabel"/>
        </w:rPr>
        <w:t xml:space="preserve">KK: </w:t>
      </w:r>
      <w:r>
        <w:t>I'm going to say intensification. Escalation. Intensification can come off in many forms. I just want to give the highlight that being in relationship Misty knows I am louder, I talk with my hands, and very animated. We would look different for each individual. I want to give that morning. That we don't have that standard and that's why we're looking at the whole person.</w:t>
      </w:r>
    </w:p>
    <w:p w14:paraId="009FC084" w14:textId="77777777" w:rsidR="001F0458" w:rsidRDefault="00000000">
      <w:r>
        <w:t>As intensity begins to arrive and notice the shift. You will feel in the room in the space, Misty what you might notice?</w:t>
      </w:r>
    </w:p>
    <w:p w14:paraId="0BA94B64" w14:textId="77777777" w:rsidR="001F0458" w:rsidRDefault="00000000">
      <w:r>
        <w:rPr>
          <w:rStyle w:val="SpeakerLabel"/>
        </w:rPr>
        <w:t xml:space="preserve">MISTY DION: </w:t>
      </w:r>
      <w:r>
        <w:t>When you are in those situations you get them feeling overwhelmed. Those emotions overwhelm you and a lot of times it's taking the moment and breaking it down into fewer words. Giving it more time, space and patience.</w:t>
      </w:r>
    </w:p>
    <w:p w14:paraId="78BE0116" w14:textId="77777777" w:rsidR="001F0458" w:rsidRDefault="00000000">
      <w:r>
        <w:rPr>
          <w:rStyle w:val="SpeakerLabel"/>
        </w:rPr>
        <w:t xml:space="preserve">KK: </w:t>
      </w:r>
      <w:r>
        <w:t>Don't talk, listen. Yeah. And guess what? Here's the big thing. I'm going to say it one more time. Reflect back to the person what they are saying. What I am hearing you say is. And sometimes sit with the stillness of the silence. But can also bring it down a notch because of the connection point.</w:t>
      </w:r>
    </w:p>
    <w:p w14:paraId="2C3C9275" w14:textId="77777777" w:rsidR="001F0458" w:rsidRDefault="00000000">
      <w:r>
        <w:t>I am going to continue to talk about human hurdles because this is real and I feel like it gets discounted too often. Sometimes things can be hard in everyday life but when you engage the world in different ways it can be even more difficult. Things that may be a simple task for some are more difficult for others.</w:t>
      </w:r>
    </w:p>
    <w:p w14:paraId="2ACB4C20" w14:textId="77777777" w:rsidR="001F0458" w:rsidRDefault="00000000">
      <w:r>
        <w:t>I want to acknowledge that. The human hurdles is emotional peaks instead of crisis. I think we kind of discussed at the last session where crisis is a self-definition. Often the people that make those crisis calls are feeling fear. The person they are saying is in the crisis may not be feeling that.</w:t>
      </w:r>
    </w:p>
    <w:p w14:paraId="54343540" w14:textId="77777777" w:rsidR="001F0458" w:rsidRDefault="00000000">
      <w:r>
        <w:lastRenderedPageBreak/>
        <w:t>What you might notice, Misty if you want to do that,</w:t>
      </w:r>
    </w:p>
    <w:p w14:paraId="71EBB8FB" w14:textId="77777777" w:rsidR="001F0458" w:rsidRDefault="00000000">
      <w:r>
        <w:rPr>
          <w:rStyle w:val="SpeakerLabel"/>
        </w:rPr>
        <w:t xml:space="preserve">MISTY DION: </w:t>
      </w:r>
      <w:r>
        <w:t>Sure. Some of the emotional peaks you would notice, I'm sorry are you on slide 15? Or 14?</w:t>
      </w:r>
    </w:p>
    <w:p w14:paraId="7B246220" w14:textId="77777777" w:rsidR="001F0458" w:rsidRDefault="00000000">
      <w:r>
        <w:rPr>
          <w:rStyle w:val="SpeakerLabel"/>
        </w:rPr>
        <w:t xml:space="preserve">KK: </w:t>
      </w:r>
      <w:r>
        <w:t>14.</w:t>
      </w:r>
    </w:p>
    <w:p w14:paraId="3DD56A06" w14:textId="77777777" w:rsidR="001F0458" w:rsidRDefault="00000000">
      <w:r>
        <w:rPr>
          <w:rStyle w:val="SpeakerLabel"/>
        </w:rPr>
        <w:t xml:space="preserve">MISTY DION: </w:t>
      </w:r>
      <w:r>
        <w:t>Just making sure. It's the state of nervous system taking over. It's the overwhelming I think this is what I was saying earlier. If stealing with the moment they are in. Making sure that you adapt to that moment.</w:t>
      </w:r>
    </w:p>
    <w:p w14:paraId="3F514085" w14:textId="77777777" w:rsidR="001F0458" w:rsidRDefault="00000000">
      <w:r>
        <w:rPr>
          <w:rStyle w:val="SpeakerLabel"/>
        </w:rPr>
        <w:t xml:space="preserve">KK: </w:t>
      </w:r>
      <w:r>
        <w:t>Is going to look different for everybody, like we said. For some, like I said I was really frustrated and I started to cry because I couldn't even be mad. It's going to be individual. But I think really just say I am here.</w:t>
      </w:r>
    </w:p>
    <w:p w14:paraId="2B250E14" w14:textId="77777777" w:rsidR="001F0458" w:rsidRDefault="00000000">
      <w:r>
        <w:rPr>
          <w:rStyle w:val="SpeakerLabel"/>
        </w:rPr>
        <w:t xml:space="preserve">MISTY DION: </w:t>
      </w:r>
      <w:r>
        <w:t>Is uncomfortable.</w:t>
      </w:r>
    </w:p>
    <w:p w14:paraId="4799CDFC" w14:textId="77777777" w:rsidR="001F0458" w:rsidRDefault="00000000">
      <w:r>
        <w:rPr>
          <w:rStyle w:val="SpeakerLabel"/>
        </w:rPr>
        <w:t xml:space="preserve">KK: </w:t>
      </w:r>
      <w:r>
        <w:t>Yes. But be stretched and stay present. Sit in that uncomfortable Woody, because guess what? Nobody should be alone in those emotions. I think that's what we would want for our peers, right? To be supported in those hard moments of stretching.</w:t>
      </w:r>
    </w:p>
    <w:p w14:paraId="728029A4" w14:textId="77777777" w:rsidR="001F0458" w:rsidRDefault="00000000">
      <w:r>
        <w:t>It's really important that we ask what the person needs and what that would look like. Is there anything I can best do to support you in this moment? I am going to share this space with you and be present but I just want to inquire if there's anything more that I can do to best support you in this moment. Right there that open so door for additional needs. You presented a safe space of communication.</w:t>
      </w:r>
    </w:p>
    <w:p w14:paraId="39CA6467" w14:textId="77777777" w:rsidR="001F0458" w:rsidRDefault="00000000">
      <w:pPr>
        <w:pStyle w:val="Heading1"/>
      </w:pPr>
      <w:r>
        <w:t>Restorative Wellness</w:t>
      </w:r>
    </w:p>
    <w:p w14:paraId="247A8595" w14:textId="77777777" w:rsidR="001F0458" w:rsidRDefault="00000000">
      <w:r>
        <w:t>This is one of my favorites. Restorative wellness. We don't use this terminology. I'm kind of introducing language to you guys that I find is so important. The helpful hint is use the terms restorative wellness instead of recovery because we are not broken. We don't need to recover. It's not what is wrong with you, it is what happened to you.</w:t>
      </w:r>
    </w:p>
    <w:p w14:paraId="0B636785" w14:textId="77777777" w:rsidR="001F0458" w:rsidRDefault="00000000">
      <w:r>
        <w:t>I think we keep thinking about, I mean I literally just had someone say, "What is wrong with you?" Yesterday. We still think that's OK. It's not.</w:t>
      </w:r>
    </w:p>
    <w:p w14:paraId="7F870A3E" w14:textId="77777777" w:rsidR="001F0458" w:rsidRDefault="00000000">
      <w:r>
        <w:t>As intensity begins to decrease that is a really big thing. I believe next week we will go into the whole grounding aspect of somatic exercises and it's a really important thing because there's a lot more to it that if we can get grounded and be connected as Misty literally just shared about you can feel the coming down out of hypervigilance, right? You are not on high alert as much and you actually can watch someone's body language relax back a little bit.</w:t>
      </w:r>
    </w:p>
    <w:p w14:paraId="7AA0DDD0" w14:textId="77777777" w:rsidR="001F0458" w:rsidRDefault="00000000">
      <w:r>
        <w:t>They are not in defense attack mode, right? And you can actually watch that decrease ND escalate, or really restores that wellness and Centerpoint in that safe space. If you would like to do those click.</w:t>
      </w:r>
    </w:p>
    <w:p w14:paraId="086A66FB" w14:textId="77777777" w:rsidR="001F0458" w:rsidRDefault="00000000">
      <w:r>
        <w:rPr>
          <w:rStyle w:val="SpeakerLabel"/>
        </w:rPr>
        <w:t xml:space="preserve">MISTY DION: </w:t>
      </w:r>
      <w:r>
        <w:t>Sure. The restorative justice. Providing the grace and empathy stillness, calm and quietness and reassurance. I asked them what they would like and beeper paired to stick through with them. A lot of times we are presented with a situation that's weighing heavy and we sometimes get overwhelmed by the emotion. But taking the time working through that with them instead of answering that I think is critical.</w:t>
      </w:r>
    </w:p>
    <w:p w14:paraId="74FD6CBE" w14:textId="77777777" w:rsidR="001F0458" w:rsidRDefault="00000000">
      <w:r>
        <w:rPr>
          <w:rStyle w:val="SpeakerLabel"/>
        </w:rPr>
        <w:t xml:space="preserve">KK: </w:t>
      </w:r>
      <w:r>
        <w:t>Inquire. Don't give answers. Right? I think what we need to do next is no, no, no like Misty pointed out. What would you like to have happen next? What does it look like to you?</w:t>
      </w:r>
    </w:p>
    <w:p w14:paraId="3941B2C1" w14:textId="77777777" w:rsidR="001F0458" w:rsidRDefault="00000000">
      <w:r>
        <w:lastRenderedPageBreak/>
        <w:t>Also I want to echo that she said be present and get grounded with them. Sam going to do some breathing with you. We work through this together and I am here for you.</w:t>
      </w:r>
    </w:p>
    <w:p w14:paraId="28736829" w14:textId="77777777" w:rsidR="001F0458" w:rsidRDefault="00000000">
      <w:r>
        <w:t>I also really want to highlight this is the part that we miss. We don't often get here. I really want to celebrate getting here because, as Misty shared and how we are really saying be stretched, feel the discomfort but feel it together connected.</w:t>
      </w:r>
    </w:p>
    <w:p w14:paraId="6E6FC2C3" w14:textId="77777777" w:rsidR="001F0458" w:rsidRDefault="00000000">
      <w:r>
        <w:rPr>
          <w:rStyle w:val="SpeakerLabel"/>
        </w:rPr>
        <w:t xml:space="preserve">MISTY DION: </w:t>
      </w:r>
      <w:r>
        <w:t>If I could interject real quick in the last part. One of the most important parts I find with this even within myself in situations like this and I am feeling the nervousness, because it may be a situation I haven't been in, knowing that that person can feel it to just making sure helping to stay calm in this connection with them, but then taking the moment we don't have to have the answers. We don't have to do the next step one on the other, doing it together and being in that moment.</w:t>
      </w:r>
    </w:p>
    <w:p w14:paraId="508F92D3" w14:textId="77777777" w:rsidR="001F0458" w:rsidRDefault="00000000">
      <w:r>
        <w:t>I like the way you rounded this in the curriculum and I'm sure I'm probably jumping ahead and I should shut up, but I like the way you walk us through how we do this with staff, with our team, to prevent what people call a crisis from happening.</w:t>
      </w:r>
    </w:p>
    <w:p w14:paraId="2F00765B" w14:textId="77777777" w:rsidR="001F0458" w:rsidRDefault="00000000">
      <w:r>
        <w:rPr>
          <w:rStyle w:val="SpeakerLabel"/>
        </w:rPr>
        <w:t xml:space="preserve">KK: </w:t>
      </w:r>
      <w:r>
        <w:t>Appreciated so much. Just really quick I want to give a quick example. Sometimes Misty and I are in a really intense experience and up on a podium speaking and there was so much going on and not everybody was being so kind. Misty gently leaned over to me, put her hand on my hand because she knew that I was escalating and about to either yell or cry because it was very hurtful.</w:t>
      </w:r>
    </w:p>
    <w:p w14:paraId="3FC94265" w14:textId="77777777" w:rsidR="001F0458" w:rsidRDefault="00000000">
      <w:r>
        <w:t>She said, I'm with you, I saw that and I'm staying with you. It was just that reassurance moment and it was literally just a hand on a hand and I am here with you in your connection points. It's really important, guys. Sometimes it is the small things that are the most powerful.</w:t>
      </w:r>
    </w:p>
    <w:p w14:paraId="27050585" w14:textId="77777777" w:rsidR="001F0458" w:rsidRDefault="00000000">
      <w:r>
        <w:t>I know I am running a little bit behind but hope we are able to give you some real practical and gauge bull examples.</w:t>
      </w:r>
    </w:p>
    <w:p w14:paraId="06B17737" w14:textId="77777777" w:rsidR="001F0458" w:rsidRDefault="00000000">
      <w:pPr>
        <w:pStyle w:val="Heading1"/>
      </w:pPr>
      <w:r>
        <w:t>Wellness Capital</w:t>
      </w:r>
    </w:p>
    <w:p w14:paraId="61373FC9" w14:textId="77777777" w:rsidR="001F0458" w:rsidRDefault="00000000">
      <w:r>
        <w:t>Phase 5, wellness capital. Helpful hints using the term wellness capital instead of postcrisis. Often we use postcrisis, but this is a really important one because it is going to shift and change over time. As intensity continues to decrease we might make more room for reconnection and reflection. Deciding if something comes next, or if this was to occur again how can I better support you in that moment, right?</w:t>
      </w:r>
    </w:p>
    <w:p w14:paraId="1F96F4D0" w14:textId="77777777" w:rsidR="001F0458" w:rsidRDefault="00000000">
      <w:r>
        <w:t>Do you need more space? What is it? Do you want me to step back? Stay with? You are really honoring that individual. Really it is a decrease in the physical, the body tension goes down, you are kinda getting reconnected, but that's where I said you can do one of the grounding exercises together like deep breathing. What you need to stay calm just really have that calm tone. Don't elevate with it as with the individual. Allow them to feel that feeling and experience that emotion and you stay calm.</w:t>
      </w:r>
    </w:p>
    <w:p w14:paraId="7D3A8D86" w14:textId="77777777" w:rsidR="001F0458" w:rsidRDefault="00000000">
      <w:r>
        <w:t>Be that thermostat holding that setting for when they come back down. Attempt to repair, which means we didn't betray the trust and that's a big thing that occurs during this time you will get into that in a little bit. You can tagteam and bounce off of each other what you would maybe like for the next time. Maybe some proactive advocacy tips such as an advanced directive of personal wellness plan which can then be used.</w:t>
      </w:r>
    </w:p>
    <w:p w14:paraId="4A545633" w14:textId="77777777" w:rsidR="001F0458" w:rsidRDefault="00000000">
      <w:r>
        <w:t>Often I think is that individuals never felt the right or safe space to feel their feelings share with these intense emotions can look like and feel like and it's almost a relief not just the coming down.</w:t>
      </w:r>
    </w:p>
    <w:p w14:paraId="207BBA92" w14:textId="77777777" w:rsidR="001F0458" w:rsidRDefault="00000000">
      <w:r>
        <w:rPr>
          <w:rStyle w:val="SpeakerLabel"/>
        </w:rPr>
        <w:lastRenderedPageBreak/>
        <w:t xml:space="preserve">BETHANY BALDWIN: </w:t>
      </w:r>
      <w:r>
        <w:t>I'm just popping in to say let's go ahead and keep going and try to push through to the end of the presentation. However, we are very curious about what the audience thoughts are on some of the things that they have heard. Some of your past experiences. What's one thing that helps you to keep the interaction from getting more heated? I'm really curious to hear what folks do in their situation navigating the type of scenario.</w:t>
      </w:r>
    </w:p>
    <w:p w14:paraId="45B136ED" w14:textId="77777777" w:rsidR="001F0458" w:rsidRDefault="00000000">
      <w:r>
        <w:t>Then as a follow-up if you have time to supply little bit more when you feel the temperature of a conversation changing what helps you to release bond rather than react. We are going to drop those questions in the chat and then keep on moving through. We still have about 14 more slides but these are incredibly important slides that just reflect the dynamics of the situation as they quote unquote escalate or things intensify and so I appreciate Misty and KK for taking the time to get the phases down. We can continue the conversation. Keep going and we will go down to the next slide. You, Misty and KK.</w:t>
      </w:r>
    </w:p>
    <w:p w14:paraId="3A94EB4E" w14:textId="77777777" w:rsidR="001F0458" w:rsidRDefault="00000000">
      <w:r>
        <w:rPr>
          <w:rStyle w:val="SpeakerLabel"/>
        </w:rPr>
        <w:t xml:space="preserve">KK: </w:t>
      </w:r>
      <w:r>
        <w:t>Thank you so much. If you want please respond to the question the chat. It's an important one. I think that I really hope if one of the biggest takeaways is that this is very real and it's actually a big deal because as we live this I know there are times I can call Misty. Just want to share this really quick because we actually do this because it's real and everyday life. If there are times I will say, hey I am here to let her just event. I think everybody needs that and vice versa. But the point is that we have that connection so we actually know when that's needed, if that makes sense. It is that safe space to really allow it.</w:t>
      </w:r>
    </w:p>
    <w:p w14:paraId="7E13D491" w14:textId="77777777" w:rsidR="001F0458" w:rsidRDefault="00000000">
      <w:r>
        <w:t>When that's happening I'm all riled up about something and I am upset or I am hurting she stays calm and she will validated for me the very same as I do for her. There such a high value in this. We are actually living what it is we're sharing. What you guys to know this. This is the real live model I created for my heart and my life stop knowing what I didn't get in wanting to extend it to our community because we are the ones that know what we need. I think we forget that sometimes. We get thrown back into accepting what we are told and not being asked you in that space. So throw that in there.</w:t>
      </w:r>
    </w:p>
    <w:p w14:paraId="59CEB895" w14:textId="77777777" w:rsidR="001F0458" w:rsidRDefault="00000000">
      <w:pPr>
        <w:pStyle w:val="Heading1"/>
      </w:pPr>
      <w:r>
        <w:t>Connection and Shifting Mindsets</w:t>
      </w:r>
    </w:p>
    <w:p w14:paraId="6A8C1A59" w14:textId="77777777" w:rsidR="001F0458" w:rsidRDefault="00000000">
      <w:r>
        <w:t>Matching the intensity like I said before. Stay monotone but engaged. Laying in, like Misty said, to the discomfort. Having that person know that you care that much they are willing to be there in that moment almost makes me emotional because it's so beautiful and he think we almost minimize it and want to silence it.</w:t>
      </w:r>
    </w:p>
    <w:p w14:paraId="1BDBA997" w14:textId="77777777" w:rsidR="001F0458" w:rsidRDefault="00000000">
      <w:r>
        <w:t>This is part of the human journey, guys. I think we forget that. Really connecting with an individual when they are feeling their feelings and understanding all of those emotions, but they're working through it and not stuffing it is powerful because too often eruptions happen because we've been forced or not had the safe space to have those shared encounters.</w:t>
      </w:r>
    </w:p>
    <w:p w14:paraId="5505D6DA" w14:textId="77777777" w:rsidR="001F0458" w:rsidRDefault="00000000">
      <w:r>
        <w:t>Connection settles into the nervous system just like we were talking about. It also equalizes power dynamics. That's where the power balance is really important. We do not overpower nor suppress. We meet everyone where they are.</w:t>
      </w:r>
    </w:p>
    <w:p w14:paraId="5C105098" w14:textId="77777777" w:rsidR="001F0458" w:rsidRDefault="00000000">
      <w:r>
        <w:t xml:space="preserve">Misty is my peer and I meet her where she is, and she meets me where I am and some days we meet each other both crying and that's OK too. But it's about really doing life in connection can also mean I've been working with somebody. Somebody from our community and all it takes is to look across the room and just will take a deep breath and it is silent communication, but they know I'm </w:t>
      </w:r>
      <w:r>
        <w:lastRenderedPageBreak/>
        <w:t>right there with them even though we can begin as a meeting because it's that deep breath. Sometimes you can even take it in community with people around you.</w:t>
      </w:r>
    </w:p>
    <w:p w14:paraId="78F0CA88" w14:textId="77777777" w:rsidR="001F0458" w:rsidRDefault="00000000">
      <w:r>
        <w:t>That means I'm seeing it and I am there with you even obey conversation can be happening. I just want to highlight that.</w:t>
      </w:r>
    </w:p>
    <w:p w14:paraId="4896B226" w14:textId="77777777" w:rsidR="001F0458" w:rsidRDefault="00000000">
      <w:r>
        <w:t>Shifting mindsets. Does the big one. We are not fixers, helpers or managers. None of us are cases that need to be managed. How that lingo is still used blows my mind. The person we are talking about human to human connection, person-to-person compassion and peer to peer support authentically. Misty, you want to throw anything in there?</w:t>
      </w:r>
    </w:p>
    <w:p w14:paraId="583D47A0" w14:textId="77777777" w:rsidR="001F0458" w:rsidRDefault="00000000">
      <w:r>
        <w:rPr>
          <w:rStyle w:val="SpeakerLabel"/>
        </w:rPr>
        <w:t xml:space="preserve">MISTY DION: </w:t>
      </w:r>
      <w:r>
        <w:t>Note, keep going. All I can say, KK is the human connection we have our community is the essence of what protects people from ending up in an institution or guardianship for any of those things because they know they can pick up the phone and call. That's a support decision-making and vice versa.</w:t>
      </w:r>
    </w:p>
    <w:p w14:paraId="41F1AD93" w14:textId="77777777" w:rsidR="001F0458" w:rsidRDefault="00000000">
      <w:r>
        <w:t>It's critical. Without that you can't have it.</w:t>
      </w:r>
    </w:p>
    <w:p w14:paraId="6F9CC22E" w14:textId="77777777" w:rsidR="001F0458" w:rsidRDefault="00000000">
      <w:r>
        <w:rPr>
          <w:rStyle w:val="SpeakerLabel"/>
        </w:rPr>
        <w:t xml:space="preserve">KK: </w:t>
      </w:r>
      <w:r>
        <w:t>It to save space, guys. That's really important. I think we often don't realize the value of what it is historically what was fought for. Often we don't realize. Think about how even just in the mood and movement itself that probably looked like anger, didn't it? But that was the passion for the justice and rights and is actually why we are here right now. I think we need to think about that.</w:t>
      </w:r>
    </w:p>
    <w:p w14:paraId="6BD2607C" w14:textId="77777777" w:rsidR="001F0458" w:rsidRDefault="00000000">
      <w:r>
        <w:t xml:space="preserve">Think about the community connection and collaboration to marsh what it took to the capital. We need to kind of just reflect back to lean forward. Thanks Misty. </w:t>
      </w:r>
      <w:r>
        <w:br/>
        <w:t>Come lease</w:t>
      </w:r>
    </w:p>
    <w:p w14:paraId="00CC65F8" w14:textId="77777777" w:rsidR="001F0458" w:rsidRDefault="00000000">
      <w:pPr>
        <w:pStyle w:val="Heading1"/>
      </w:pPr>
      <w:r>
        <w:t>Center Yourself and Do Not Control</w:t>
      </w:r>
    </w:p>
    <w:p w14:paraId="3C708461" w14:textId="77777777" w:rsidR="001F0458" w:rsidRDefault="00000000">
      <w:r>
        <w:t>D center yourself and don't control. This is a big one. Us as the supporter often it is us that comes to fear for his grace is-- or considers crisis. Think often if we asked the person is this a crisis to you they may not say that. But it may be a crisis to us because we are uncomfortable. Uncomfortably does not equal crisis. Let me just be clear about that, OK?</w:t>
      </w:r>
    </w:p>
    <w:p w14:paraId="43935A4D" w14:textId="77777777" w:rsidR="001F0458" w:rsidRDefault="00000000">
      <w:r>
        <w:t>On comfortability does not equal crisis. Because out of that misidentified on comfortability institutionalization and coercion can can-- come and it's our job to protect the community from further harm. D center yourself and how you respond. Stay calm, steady, respond. I wouldn't use the word help to counter space and create space for vulnerability and engagement.</w:t>
      </w:r>
    </w:p>
    <w:p w14:paraId="06FC11D8" w14:textId="77777777" w:rsidR="001F0458" w:rsidRDefault="00000000">
      <w:r>
        <w:t>Vulnerability is not a negative word. I think too often is used as a negative word. I think we forget that we are all human. Yes, I said I cried. I think I said I cried three times already in this webinar and we are all human and we cried, we yelled. I don't know why it's supposed to be put on mute for some of us. Because it can be scary, because it could lead to us losing our rights if we express ourselves in unsafe location. I'm just being honest about this. We've seen it happen too many times, guys.</w:t>
      </w:r>
    </w:p>
    <w:p w14:paraId="0F454518" w14:textId="77777777" w:rsidR="001F0458" w:rsidRDefault="00000000">
      <w:r>
        <w:t>Using the womxn reflection-- WHAM response. Be aware of your breathing and be aware of your body is actually less intense. You can even see the veins in your neck. You can feel it when you're getting angry, your tone changes and all of it. We can also see it as a de-escalation.</w:t>
      </w:r>
    </w:p>
    <w:p w14:paraId="6F7850FB" w14:textId="77777777" w:rsidR="001F0458" w:rsidRDefault="00000000">
      <w:r>
        <w:t>Slow your breath, maybe stop talking. Take long exhales. As you are de-escalating you are not going to see the defensive stance which would be arms crossed and that you'll have more open posture and respond without adding any intensity.</w:t>
      </w:r>
    </w:p>
    <w:p w14:paraId="75C78DEA" w14:textId="77777777" w:rsidR="001F0458" w:rsidRDefault="00000000">
      <w:r>
        <w:lastRenderedPageBreak/>
        <w:t>That means your steadiness is that grounding platform, right? Just like the best example I can give you is it can be as simple as one word. It can be as simple as one hand touch, one I am here that means you are the anchor. You are validating and holding that atmosphere. You're the thermostat for the individual to feel safe to share. We are steady in that. Dialogue.</w:t>
      </w:r>
    </w:p>
    <w:p w14:paraId="039C3708" w14:textId="77777777" w:rsidR="001F0458" w:rsidRDefault="00000000">
      <w:r>
        <w:t>Misty, I will have you take this one because it is important.</w:t>
      </w:r>
    </w:p>
    <w:p w14:paraId="1AF7EC79" w14:textId="77777777" w:rsidR="001F0458" w:rsidRDefault="00000000">
      <w:r>
        <w:rPr>
          <w:rStyle w:val="SpeakerLabel"/>
        </w:rPr>
        <w:t xml:space="preserve">MISTY DION: </w:t>
      </w:r>
      <w:r>
        <w:t>Use healing center practices by not moving away but leaning in and being centered. Let's get away from the medical model. Trauma-informed practices are not what we need. We need centering, healing, meeting people as the peer. Focus on the well-being, the culture, the identity of being individual. What's causing the issue?</w:t>
      </w:r>
    </w:p>
    <w:p w14:paraId="3437AB22" w14:textId="77777777" w:rsidR="001F0458" w:rsidRDefault="00000000">
      <w:r>
        <w:t>Then reflective so they know you understand and it's not a personal attack. You can work through the issue with them and use the body language and eye contact. They can feel it and you can feel it. You know when you're in the presence of someone sitting with you and going through with you. But operating from that holistic center focus.</w:t>
      </w:r>
    </w:p>
    <w:p w14:paraId="56AD14A3" w14:textId="77777777" w:rsidR="001F0458" w:rsidRDefault="00000000">
      <w:r>
        <w:rPr>
          <w:rStyle w:val="SpeakerLabel"/>
        </w:rPr>
        <w:t xml:space="preserve">KK: </w:t>
      </w:r>
      <w:r>
        <w:t>Absolutely, Misty. Before that we will back up 20 and affirm and validate. That symbol of inherent with you. We may not have the same experience because everyone has their own life experience expert. However there is a shared understanding. I am going to echo that bearing witness and validation is probably one of the most powerful things we can do and extend.</w:t>
      </w:r>
    </w:p>
    <w:p w14:paraId="48FD9086" w14:textId="77777777" w:rsidR="001F0458" w:rsidRDefault="00000000">
      <w:r>
        <w:t>It is the power of presence, the power of peer support, which is one of our foundational pieces within our core services. I think often we forget that sometimes. What it really looks like in a social model, not the medical model or the provider delivery system, right?</w:t>
      </w:r>
    </w:p>
    <w:p w14:paraId="429E4051" w14:textId="77777777" w:rsidR="001F0458" w:rsidRDefault="00000000">
      <w:r>
        <w:t>I think never tell a person to calm down. I think that's something we hear too often., Down. It's not that serious. -- Calmed down it's not that serious.</w:t>
      </w:r>
    </w:p>
    <w:p w14:paraId="4C1642E2" w14:textId="77777777" w:rsidR="001F0458" w:rsidRDefault="00000000">
      <w:r>
        <w:rPr>
          <w:rStyle w:val="SpeakerLabel"/>
        </w:rPr>
        <w:t xml:space="preserve">MISTY DION: </w:t>
      </w:r>
      <w:r>
        <w:t>Glad you took me back to missing that side because that's the crux of the issue. Thank you for pointing that out., Down or calling them out that the reaction is unjustified and that's critical. Allow them. Come with them in the motion. How else if they are not experiencing it with you?</w:t>
      </w:r>
    </w:p>
    <w:p w14:paraId="0D10C1AE" w14:textId="77777777" w:rsidR="001F0458" w:rsidRDefault="00000000">
      <w:r>
        <w:rPr>
          <w:rStyle w:val="SpeakerLabel"/>
        </w:rPr>
        <w:t xml:space="preserve">BETHANY BALDWIN: </w:t>
      </w:r>
      <w:r>
        <w:t>This is just Bethany and I want to say we have 13 slides left and 10 minutes before we have to go into the Q&amp;A. Thank you.</w:t>
      </w:r>
    </w:p>
    <w:p w14:paraId="56E2E110" w14:textId="77777777" w:rsidR="001F0458" w:rsidRDefault="00000000">
      <w:pPr>
        <w:pStyle w:val="Heading1"/>
      </w:pPr>
      <w:r>
        <w:t>Healing Centered Practices</w:t>
      </w:r>
    </w:p>
    <w:p w14:paraId="58E10D22" w14:textId="77777777" w:rsidR="001F0458" w:rsidRDefault="00000000">
      <w:r>
        <w:rPr>
          <w:rStyle w:val="SpeakerLabel"/>
        </w:rPr>
        <w:t xml:space="preserve">KK: </w:t>
      </w:r>
      <w:r>
        <w:t>No problem. Next slide. Misty actually did this once all just do a quick hit of it. Moving away from trauma informed to healing center this is really important because we work on a trauma informed practice on the medical model and it totally disregards the core heart of IL which is a social model concept and disregards agency and autonomy.</w:t>
      </w:r>
    </w:p>
    <w:p w14:paraId="4CC1C7E3" w14:textId="77777777" w:rsidR="001F0458" w:rsidRDefault="00000000">
      <w:r>
        <w:t>Prioritize, don't control. Prioritize space rather than pressure. Pressure and control can lead to an emotional response. It can also elevate very quickly which avoids the trap of trying to form a resolution. That's a big one. Provide time, space and room for the processing. Breathing room. As I say give the grace in the space. I think that's really important.</w:t>
      </w:r>
    </w:p>
    <w:p w14:paraId="411E36F1" w14:textId="77777777" w:rsidR="001F0458" w:rsidRDefault="00000000">
      <w:r>
        <w:t>Now that we have this grace model we can refer to, and guys you will get tools and handouts to be using so you put it into practice. Breathing room to restore the self-determination, autonomy and control.</w:t>
      </w:r>
    </w:p>
    <w:p w14:paraId="3F2E8F79" w14:textId="77777777" w:rsidR="001F0458" w:rsidRDefault="00000000">
      <w:pPr>
        <w:pStyle w:val="Heading1"/>
      </w:pPr>
      <w:r>
        <w:lastRenderedPageBreak/>
        <w:t>When to Disengage and Seek Support</w:t>
      </w:r>
    </w:p>
    <w:p w14:paraId="7842D937" w14:textId="77777777" w:rsidR="001F0458" w:rsidRDefault="00000000">
      <w:r>
        <w:t>When to disengage and went to seek support. Misty, I know this was really important so do you want to hit this and 24?</w:t>
      </w:r>
    </w:p>
    <w:p w14:paraId="3793FF07" w14:textId="77777777" w:rsidR="001F0458" w:rsidRDefault="00000000">
      <w:r>
        <w:rPr>
          <w:rStyle w:val="SpeakerLabel"/>
        </w:rPr>
        <w:t xml:space="preserve">MISTY DION: </w:t>
      </w:r>
      <w:r>
        <w:t>Sure. Knowing when to disengage and seek support is critical. I know I keep talking about the guardianship situation and is supported decision-making and I love that KK has the tools for us, right here is where goes wrong so many times. I think we just need to remember that we honor the individual and safeguard the individual our peer well they are going through this situation.</w:t>
      </w:r>
    </w:p>
    <w:p w14:paraId="43AB86AF" w14:textId="77777777" w:rsidR="001F0458" w:rsidRDefault="00000000">
      <w:r>
        <w:t>Safety first, no more limits, right? If possible let the individual know or your limits are. Know that they understand you are there with them. If safety is an issue we deal with that together. Sit back and take breaks I want to continue helping you but I'm willing to stay the course and do it with you.</w:t>
      </w:r>
    </w:p>
    <w:p w14:paraId="265ACAEE" w14:textId="77777777" w:rsidR="001F0458" w:rsidRDefault="00000000">
      <w:r>
        <w:t>Ask for help and support for ourselves and the consumer if we need it. Keeping in mind this is really tough. So we had to stay true to ourselves or we can stay true to the person.</w:t>
      </w:r>
    </w:p>
    <w:p w14:paraId="0427E0C2" w14:textId="77777777" w:rsidR="001F0458" w:rsidRDefault="00000000">
      <w:r>
        <w:t>When you say let's take five minutes let's take five minutes and then asked to come back but make sure you don't leave them hanging. Do you want me to go to the next slide?</w:t>
      </w:r>
    </w:p>
    <w:p w14:paraId="08E63338" w14:textId="77777777" w:rsidR="001F0458" w:rsidRDefault="00000000">
      <w:r>
        <w:rPr>
          <w:rStyle w:val="SpeakerLabel"/>
        </w:rPr>
        <w:t xml:space="preserve">KK: </w:t>
      </w:r>
      <w:r>
        <w:t>Yes please.</w:t>
      </w:r>
    </w:p>
    <w:p w14:paraId="02479C6D" w14:textId="77777777" w:rsidR="001F0458" w:rsidRDefault="00000000">
      <w:pPr>
        <w:pStyle w:val="Heading1"/>
      </w:pPr>
      <w:r>
        <w:t>De Escalation Informed Choice and Law Enforcement</w:t>
      </w:r>
    </w:p>
    <w:p w14:paraId="1048B41A" w14:textId="77777777" w:rsidR="001F0458" w:rsidRDefault="00000000">
      <w:r>
        <w:rPr>
          <w:rStyle w:val="SpeakerLabel"/>
        </w:rPr>
        <w:t xml:space="preserve">MISTY DION: </w:t>
      </w:r>
      <w:r>
        <w:t>De-escalation and informed choice and contacting law enforcement. Centering an individual remember first and safety, but remembering our role in the independent living movement we have to respect the autonomy and control of the individual. The self-determination? This is Russia's essay-- systemic in the alternative support considered before contact involving law enforcement.</w:t>
      </w:r>
    </w:p>
    <w:p w14:paraId="50320D42" w14:textId="77777777" w:rsidR="001F0458" w:rsidRDefault="00000000">
      <w:r>
        <w:t>Make sure we are having that conversation with them and make sure they know what it looks like to support them and ensure their emotional wellness, our people and ourselves. We must resist the urge to engage automatically.</w:t>
      </w:r>
    </w:p>
    <w:p w14:paraId="2B337638" w14:textId="77777777" w:rsidR="001F0458" w:rsidRDefault="00000000">
      <w:r>
        <w:t>A system of response that moves towards an individualized voluntary support because it's that voluntary support where the world trust and the real work begins. Involving a symptom that comes into correcting issue that we've already been educated on this is an issue, right? We're living life with people and so experiencing the situation with them rather than looking at it like there issue and calling on somebody. I will let you finish that up. To me that's where guardianship would come in</w:t>
      </w:r>
    </w:p>
    <w:p w14:paraId="704B02A1" w14:textId="77777777" w:rsidR="001F0458" w:rsidRDefault="00000000">
      <w:r>
        <w:rPr>
          <w:rStyle w:val="SpeakerLabel"/>
        </w:rPr>
        <w:t xml:space="preserve">KK: </w:t>
      </w:r>
      <w:r>
        <w:t>Misty is hitting the nail on the head because often we are uncomfortable. Because there is that automatic feeling of discomfort that we pull back consider leaning into that discomfort and being in it with the individual as they are navigating and leaving. We automatically take that control of choice instead of being very clear that if this is where the line is and I am hearing that you're not feeling safe I think we need to talk about you making that call while I am here to support you. But that is still them, it is not us because if we break that trust and this occurs you most likely will not see that individual again and that's the really hard part of all of this. Often if interventions are called it is extremely difficult. To even navigate in where they get moved to. This Lana there's a lot to that-- there's a lot to that but honoring the individual.</w:t>
      </w:r>
    </w:p>
    <w:p w14:paraId="08B0D4DA" w14:textId="77777777" w:rsidR="001F0458" w:rsidRDefault="00000000">
      <w:r>
        <w:t>Ask the individual directly what they need, may need or what they want. What's the best strategies for them when they're feeling this way. Like I said, all we are is our own life experience experts and you'd be surprised how sometimes small things go along way.</w:t>
      </w:r>
    </w:p>
    <w:p w14:paraId="02E25424" w14:textId="77777777" w:rsidR="001F0458" w:rsidRDefault="00000000">
      <w:r>
        <w:lastRenderedPageBreak/>
        <w:t>Identify any immediate consumer needs. Check to determine if there's any specific real concerns being present in the moment or are we relying on assumptions because somebody says I don't want to be here anymore. That does not mean they are a risk for self-harm. There's a lot of things we need to be mindful of that can be said out of the motions that often can get weapon eyes and do get weapon eyes against us. Don't assume, inquire.</w:t>
      </w:r>
    </w:p>
    <w:p w14:paraId="3FC28B3F" w14:textId="77777777" w:rsidR="001F0458" w:rsidRDefault="00000000">
      <w:r>
        <w:t>This is a huge one. I think this is where we haven't talked about it enough. De-escalation and informed choice. Contacting law enforcement, prioritize alternative supports. Do you guys know what those are in your backyard? Do know would appear respite looks like? Are there peer warm lines? It's our job and responsibility to stay informed, right? Do explore community-based supports and then take the weight-- and then technician-- techniques like grounding. Or pulling trusted allies from organizations. This is a really important one because often it is that big leap that goes right into the 988 crisis response.</w:t>
      </w:r>
    </w:p>
    <w:p w14:paraId="2564C323" w14:textId="77777777" w:rsidR="001F0458" w:rsidRDefault="00000000">
      <w:r>
        <w:t>Evaluate impact. How law-enforcement intervention can negatively impact this individual due to their disability, trauma, language, other identities and intersectionality's that may result in real system harm driven by bias.</w:t>
      </w:r>
    </w:p>
    <w:p w14:paraId="259ED8A1" w14:textId="77777777" w:rsidR="001F0458" w:rsidRDefault="00000000">
      <w:r>
        <w:t>I'm going to take a quick pause and say that this is why this is so important. I think the risk factor sometimes of actually having that interaction I think we have not waited not enough or look at that enough because it is uncomfortable. But if we are being really honest and authentic I think it's time to do that and to really talk transparently about these everyday things.</w:t>
      </w:r>
    </w:p>
    <w:p w14:paraId="59E953D5" w14:textId="77777777" w:rsidR="001F0458" w:rsidRDefault="00000000">
      <w:r>
        <w:t>I think we are getting near there. De-escalation informed choice. On her dignity and risk. Distinguish between a situation that involves dignity of risk where the peer chooses to take risks or handle a situation differently than what we would want. Maybe then what would choose, recommend or encourage. Guess what? Making a bad decision is still a right. We don't have to agree with all of them, right?</w:t>
      </w:r>
    </w:p>
    <w:p w14:paraId="6741E6D2" w14:textId="77777777" w:rsidR="001F0458" w:rsidRDefault="00000000">
      <w:r>
        <w:t>It's true. Immediate safety issues first and foremost that's going to be the number one thing. We are going to be identifying that.</w:t>
      </w:r>
    </w:p>
    <w:p w14:paraId="6640FB53" w14:textId="77777777" w:rsidR="001F0458" w:rsidRDefault="00000000">
      <w:r>
        <w:t>Define emergency boundaries. Limit law enforcement strictly to situations involving intimate, life-threatening physical danger or organizational mandates leave no other option. Is that OK?</w:t>
      </w:r>
    </w:p>
    <w:p w14:paraId="65F694B6" w14:textId="77777777" w:rsidR="001F0458" w:rsidRDefault="00000000">
      <w:r>
        <w:t>Practice radical transparency. This is really important. This is just where the last one those policies. My welcome packet when you reach out to our sales we caught a welcome packet is going to be in there. Radical transparency right away and the advance directive and wellness plan does the very same as the IL, work unpacking. That's that radical transparency because we are not all mandatory reporters. I think we don't realize that.</w:t>
      </w:r>
    </w:p>
    <w:p w14:paraId="3FB40A18" w14:textId="77777777" w:rsidR="001F0458" w:rsidRDefault="00000000">
      <w:r>
        <w:t>If it's determined that a mandatory report or call to law enforcement must be made inform your peer immediately because of my job law enforcement might make this call. I would like us to do it together.</w:t>
      </w:r>
    </w:p>
    <w:p w14:paraId="78F41DD9" w14:textId="77777777" w:rsidR="001F0458" w:rsidRDefault="00000000">
      <w:r>
        <w:t>We are at that line where you know that we need to engage because we have been transparent about what that lien is. I'm going to give you the space. Do you want to make that call? I am right here with you. That has to occur. That looks very different than I have to make the call and kind of escalate and even weapon icing it in some ways. Practicing.</w:t>
      </w:r>
    </w:p>
    <w:p w14:paraId="4829F396" w14:textId="77777777" w:rsidR="001F0458" w:rsidRDefault="00000000">
      <w:r>
        <w:t xml:space="preserve">Advocating within the system when you are mandatory reporter. Support your peer with any self advocacy, have them know they arrive and possibly be ready with an advanced directive right there </w:t>
      </w:r>
      <w:r>
        <w:lastRenderedPageBreak/>
        <w:t>because then you will know what the alternative to reach out to if things escalate so there's a plan in place that you don't have to make that elevated call. That's positive proactive prevention.</w:t>
      </w:r>
    </w:p>
    <w:p w14:paraId="0C728EBF" w14:textId="77777777" w:rsidR="001F0458" w:rsidRDefault="00000000">
      <w:r>
        <w:t>Commit to informed choice. Isn't it easy just to do it one way and dial 988 and bring the crisis team in for them to take over? No. That's not how we do it. Commit to a horrid choice which means-- commit to informed choice and make sure your consumer is fully formed and well aware that any decision to contact, engage law enforcement is deliberate and the activity minimizes harm rather than serving an automatic default, just like I said. That automatic response.</w:t>
      </w:r>
    </w:p>
    <w:p w14:paraId="21DAF348" w14:textId="77777777" w:rsidR="001F0458" w:rsidRDefault="00000000">
      <w:r>
        <w:t>Misty, do you want to do this one?</w:t>
      </w:r>
    </w:p>
    <w:p w14:paraId="67B3C5FB" w14:textId="77777777" w:rsidR="001F0458" w:rsidRDefault="00000000">
      <w:r>
        <w:rPr>
          <w:rStyle w:val="SpeakerLabel"/>
        </w:rPr>
        <w:t xml:space="preserve">MISTY DION: </w:t>
      </w:r>
      <w:r>
        <w:t>You keep going. You are rocking this.</w:t>
      </w:r>
    </w:p>
    <w:p w14:paraId="76BF0A31" w14:textId="77777777" w:rsidR="001F0458" w:rsidRDefault="00000000">
      <w:r>
        <w:rPr>
          <w:rStyle w:val="SpeakerLabel"/>
        </w:rPr>
        <w:t xml:space="preserve">KK: </w:t>
      </w:r>
      <w:r>
        <w:t>I got it. Involving law enforcement. If we are even talking about this you may even see a physical recoil and response from the individual when you are present with them. Share objectives and state specific safety concerns. Facts not assumptions. This is a really important separate fact from speculation biases and assumptions and guesses. Be specific.</w:t>
      </w:r>
    </w:p>
    <w:p w14:paraId="19F6FC1B" w14:textId="77777777" w:rsidR="001F0458" w:rsidRDefault="00000000">
      <w:r>
        <w:t>Have them speak for themselves when possible always. Like we said in the very beginning this is where we are this has to be the next step because there's no choice. I'm going to ask that I do it here next to you and you do it and I'm here with you because that still gives them our core values of self-direction, right?</w:t>
      </w:r>
    </w:p>
    <w:p w14:paraId="3332467D" w14:textId="77777777" w:rsidR="001F0458" w:rsidRDefault="00000000">
      <w:r>
        <w:t>Be specific regarding any threats. Being explicit about whether there's a weapon, explicit threat or self-harm or other. Hazards that are known.</w:t>
      </w:r>
    </w:p>
    <w:p w14:paraId="2AC70978" w14:textId="77777777" w:rsidR="001F0458" w:rsidRDefault="00000000">
      <w:r>
        <w:t>Share communication and access. This is important. ACL, AAC, any extra time needed for communication de-escalation pathways knowing those friction points and successful approaches was keeping that tone. Keeping that safe space and holding it with the peer if they have to make that call. If you need to make that call in there there with you still fold, don't escalate and be upset with them.</w:t>
      </w:r>
    </w:p>
    <w:p w14:paraId="30C31530" w14:textId="77777777" w:rsidR="001F0458" w:rsidRDefault="00000000">
      <w:r>
        <w:t>What steps and alternatives have already been attempted? This is going to be part of that proactive element of also doing those advanced direct tips. This is how we can be proactive in advance.</w:t>
      </w:r>
    </w:p>
    <w:p w14:paraId="4710AF0C" w14:textId="77777777" w:rsidR="001F0458" w:rsidRDefault="00000000">
      <w:r>
        <w:t xml:space="preserve">This is where we have a problem that once 988 is identified need to call everything else goes out the window. If it does have to happen center the voice of the peer and the consumer. Don't throw it all out like the baby with the bathwater saying OK they are taking care of the situation. I think it's important that we stay present and walk-through with. It can feel like abandoned to some individuals. I want to be mindful of that. Talk with and not about. I'm here. Nothing about us without us. One of our core values if I remember right. Have the peer speak directly to law enforcement or responder rather than speaking for them or about them. Be sure to share with they say, what they need and what they want and convey appropriately </w:t>
      </w:r>
      <w:r>
        <w:br/>
        <w:t>. Provide additional context</w:t>
      </w:r>
    </w:p>
    <w:p w14:paraId="66184CAE" w14:textId="77777777" w:rsidR="001F0458" w:rsidRDefault="00000000">
      <w:r>
        <w:t>That could also mean sharing that we went through the grace model and we were really doing some deep breathing or whatever the contextual environment was at that moment in time.</w:t>
      </w:r>
    </w:p>
    <w:p w14:paraId="4D428993" w14:textId="77777777" w:rsidR="001F0458" w:rsidRDefault="00000000">
      <w:r>
        <w:t>Misty, you want to take this one? Who will do the scenario.</w:t>
      </w:r>
    </w:p>
    <w:p w14:paraId="0CA4A87E" w14:textId="77777777" w:rsidR="001F0458" w:rsidRDefault="00000000">
      <w:pPr>
        <w:pStyle w:val="Heading1"/>
      </w:pPr>
      <w:r>
        <w:t>Peer Discussion and Questions</w:t>
      </w:r>
    </w:p>
    <w:p w14:paraId="23E0A651" w14:textId="77777777" w:rsidR="001F0458" w:rsidRDefault="00000000">
      <w:r>
        <w:rPr>
          <w:rStyle w:val="SpeakerLabel"/>
        </w:rPr>
        <w:t xml:space="preserve">BETHANY BALDWIN: </w:t>
      </w:r>
      <w:r>
        <w:t xml:space="preserve">I think we will go ahead and wrap up and get into Q&amp;A. We have dropped in the link for the materials in this session. This is absolutely vital information. We have dropped in links </w:t>
      </w:r>
      <w:r>
        <w:lastRenderedPageBreak/>
        <w:t>and all the resources that KK has shared and we will scroll down and this is where we are going to stop recording and move effectively into discussion.</w:t>
      </w:r>
    </w:p>
    <w:p w14:paraId="7C594245" w14:textId="77777777" w:rsidR="001F0458" w:rsidRDefault="00000000">
      <w:r>
        <w:rPr>
          <w:rStyle w:val="SpeakerLabel"/>
        </w:rPr>
        <w:t xml:space="preserve">SPEAKER: </w:t>
      </w:r>
      <w:r>
        <w:t>Recording stopped.</w:t>
      </w:r>
    </w:p>
    <w:p w14:paraId="075050E6" w14:textId="77777777" w:rsidR="001F0458" w:rsidRDefault="00000000">
      <w:r>
        <w:rPr>
          <w:rStyle w:val="SpeakerLabel"/>
        </w:rPr>
        <w:t xml:space="preserve">BETHANY BALDWIN: </w:t>
      </w:r>
      <w:r>
        <w:t>I hate to interrupt us but I want us to have the space to be able to engage in the peer discussions. We already got some great activities and deftly want to take advantage of your time, KK and Misty, to address some of these things, especially as it relates in that realistic Avenue of things to mesh together after we move forward with the IL philosophy being lawyers as we are willing to drawer chest but then having to clash with that medical model.</w:t>
      </w:r>
    </w:p>
    <w:p w14:paraId="2F3C3689" w14:textId="77777777" w:rsidR="001F0458" w:rsidRDefault="00000000">
      <w:r>
        <w:t>As we move into this always say big thank you to both KK and</w:t>
      </w:r>
    </w:p>
    <w:p w14:paraId="3404FB57" w14:textId="77777777" w:rsidR="001F0458" w:rsidRDefault="00000000">
      <w:r>
        <w:rPr>
          <w:rStyle w:val="SpeakerLabel"/>
        </w:rPr>
        <w:t xml:space="preserve">MISTY DION: </w:t>
      </w:r>
      <w:r>
        <w:t>Rejoining up on this. It's a tough one. As we open the conversation please know that we are here to learn from each other, to engage. Raise your hand. Turn on your camera for comfortable. We will share inside questions, resources or tools and they were done by others share and the two aligned from each other. And I will stop my screen share. We did have some great questions already.</w:t>
      </w:r>
    </w:p>
    <w:p w14:paraId="3E2AFCB7" w14:textId="77777777" w:rsidR="001F0458" w:rsidRDefault="00000000">
      <w:r>
        <w:t>This is specifically for how do you propose for (unknown term) when this happens in a group setting. I think that really does happen sometimes. Pure support and scenarios that quickly impede or supersede processing and coping mechanisms and things like that. How do you propose the intensifying situations when this happens in a group setting?</w:t>
      </w:r>
    </w:p>
    <w:p w14:paraId="122DD698" w14:textId="77777777" w:rsidR="001F0458" w:rsidRDefault="00000000">
      <w:r>
        <w:rPr>
          <w:rStyle w:val="SpeakerLabel"/>
        </w:rPr>
        <w:t xml:space="preserve">KK: </w:t>
      </w:r>
      <w:r>
        <w:t>Really quick Misty I want to say we don't silence it number one. That's the number one thing. I think we take that pause. I'm going to never, ever, I'm going to acknowledge and validate, take a pause and actually open it up to the individual in the group if we want to journey this together, or if it is more of a private one-on-one engagement.</w:t>
      </w:r>
    </w:p>
    <w:p w14:paraId="038E3E18" w14:textId="77777777" w:rsidR="001F0458" w:rsidRDefault="00000000">
      <w:r>
        <w:t>When you set that tone and you say pause everybody will take a pause and take a breath together and it would you like us to journey this with you.</w:t>
      </w:r>
    </w:p>
    <w:p w14:paraId="02F0CD07" w14:textId="77777777" w:rsidR="001F0458" w:rsidRDefault="00000000">
      <w:r>
        <w:t>There is a way in which there can be a healthy positive expression experience of the emotion that is not the silencing and stuffing that often happens, and the expelling from the group setting which causes and can cause a lot of triggers of re-traumatization and rejection. Misty, go ahead.</w:t>
      </w:r>
    </w:p>
    <w:p w14:paraId="6AF642C2" w14:textId="77777777" w:rsidR="001F0458" w:rsidRDefault="00000000">
      <w:r>
        <w:rPr>
          <w:rStyle w:val="SpeakerLabel"/>
        </w:rPr>
        <w:t xml:space="preserve">MISTY DION: </w:t>
      </w:r>
      <w:r>
        <w:t>You answered it. I just wanted to make sure that we touched on that removing the person. Sometimes people try to hush up the problem and sweep it away and we don't want to do that. That's the perfect opportunity for the most growth. The biggest growth.</w:t>
      </w:r>
    </w:p>
    <w:p w14:paraId="046BF5AF" w14:textId="77777777" w:rsidR="001F0458" w:rsidRDefault="00000000">
      <w:r>
        <w:rPr>
          <w:rStyle w:val="SpeakerLabel"/>
        </w:rPr>
        <w:t xml:space="preserve">KK: </w:t>
      </w:r>
      <w:r>
        <w:t>And community connection because I can transparently tell you that you can actually connect as a group if you embrace that discomfort momentarily because usually always it is something that each and every one of us can lead to connect to and have even greater support. This is where we make these, let's say model adapting with the expectation of the medical model, and guess what? We don't need to. Ours is social, community, peer and human. I think it's really important that we don't just silence what is uncomfortable.</w:t>
      </w:r>
    </w:p>
    <w:p w14:paraId="3CBCDFAA" w14:textId="77777777" w:rsidR="001F0458" w:rsidRDefault="00000000">
      <w:r>
        <w:rPr>
          <w:rStyle w:val="SpeakerLabel"/>
        </w:rPr>
        <w:t xml:space="preserve">BETHANY BALDWIN: </w:t>
      </w:r>
      <w:r>
        <w:t>Perfect. I will say there's been many moments putting the pieces together. How many times has it been that somebody asks a question were brought up an issue that was a valid issue, a valid concern and it created that opportunity to connect and to have somebody learn from that opportunity to say I hadn't thought about that.</w:t>
      </w:r>
    </w:p>
    <w:p w14:paraId="34DD533A" w14:textId="77777777" w:rsidR="001F0458" w:rsidRDefault="00000000">
      <w:r>
        <w:t xml:space="preserve">Standing up when you're in a board meeting or something and trying to strain your neck and hearing loss is at an unprecedented high one of the easiest things to do is have somebody stand up so </w:t>
      </w:r>
      <w:r>
        <w:lastRenderedPageBreak/>
        <w:t>people can visually follow who is talking instead of straining around the conference table were leaning back and when somebody leans back it's just you missed the blips of a conversation. Just affirming and definitely validating all that on a personal level.</w:t>
      </w:r>
    </w:p>
    <w:p w14:paraId="29CEA313" w14:textId="77777777" w:rsidR="001F0458" w:rsidRDefault="00000000">
      <w:r>
        <w:t>One question that popped up in the chat is, what do you do when the people-- the consumers that you work with are affecting your mental health and you are not sure how to handle that.</w:t>
      </w:r>
    </w:p>
    <w:p w14:paraId="7752E2EB" w14:textId="77777777" w:rsidR="001F0458" w:rsidRDefault="00000000">
      <w:r>
        <w:t>I feel like you have a hit list would love to hear your perspective on this.</w:t>
      </w:r>
    </w:p>
    <w:p w14:paraId="41D85B77" w14:textId="77777777" w:rsidR="001F0458" w:rsidRDefault="00000000">
      <w:r>
        <w:rPr>
          <w:rStyle w:val="SpeakerLabel"/>
        </w:rPr>
        <w:t xml:space="preserve">KK: </w:t>
      </w:r>
      <w:r>
        <w:t>Come back next week because we are going to get armed, equipped and prepared. I can answer that but we actually have the personal compassion and we can't pour out what we don't have an empty. Like oxygen mass. -- Mask. Whoever put that question in do you put your oxygen mask on first and foremost always. Healthy amount-- boundaries are important for all of us. Know where the line is and when you need to take that time to do some self-care and wellness to model it as a peer. But come back next week and we will dive into that.</w:t>
      </w:r>
    </w:p>
    <w:p w14:paraId="2439B515" w14:textId="77777777" w:rsidR="001F0458" w:rsidRDefault="00000000">
      <w:r>
        <w:rPr>
          <w:rStyle w:val="SpeakerLabel"/>
        </w:rPr>
        <w:t xml:space="preserve">BETHANY BALDWIN: </w:t>
      </w:r>
      <w:r>
        <w:t>Absolutely. I think that Stephen follows up with your peer support. Really finding having the connection points within your organization to be able to say I like and tagteam on this or I need to, like you said, literally said. Let's take a deep breath and maybe take five and sometimes at five minutes reset things on a whole different level.</w:t>
      </w:r>
    </w:p>
    <w:p w14:paraId="54E499BB" w14:textId="77777777" w:rsidR="001F0458" w:rsidRDefault="00000000">
      <w:r>
        <w:rPr>
          <w:rStyle w:val="SpeakerLabel"/>
        </w:rPr>
        <w:t xml:space="preserve">KK: </w:t>
      </w:r>
      <w:r>
        <w:t>Or within our network, right? Sometimes stepping outside. Call Misty, call KK. That's what we do we step outside. We can be too involved in the right in front of us. Sometimes that's back and recess can be walking outside and calling a support which for Misty and I is each other and we have others but I think this is the best example tangibly we can really give because it is our everyday life and we really do this.</w:t>
      </w:r>
    </w:p>
    <w:p w14:paraId="60EA7020" w14:textId="77777777" w:rsidR="001F0458" w:rsidRDefault="00000000">
      <w:r>
        <w:rPr>
          <w:rStyle w:val="SpeakerLabel"/>
        </w:rPr>
        <w:t xml:space="preserve">BETHANY BALDWIN: </w:t>
      </w:r>
      <w:r>
        <w:t>Let's see. Absolutely. I am taking a chance to go back further and see if there's any questions. How should we address the situation, intensification for example, of communication or behavior that crosses the line into pooling, intimidating behaviors. Or communication.</w:t>
      </w:r>
    </w:p>
    <w:p w14:paraId="1CDC699F" w14:textId="77777777" w:rsidR="001F0458" w:rsidRDefault="00000000">
      <w:r>
        <w:t>How do we determine what constitutes this type of communication/behavior?</w:t>
      </w:r>
    </w:p>
    <w:p w14:paraId="4ECCC51D" w14:textId="77777777" w:rsidR="001F0458" w:rsidRDefault="00000000">
      <w:r>
        <w:rPr>
          <w:rStyle w:val="SpeakerLabel"/>
        </w:rPr>
        <w:t xml:space="preserve">MISTY DION: </w:t>
      </w:r>
      <w:r>
        <w:t>Follow this module. Follow this curriculum. Practice it. I don't know if I heard the question right, but I can share from my perspective having a coach who wrote this model, a peer coach who wrote this model calling her and throwing a fit is not easy. We have to be willing to look at ourselves and know that we are not always right. We don't know everything, so be vulnerable.</w:t>
      </w:r>
    </w:p>
    <w:p w14:paraId="20B2C6E6" w14:textId="77777777" w:rsidR="001F0458" w:rsidRDefault="00000000">
      <w:r>
        <w:t>Be willing to be a service provider and eight here. We are here to make sure we are making connections. First. Service provider second. You're connecting them but you are here as a peer.</w:t>
      </w:r>
    </w:p>
    <w:p w14:paraId="05852579" w14:textId="77777777" w:rsidR="001F0458" w:rsidRDefault="00000000">
      <w:r>
        <w:rPr>
          <w:rStyle w:val="SpeakerLabel"/>
        </w:rPr>
        <w:t xml:space="preserve">KK: </w:t>
      </w:r>
      <w:r>
        <w:t>But where is the line. They are asking where the line is. There's a difference, right? When we make that point about the safe space event that doesn't mean were being yelled at, we are not accepting being yelled at we are providing a safe space to yell. We need to be very clear proactively, going to say it again, proactively we have to have these very healthy boundaries and I'm just going to be transparent and safe I have a clear line.</w:t>
      </w:r>
    </w:p>
    <w:p w14:paraId="5FFB441C" w14:textId="77777777" w:rsidR="001F0458" w:rsidRDefault="00000000">
      <w:r>
        <w:t>If there is certain terminology used it's just not OK, OK? I'm going to say we are going to take a pause. Can we reword that? I'm going to actually, sorry I'm going to say it. Address it when it occurs. Don't take it in because this is where we don't feel safe to engage those harder conversations.</w:t>
      </w:r>
    </w:p>
    <w:p w14:paraId="4570C601" w14:textId="77777777" w:rsidR="001F0458" w:rsidRDefault="00000000">
      <w:r>
        <w:t xml:space="preserve">Being very clear and like Misty said use this model, engage in positive, unconditional higher regard, but don't its own. Inquire. Because what Winward-- one word means to us have a different definition </w:t>
      </w:r>
      <w:r>
        <w:lastRenderedPageBreak/>
        <w:t>to somebody else and is getting misinterpreted. But it is that clear abusive, hostile line draw the line in the sand. We know where it is for each of us. I hope that answers the question.</w:t>
      </w:r>
    </w:p>
    <w:p w14:paraId="1268FA6B" w14:textId="77777777" w:rsidR="001F0458" w:rsidRDefault="00000000">
      <w:r>
        <w:rPr>
          <w:rStyle w:val="SpeakerLabel"/>
        </w:rPr>
        <w:t xml:space="preserve">BETHANY BALDWIN: </w:t>
      </w:r>
      <w:r>
        <w:t>Absolutely. A potential resource could be your consumer rights and responsibilities. Really engaging and calling on that as a policy. I want to mention we did have a learn and share back in February that I will drop in the link that was solely on consumer rights and responsibilities. Also In re engaging the consumer if there is a loss of touch or potential human hurdle event that happens and just making sure we fully embody that I/O philosophy.</w:t>
      </w:r>
    </w:p>
    <w:p w14:paraId="605B9D7B" w14:textId="77777777" w:rsidR="001F0458" w:rsidRDefault="00000000">
      <w:r>
        <w:t>I believe there was one other. Anna. If the idea of asking is caring something to keep perfect? This is for both of you. I didn't know exactly how you feel about that.</w:t>
      </w:r>
    </w:p>
    <w:p w14:paraId="35B563E2" w14:textId="77777777" w:rsidR="001F0458" w:rsidRDefault="00000000">
      <w:r>
        <w:rPr>
          <w:rStyle w:val="SpeakerLabel"/>
        </w:rPr>
        <w:t xml:space="preserve">KK: </w:t>
      </w:r>
      <w:r>
        <w:t>I can can you restate it? I don't understand it.</w:t>
      </w:r>
    </w:p>
    <w:p w14:paraId="0AC593AC" w14:textId="77777777" w:rsidR="001F0458" w:rsidRDefault="00000000">
      <w:r>
        <w:rPr>
          <w:rStyle w:val="SpeakerLabel"/>
        </w:rPr>
        <w:t xml:space="preserve">SPEAKER: </w:t>
      </w:r>
      <w:r>
        <w:t>Hi, sorry for not wording it correctly. When you say don't assume something so pretty much asking is caring where we show that we care by asking</w:t>
      </w:r>
    </w:p>
    <w:p w14:paraId="58BED44C" w14:textId="77777777" w:rsidR="001F0458" w:rsidRDefault="00000000">
      <w:r>
        <w:rPr>
          <w:rStyle w:val="SpeakerLabel"/>
        </w:rPr>
        <w:t xml:space="preserve">KK: </w:t>
      </w:r>
      <w:r>
        <w:t>Very much. I think it's very powerful and we are leaning in. Often when we inquire it's because we want to know more and we are caring absolutely. It's also keeping them in the driver seat, not us taking a hold of it and leaning back and assuming. It's very different.</w:t>
      </w:r>
    </w:p>
    <w:p w14:paraId="2BE344E6" w14:textId="77777777" w:rsidR="001F0458" w:rsidRDefault="00000000">
      <w:r>
        <w:t>And so yes, inquiring does convey the caring and the compassion that we really want to know the deeper.</w:t>
      </w:r>
    </w:p>
    <w:p w14:paraId="48D6E480" w14:textId="77777777" w:rsidR="001F0458" w:rsidRDefault="00000000">
      <w:r>
        <w:rPr>
          <w:rStyle w:val="SpeakerLabel"/>
        </w:rPr>
        <w:t xml:space="preserve">SPEAKER: </w:t>
      </w:r>
      <w:r>
        <w:t>Thank you.</w:t>
      </w:r>
    </w:p>
    <w:p w14:paraId="7708DE22" w14:textId="77777777" w:rsidR="001F0458" w:rsidRDefault="00000000">
      <w:pPr>
        <w:pStyle w:val="Heading1"/>
      </w:pPr>
      <w:r>
        <w:t>Closing and Evaluation</w:t>
      </w:r>
    </w:p>
    <w:p w14:paraId="2A3EC42D" w14:textId="77777777" w:rsidR="001F0458" w:rsidRDefault="00000000">
      <w:r>
        <w:rPr>
          <w:rStyle w:val="SpeakerLabel"/>
        </w:rPr>
        <w:t xml:space="preserve">BETHANY BALDWIN: </w:t>
      </w:r>
      <w:r>
        <w:t>Thank you. We are pulling up to the two minute mark. I am going to quickly share my screen as well as also thank KK and Misty for joining us on this journey and helping deliver some valuable resources aimed at real, practical scenarios that often happen in the I/O philosophy.</w:t>
      </w:r>
    </w:p>
    <w:p w14:paraId="44F8B5B5" w14:textId="77777777" w:rsidR="001F0458" w:rsidRDefault="00000000">
      <w:r>
        <w:t>We have dropped in the evaluation link and up on the screen we have the evaluation QR code if people would like to do that. It's very short. I would encourage everybody to submit information and potentially any questions you'd like us to loop around to for next week. We absolutely look at all this feedback and the survey will pop up when it closes and we wanted to make sure that this is valuable information for you all.</w:t>
      </w:r>
    </w:p>
    <w:p w14:paraId="145FC5E9" w14:textId="77777777" w:rsidR="001F0458" w:rsidRDefault="00000000">
      <w:r>
        <w:t>If you could please take the time, 3 to 5 minutes depending on how wordy you are. I am a talker so it will take 5 to 10 minutes. And I am going to respond to Anna by saying slide 34. Yes. We have the key takeaways with a link for the upcoming basically the landing page but the registration for next week's session. This is the additional resources. They are all available on the material link that was supplied earlier and we can make sure we drop that in for everybody.</w:t>
      </w:r>
    </w:p>
    <w:p w14:paraId="3938375D" w14:textId="77777777" w:rsidR="001F0458" w:rsidRDefault="00000000">
      <w:r>
        <w:t>With that we are at the top of the hour and we thank everybody for joining us this afternoon and hope to see you back next week. Thank you, all.</w:t>
      </w:r>
    </w:p>
    <w:p w14:paraId="3CB0BBB5" w14:textId="77777777" w:rsidR="001F0458" w:rsidRDefault="00000000">
      <w:r>
        <w:t>Live Captioning by AI-Media</w:t>
      </w:r>
    </w:p>
    <w:sectPr w:rsidR="001F0458" w:rsidSect="00034616">
      <w:footerReference w:type="default" r:id="rId8"/>
      <w:pgSz w:w="12240" w:h="15840"/>
      <w:pgMar w:top="1037" w:right="1224" w:bottom="979" w:left="1224" w:header="432"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7E5FD" w14:textId="77777777" w:rsidR="00DB0D17" w:rsidRDefault="00DB0D17">
      <w:pPr>
        <w:spacing w:after="0" w:line="240" w:lineRule="auto"/>
      </w:pPr>
      <w:r>
        <w:separator/>
      </w:r>
    </w:p>
  </w:endnote>
  <w:endnote w:type="continuationSeparator" w:id="0">
    <w:p w14:paraId="5EABFB38" w14:textId="77777777" w:rsidR="00DB0D17" w:rsidRDefault="00DB0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4734E" w14:textId="77777777" w:rsidR="001F0458" w:rsidRDefault="00000000">
    <w:pPr>
      <w:pStyle w:val="Footer"/>
      <w:jc w:val="center"/>
    </w:pPr>
    <w:r>
      <w:rPr>
        <w:sz w:val="18"/>
      </w:rPr>
      <w:t xml:space="preserve">Page </w:t>
    </w:r>
    <w:r>
      <w:fldChar w:fldCharType="begin"/>
    </w:r>
    <w:r>
      <w:instrText>PAGE</w:instrText>
    </w:r>
    <w:r>
      <w:fldChar w:fldCharType="separate"/>
    </w:r>
    <w:r>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7E956" w14:textId="77777777" w:rsidR="00DB0D17" w:rsidRDefault="00DB0D17">
      <w:pPr>
        <w:spacing w:after="0" w:line="240" w:lineRule="auto"/>
      </w:pPr>
      <w:r>
        <w:separator/>
      </w:r>
    </w:p>
  </w:footnote>
  <w:footnote w:type="continuationSeparator" w:id="0">
    <w:p w14:paraId="4189194C" w14:textId="77777777" w:rsidR="00DB0D17" w:rsidRDefault="00DB0D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39489557">
    <w:abstractNumId w:val="8"/>
  </w:num>
  <w:num w:numId="2" w16cid:durableId="632517498">
    <w:abstractNumId w:val="6"/>
  </w:num>
  <w:num w:numId="3" w16cid:durableId="1174300289">
    <w:abstractNumId w:val="5"/>
  </w:num>
  <w:num w:numId="4" w16cid:durableId="216363495">
    <w:abstractNumId w:val="4"/>
  </w:num>
  <w:num w:numId="5" w16cid:durableId="1038318202">
    <w:abstractNumId w:val="7"/>
  </w:num>
  <w:num w:numId="6" w16cid:durableId="1447428608">
    <w:abstractNumId w:val="3"/>
  </w:num>
  <w:num w:numId="7" w16cid:durableId="1355185136">
    <w:abstractNumId w:val="2"/>
  </w:num>
  <w:num w:numId="8" w16cid:durableId="1407721699">
    <w:abstractNumId w:val="1"/>
  </w:num>
  <w:num w:numId="9" w16cid:durableId="360672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0458"/>
    <w:rsid w:val="0029639D"/>
    <w:rsid w:val="00326F90"/>
    <w:rsid w:val="0047552E"/>
    <w:rsid w:val="00803AF8"/>
    <w:rsid w:val="00AA1D8D"/>
    <w:rsid w:val="00B47730"/>
    <w:rsid w:val="00CB0664"/>
    <w:rsid w:val="00DB0D1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D3FC198-7147-4527-A3DC-518A9DD96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Arial" w:hAnsi="Arial"/>
      <w:color w:val="000000"/>
    </w:rPr>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ind w:left="432" w:hanging="259"/>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SpeakerLabel">
    <w:name w:val="Speaker Label"/>
    <w:rPr>
      <w:rFonts w:ascii="Arial" w:hAnsi="Arial"/>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8566</Words>
  <Characters>48827</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57279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Emotional Wellness and Elevated Engagement Week 2 Transcript</dc:title>
  <dc:subject>Accessible transcript of the September 9, 2026 Emotional Wellness Cohort session</dc:subject>
  <dc:creator>Independent Living Training and Technical Assistance Center</dc:creator>
  <cp:keywords>emotional wellness, de-escalation, independent living, transcript, accessibility</cp:keywords>
  <dc:description>Formatted for accessible navigation with headings, speaker labels, lists, and page numbers.</dc:description>
  <cp:lastModifiedBy>Wolinsky, Emily</cp:lastModifiedBy>
  <cp:revision>2</cp:revision>
  <dcterms:created xsi:type="dcterms:W3CDTF">2013-12-23T23:15:00Z</dcterms:created>
  <dcterms:modified xsi:type="dcterms:W3CDTF">2026-09-11T15:30:00Z</dcterms:modified>
  <cp:category/>
</cp:coreProperties>
</file>