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176BB"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t>Bienestar Emocional y Participación Elevada: Semana 2</w:t>
      </w:r>
    </w:p>
    <w:p w14:paraId="29D4AA1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b/>
          <w:bCs/>
          <w:color w:val="auto"/>
          <w:sz w:val="24"/>
          <w:szCs w:val="24"/>
        </w:rPr>
        <w:t>9 de septiembre de 2026</w:t>
      </w:r>
    </w:p>
    <w:p w14:paraId="5E8D289D"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b/>
          <w:bCs/>
          <w:color w:val="auto"/>
          <w:sz w:val="24"/>
          <w:szCs w:val="24"/>
        </w:rPr>
        <w:t>Transcripción final</w:t>
      </w:r>
    </w:p>
    <w:p w14:paraId="685BF217"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t>Bienvenida y presentaciones</w:t>
      </w:r>
    </w:p>
    <w:p w14:paraId="2A633B24"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BETHANY BALDWIN:</w:t>
      </w:r>
    </w:p>
    <w:p w14:paraId="3BE0A54D"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Buenas tardes a todos.</w:t>
      </w:r>
    </w:p>
    <w:p w14:paraId="343250E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O buenos días, dependiendo de desde dónde se estén conectando.</w:t>
      </w:r>
    </w:p>
    <w:p w14:paraId="095707F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Estamos nuevamente más que emocionados de que todos estén aquí para la </w:t>
      </w:r>
      <w:r w:rsidRPr="00280023">
        <w:rPr>
          <w:rFonts w:ascii="Times New Roman" w:eastAsia="Times New Roman" w:hAnsi="Times New Roman" w:cs="Times New Roman"/>
          <w:b/>
          <w:bCs/>
          <w:color w:val="auto"/>
          <w:sz w:val="24"/>
          <w:szCs w:val="24"/>
        </w:rPr>
        <w:t>Semana 2</w:t>
      </w:r>
      <w:r w:rsidRPr="00280023">
        <w:rPr>
          <w:rFonts w:ascii="Times New Roman" w:eastAsia="Times New Roman" w:hAnsi="Times New Roman" w:cs="Times New Roman"/>
          <w:color w:val="auto"/>
          <w:sz w:val="24"/>
          <w:szCs w:val="24"/>
        </w:rPr>
        <w:t xml:space="preserve"> de esta cohorte.</w:t>
      </w:r>
    </w:p>
    <w:p w14:paraId="6AD931DF"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Acomódense y comenzaremos en unos minutos.</w:t>
      </w:r>
    </w:p>
    <w:p w14:paraId="295B191F"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Adelante y preséntense.</w:t>
      </w:r>
    </w:p>
    <w:p w14:paraId="26DF7D5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Dígannos desde dónde se conectan y exactamente con qué se están hidratando.</w:t>
      </w:r>
    </w:p>
    <w:p w14:paraId="66D7A26E"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Yo estoy siendo responsable hoy y estoy tomando agua.</w:t>
      </w:r>
    </w:p>
    <w:p w14:paraId="797F4886"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Esperaremos un minuto más mientras continúa entrando el grupo.</w:t>
      </w:r>
    </w:p>
    <w:p w14:paraId="230E3278"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Veo a Carrie, desde Memphis, tomando agua.</w:t>
      </w:r>
    </w:p>
    <w:p w14:paraId="72B2EDBF"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Brandon está tomando café helado.</w:t>
      </w:r>
    </w:p>
    <w:p w14:paraId="5557B58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Anna...</w:t>
      </w:r>
    </w:p>
    <w:p w14:paraId="20DB6FF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Mientras todos terminan de acomodarse...</w:t>
      </w:r>
    </w:p>
    <w:p w14:paraId="1D63C0A9"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Veo una Pepsi de dieta de... </w:t>
      </w:r>
      <w:r w:rsidRPr="00280023">
        <w:rPr>
          <w:rFonts w:ascii="Times New Roman" w:eastAsia="Times New Roman" w:hAnsi="Times New Roman" w:cs="Times New Roman"/>
          <w:i/>
          <w:iCs/>
          <w:color w:val="auto"/>
          <w:sz w:val="24"/>
          <w:szCs w:val="24"/>
        </w:rPr>
        <w:t>(nombre desconocido).</w:t>
      </w:r>
    </w:p>
    <w:p w14:paraId="16E2CA05"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Con eso, comencemos.</w:t>
      </w:r>
    </w:p>
    <w:p w14:paraId="156CE54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Bienvenidos a la </w:t>
      </w:r>
      <w:r w:rsidRPr="00280023">
        <w:rPr>
          <w:rFonts w:ascii="Times New Roman" w:eastAsia="Times New Roman" w:hAnsi="Times New Roman" w:cs="Times New Roman"/>
          <w:b/>
          <w:bCs/>
          <w:color w:val="auto"/>
          <w:sz w:val="24"/>
          <w:szCs w:val="24"/>
        </w:rPr>
        <w:t>Semana 2 de la cohorte de Bienestar Emocional y Participación Elevada</w:t>
      </w:r>
      <w:r w:rsidRPr="00280023">
        <w:rPr>
          <w:rFonts w:ascii="Times New Roman" w:eastAsia="Times New Roman" w:hAnsi="Times New Roman" w:cs="Times New Roman"/>
          <w:color w:val="auto"/>
          <w:sz w:val="24"/>
          <w:szCs w:val="24"/>
        </w:rPr>
        <w:t>.</w:t>
      </w:r>
    </w:p>
    <w:p w14:paraId="0DA3B460"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El </w:t>
      </w:r>
      <w:r w:rsidRPr="00280023">
        <w:rPr>
          <w:rFonts w:ascii="Times New Roman" w:eastAsia="Times New Roman" w:hAnsi="Times New Roman" w:cs="Times New Roman"/>
          <w:b/>
          <w:bCs/>
          <w:color w:val="auto"/>
          <w:sz w:val="24"/>
          <w:szCs w:val="24"/>
        </w:rPr>
        <w:t>Centro de Capacitación y Asistencia Técnica para la Vida Independiente (IL T&amp;TA)</w:t>
      </w:r>
      <w:r w:rsidRPr="00280023">
        <w:rPr>
          <w:rFonts w:ascii="Times New Roman" w:eastAsia="Times New Roman" w:hAnsi="Times New Roman" w:cs="Times New Roman"/>
          <w:color w:val="auto"/>
          <w:sz w:val="24"/>
          <w:szCs w:val="24"/>
        </w:rPr>
        <w:t xml:space="preserve"> está disponible mediante un contrato con el </w:t>
      </w:r>
      <w:r w:rsidRPr="00280023">
        <w:rPr>
          <w:rFonts w:ascii="Times New Roman" w:eastAsia="Times New Roman" w:hAnsi="Times New Roman" w:cs="Times New Roman"/>
          <w:b/>
          <w:bCs/>
          <w:color w:val="auto"/>
          <w:sz w:val="24"/>
          <w:szCs w:val="24"/>
        </w:rPr>
        <w:t>Departamento de Salud y Servicios Humanos de los Estados Unidos</w:t>
      </w:r>
      <w:r w:rsidRPr="00280023">
        <w:rPr>
          <w:rFonts w:ascii="Times New Roman" w:eastAsia="Times New Roman" w:hAnsi="Times New Roman" w:cs="Times New Roman"/>
          <w:color w:val="auto"/>
          <w:sz w:val="24"/>
          <w:szCs w:val="24"/>
        </w:rPr>
        <w:t>.</w:t>
      </w:r>
    </w:p>
    <w:p w14:paraId="5C4B7E78"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lastRenderedPageBreak/>
        <w:t xml:space="preserve">El Centro es operado por la </w:t>
      </w:r>
      <w:r w:rsidRPr="00280023">
        <w:rPr>
          <w:rFonts w:ascii="Times New Roman" w:eastAsia="Times New Roman" w:hAnsi="Times New Roman" w:cs="Times New Roman"/>
          <w:b/>
          <w:bCs/>
          <w:color w:val="auto"/>
          <w:sz w:val="24"/>
          <w:szCs w:val="24"/>
        </w:rPr>
        <w:t>Universidad de Montana</w:t>
      </w:r>
      <w:r w:rsidRPr="00280023">
        <w:rPr>
          <w:rFonts w:ascii="Times New Roman" w:eastAsia="Times New Roman" w:hAnsi="Times New Roman" w:cs="Times New Roman"/>
          <w:color w:val="auto"/>
          <w:sz w:val="24"/>
          <w:szCs w:val="24"/>
        </w:rPr>
        <w:t>.</w:t>
      </w:r>
    </w:p>
    <w:p w14:paraId="573FB94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Mi nombre es </w:t>
      </w:r>
      <w:r w:rsidRPr="00280023">
        <w:rPr>
          <w:rFonts w:ascii="Times New Roman" w:eastAsia="Times New Roman" w:hAnsi="Times New Roman" w:cs="Times New Roman"/>
          <w:b/>
          <w:bCs/>
          <w:color w:val="auto"/>
          <w:sz w:val="24"/>
          <w:szCs w:val="24"/>
        </w:rPr>
        <w:t>Bethany Baldwin</w:t>
      </w:r>
      <w:r w:rsidRPr="00280023">
        <w:rPr>
          <w:rFonts w:ascii="Times New Roman" w:eastAsia="Times New Roman" w:hAnsi="Times New Roman" w:cs="Times New Roman"/>
          <w:color w:val="auto"/>
          <w:sz w:val="24"/>
          <w:szCs w:val="24"/>
        </w:rPr>
        <w:t>.</w:t>
      </w:r>
    </w:p>
    <w:p w14:paraId="42B2CF86"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Soy la Directora de Programas y Alianzas Estratégicas.</w:t>
      </w:r>
    </w:p>
    <w:p w14:paraId="60D02A82"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Uso los pronombres </w:t>
      </w:r>
      <w:r w:rsidRPr="00280023">
        <w:rPr>
          <w:rFonts w:ascii="Times New Roman" w:eastAsia="Times New Roman" w:hAnsi="Times New Roman" w:cs="Times New Roman"/>
          <w:b/>
          <w:bCs/>
          <w:color w:val="auto"/>
          <w:sz w:val="24"/>
          <w:szCs w:val="24"/>
        </w:rPr>
        <w:t>ella/suya</w:t>
      </w:r>
      <w:r w:rsidRPr="00280023">
        <w:rPr>
          <w:rFonts w:ascii="Times New Roman" w:eastAsia="Times New Roman" w:hAnsi="Times New Roman" w:cs="Times New Roman"/>
          <w:color w:val="auto"/>
          <w:sz w:val="24"/>
          <w:szCs w:val="24"/>
        </w:rPr>
        <w:t>.</w:t>
      </w:r>
    </w:p>
    <w:p w14:paraId="2CFBAD78"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Como breve descripción visual:</w:t>
      </w:r>
    </w:p>
    <w:p w14:paraId="4E3AB22E"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Soy una mujer de piel clara, uso gafas, tengo el cabello rizado recogido en un moño y llevo una blusa de rayas azules y blancas.</w:t>
      </w:r>
    </w:p>
    <w:p w14:paraId="3CD26388"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Estoy en mi oficina.</w:t>
      </w:r>
    </w:p>
    <w:p w14:paraId="6E41238F" w14:textId="77777777" w:rsidR="00280023" w:rsidRPr="00280023" w:rsidRDefault="00280023" w:rsidP="00280023">
      <w:pPr>
        <w:spacing w:after="0"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pict w14:anchorId="0ECF2AB3">
          <v:rect id="_x0000_i1025" style="width:0;height:1.5pt" o:hralign="center" o:hrstd="t" o:hr="t" fillcolor="#a0a0a0" stroked="f"/>
        </w:pict>
      </w:r>
    </w:p>
    <w:p w14:paraId="53FE05E8"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t>Información de organización y accesibilidad</w:t>
      </w:r>
    </w:p>
    <w:p w14:paraId="533570E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Antes de comenzar, revisemos algunas indicaciones de organización y accesibilidad.</w:t>
      </w:r>
    </w:p>
    <w:p w14:paraId="4439C6D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Contamos con intérpretes de </w:t>
      </w:r>
      <w:r w:rsidRPr="00280023">
        <w:rPr>
          <w:rFonts w:ascii="Times New Roman" w:eastAsia="Times New Roman" w:hAnsi="Times New Roman" w:cs="Times New Roman"/>
          <w:b/>
          <w:bCs/>
          <w:color w:val="auto"/>
          <w:sz w:val="24"/>
          <w:szCs w:val="24"/>
        </w:rPr>
        <w:t>ASL</w:t>
      </w:r>
      <w:r w:rsidRPr="00280023">
        <w:rPr>
          <w:rFonts w:ascii="Times New Roman" w:eastAsia="Times New Roman" w:hAnsi="Times New Roman" w:cs="Times New Roman"/>
          <w:color w:val="auto"/>
          <w:sz w:val="24"/>
          <w:szCs w:val="24"/>
        </w:rPr>
        <w:t xml:space="preserve"> y de </w:t>
      </w:r>
      <w:r w:rsidRPr="00280023">
        <w:rPr>
          <w:rFonts w:ascii="Times New Roman" w:eastAsia="Times New Roman" w:hAnsi="Times New Roman" w:cs="Times New Roman"/>
          <w:b/>
          <w:bCs/>
          <w:color w:val="auto"/>
          <w:sz w:val="24"/>
          <w:szCs w:val="24"/>
        </w:rPr>
        <w:t>español</w:t>
      </w:r>
      <w:r w:rsidRPr="00280023">
        <w:rPr>
          <w:rFonts w:ascii="Times New Roman" w:eastAsia="Times New Roman" w:hAnsi="Times New Roman" w:cs="Times New Roman"/>
          <w:color w:val="auto"/>
          <w:sz w:val="24"/>
          <w:szCs w:val="24"/>
        </w:rPr>
        <w:t>, disponibles mediante el canal de interpretación.</w:t>
      </w:r>
    </w:p>
    <w:p w14:paraId="778D9C96"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Simplemente seleccionen </w:t>
      </w:r>
      <w:r w:rsidRPr="00280023">
        <w:rPr>
          <w:rFonts w:ascii="Times New Roman" w:eastAsia="Times New Roman" w:hAnsi="Times New Roman" w:cs="Times New Roman"/>
          <w:b/>
          <w:bCs/>
          <w:color w:val="auto"/>
          <w:sz w:val="24"/>
          <w:szCs w:val="24"/>
        </w:rPr>
        <w:t>Interpretación</w:t>
      </w:r>
      <w:r w:rsidRPr="00280023">
        <w:rPr>
          <w:rFonts w:ascii="Times New Roman" w:eastAsia="Times New Roman" w:hAnsi="Times New Roman" w:cs="Times New Roman"/>
          <w:color w:val="auto"/>
          <w:sz w:val="24"/>
          <w:szCs w:val="24"/>
        </w:rPr>
        <w:t>.</w:t>
      </w:r>
    </w:p>
    <w:p w14:paraId="0EBD241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Los intérpretes de ASL estarán destacados en pantalla junto con nuestras presentadoras.</w:t>
      </w:r>
    </w:p>
    <w:p w14:paraId="091DB0DE"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También pueden fijar individualmente a los intérpretes utilizando su configuración personal.</w:t>
      </w:r>
    </w:p>
    <w:p w14:paraId="5316DE75"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Contamos con subtítulos tanto en inglés como en español.</w:t>
      </w:r>
    </w:p>
    <w:p w14:paraId="2F6115F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Para acceder a los subtítulos en inglés, existen dos opciones:</w:t>
      </w:r>
    </w:p>
    <w:p w14:paraId="3A95121B" w14:textId="77777777" w:rsidR="00280023" w:rsidRPr="00280023" w:rsidRDefault="00280023">
      <w:pPr>
        <w:numPr>
          <w:ilvl w:val="0"/>
          <w:numId w:val="7"/>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Hacer clic en el botón </w:t>
      </w:r>
      <w:r w:rsidRPr="00280023">
        <w:rPr>
          <w:rFonts w:ascii="Times New Roman" w:eastAsia="Times New Roman" w:hAnsi="Times New Roman" w:cs="Times New Roman"/>
          <w:b/>
          <w:bCs/>
          <w:color w:val="auto"/>
          <w:sz w:val="24"/>
          <w:szCs w:val="24"/>
        </w:rPr>
        <w:t>CC</w:t>
      </w:r>
      <w:r w:rsidRPr="00280023">
        <w:rPr>
          <w:rFonts w:ascii="Times New Roman" w:eastAsia="Times New Roman" w:hAnsi="Times New Roman" w:cs="Times New Roman"/>
          <w:color w:val="auto"/>
          <w:sz w:val="24"/>
          <w:szCs w:val="24"/>
        </w:rPr>
        <w:t xml:space="preserve"> de la barra de herramientas de Zoom. </w:t>
      </w:r>
    </w:p>
    <w:p w14:paraId="03E45A12" w14:textId="77777777" w:rsidR="00280023" w:rsidRPr="00280023" w:rsidRDefault="00280023">
      <w:pPr>
        <w:numPr>
          <w:ilvl w:val="0"/>
          <w:numId w:val="7"/>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Utilizar el enlace compartido en el chat. </w:t>
      </w:r>
    </w:p>
    <w:p w14:paraId="6A602A38"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Los subtítulos en español están disponibles únicamente mediante el enlace compartido en el chat.</w:t>
      </w:r>
    </w:p>
    <w:p w14:paraId="0640A3B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Durante toda la llamada pueden enviar mensajes a cualquier integrante de nuestro equipo de </w:t>
      </w:r>
      <w:r w:rsidRPr="00280023">
        <w:rPr>
          <w:rFonts w:ascii="Times New Roman" w:eastAsia="Times New Roman" w:hAnsi="Times New Roman" w:cs="Times New Roman"/>
          <w:b/>
          <w:bCs/>
          <w:color w:val="auto"/>
          <w:sz w:val="24"/>
          <w:szCs w:val="24"/>
        </w:rPr>
        <w:t>IL T&amp;TA</w:t>
      </w:r>
      <w:r w:rsidRPr="00280023">
        <w:rPr>
          <w:rFonts w:ascii="Times New Roman" w:eastAsia="Times New Roman" w:hAnsi="Times New Roman" w:cs="Times New Roman"/>
          <w:color w:val="auto"/>
          <w:sz w:val="24"/>
          <w:szCs w:val="24"/>
        </w:rPr>
        <w:t xml:space="preserve"> si necesitan algún tipo de ayuda o apoyo.</w:t>
      </w:r>
    </w:p>
    <w:p w14:paraId="78D4DF7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También quiero destacar algo adicional para las personas cuyo idioma principal es el español.</w:t>
      </w:r>
    </w:p>
    <w:p w14:paraId="198CF4F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Después de la presentación tendremos una sección activa para compartir.</w:t>
      </w:r>
    </w:p>
    <w:p w14:paraId="4F9DF4B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Utilicen el chat para hacer preguntas y también pueden activar su micrófono si desean hablar.</w:t>
      </w:r>
    </w:p>
    <w:p w14:paraId="79C182D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La semana pasada tuvimos algunos problemas relacionados con el ancho de banda.</w:t>
      </w:r>
    </w:p>
    <w:p w14:paraId="0FC57010"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lastRenderedPageBreak/>
        <w:t xml:space="preserve">Si eso vuelve </w:t>
      </w:r>
      <w:proofErr w:type="gramStart"/>
      <w:r w:rsidRPr="00280023">
        <w:rPr>
          <w:rFonts w:ascii="Times New Roman" w:eastAsia="Times New Roman" w:hAnsi="Times New Roman" w:cs="Times New Roman"/>
          <w:color w:val="auto"/>
          <w:sz w:val="24"/>
          <w:szCs w:val="24"/>
        </w:rPr>
        <w:t>a</w:t>
      </w:r>
      <w:proofErr w:type="gramEnd"/>
      <w:r w:rsidRPr="00280023">
        <w:rPr>
          <w:rFonts w:ascii="Times New Roman" w:eastAsia="Times New Roman" w:hAnsi="Times New Roman" w:cs="Times New Roman"/>
          <w:color w:val="auto"/>
          <w:sz w:val="24"/>
          <w:szCs w:val="24"/>
        </w:rPr>
        <w:t xml:space="preserve"> ocurrir, tendremos que silenciar los micrófonos y apagar las cámaras para conservar suficiente ancho de banda para nuestras presentadoras.</w:t>
      </w:r>
    </w:p>
    <w:p w14:paraId="2468D65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Sin embargo, pueden continuar participando plenamente mediante el chat durante la discusión entre colegas.</w:t>
      </w:r>
    </w:p>
    <w:p w14:paraId="64F3170D"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También tendremos habilitado el cuadro de </w:t>
      </w:r>
      <w:r w:rsidRPr="00280023">
        <w:rPr>
          <w:rFonts w:ascii="Times New Roman" w:eastAsia="Times New Roman" w:hAnsi="Times New Roman" w:cs="Times New Roman"/>
          <w:b/>
          <w:bCs/>
          <w:color w:val="auto"/>
          <w:sz w:val="24"/>
          <w:szCs w:val="24"/>
        </w:rPr>
        <w:t>Preguntas y Respuestas (Q&amp;A)</w:t>
      </w:r>
      <w:r w:rsidRPr="00280023">
        <w:rPr>
          <w:rFonts w:ascii="Times New Roman" w:eastAsia="Times New Roman" w:hAnsi="Times New Roman" w:cs="Times New Roman"/>
          <w:color w:val="auto"/>
          <w:sz w:val="24"/>
          <w:szCs w:val="24"/>
        </w:rPr>
        <w:t xml:space="preserve"> para que puedan enviar preguntas en cualquier momento.</w:t>
      </w:r>
    </w:p>
    <w:p w14:paraId="5CC832F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Si participan por teléfono:</w:t>
      </w:r>
    </w:p>
    <w:p w14:paraId="07577D55" w14:textId="77777777" w:rsidR="00280023" w:rsidRPr="00280023" w:rsidRDefault="00280023">
      <w:pPr>
        <w:numPr>
          <w:ilvl w:val="0"/>
          <w:numId w:val="8"/>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Presionen </w:t>
      </w:r>
      <w:r w:rsidRPr="00280023">
        <w:rPr>
          <w:rFonts w:ascii="Times New Roman" w:eastAsia="Times New Roman" w:hAnsi="Times New Roman" w:cs="Times New Roman"/>
          <w:b/>
          <w:bCs/>
          <w:color w:val="auto"/>
          <w:sz w:val="24"/>
          <w:szCs w:val="24"/>
        </w:rPr>
        <w:t>*6</w:t>
      </w:r>
      <w:r w:rsidRPr="00280023">
        <w:rPr>
          <w:rFonts w:ascii="Times New Roman" w:eastAsia="Times New Roman" w:hAnsi="Times New Roman" w:cs="Times New Roman"/>
          <w:color w:val="auto"/>
          <w:sz w:val="24"/>
          <w:szCs w:val="24"/>
        </w:rPr>
        <w:t xml:space="preserve"> para activar o desactivar el micrófono. </w:t>
      </w:r>
    </w:p>
    <w:p w14:paraId="426FCC51" w14:textId="77777777" w:rsidR="00280023" w:rsidRPr="00280023" w:rsidRDefault="00280023">
      <w:pPr>
        <w:numPr>
          <w:ilvl w:val="0"/>
          <w:numId w:val="8"/>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Presionen </w:t>
      </w:r>
      <w:r w:rsidRPr="00280023">
        <w:rPr>
          <w:rFonts w:ascii="Times New Roman" w:eastAsia="Times New Roman" w:hAnsi="Times New Roman" w:cs="Times New Roman"/>
          <w:b/>
          <w:bCs/>
          <w:color w:val="auto"/>
          <w:sz w:val="24"/>
          <w:szCs w:val="24"/>
        </w:rPr>
        <w:t>*9</w:t>
      </w:r>
      <w:r w:rsidRPr="00280023">
        <w:rPr>
          <w:rFonts w:ascii="Times New Roman" w:eastAsia="Times New Roman" w:hAnsi="Times New Roman" w:cs="Times New Roman"/>
          <w:color w:val="auto"/>
          <w:sz w:val="24"/>
          <w:szCs w:val="24"/>
        </w:rPr>
        <w:t xml:space="preserve"> para levantar o bajar la mano. </w:t>
      </w:r>
    </w:p>
    <w:p w14:paraId="55FE203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Por favor, indiquen su nombre antes de hablar.</w:t>
      </w:r>
    </w:p>
    <w:p w14:paraId="11276B5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También nos encantaría que dedicaran unos minutos a completar la encuesta al finalizar la sesión de hoy.</w:t>
      </w:r>
    </w:p>
    <w:p w14:paraId="304E0F19"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Compartiremos el enlace al final. </w:t>
      </w:r>
    </w:p>
    <w:p w14:paraId="3DA5FCC9" w14:textId="77777777" w:rsidR="00280023" w:rsidRPr="00280023" w:rsidRDefault="00280023" w:rsidP="00280023">
      <w:pPr>
        <w:spacing w:after="0"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pict w14:anchorId="3CA5CD4D">
          <v:rect id="_x0000_i1026" style="width:0;height:1.5pt" o:hralign="center" o:hrstd="t" o:hr="t" fillcolor="#a0a0a0" stroked="f"/>
        </w:pict>
      </w:r>
    </w:p>
    <w:p w14:paraId="23DF8888"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t>Objetivos de aprendizaje de la cohorte</w:t>
      </w:r>
    </w:p>
    <w:p w14:paraId="51859742"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La semana pasada aprendimos </w:t>
      </w:r>
      <w:r w:rsidRPr="00280023">
        <w:rPr>
          <w:rFonts w:ascii="Times New Roman" w:eastAsia="Times New Roman" w:hAnsi="Times New Roman" w:cs="Times New Roman"/>
          <w:b/>
          <w:bCs/>
          <w:color w:val="auto"/>
          <w:sz w:val="24"/>
          <w:szCs w:val="24"/>
        </w:rPr>
        <w:t>estrategias prácticas de seguridad para mantenerse centrados como equipos y personal de Vida Independiente</w:t>
      </w:r>
      <w:r w:rsidRPr="00280023">
        <w:rPr>
          <w:rFonts w:ascii="Times New Roman" w:eastAsia="Times New Roman" w:hAnsi="Times New Roman" w:cs="Times New Roman"/>
          <w:color w:val="auto"/>
          <w:sz w:val="24"/>
          <w:szCs w:val="24"/>
        </w:rPr>
        <w:t>.</w:t>
      </w:r>
    </w:p>
    <w:p w14:paraId="0D088E4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Como mencioné, ahora estamos en la </w:t>
      </w:r>
      <w:r w:rsidRPr="00280023">
        <w:rPr>
          <w:rFonts w:ascii="Times New Roman" w:eastAsia="Times New Roman" w:hAnsi="Times New Roman" w:cs="Times New Roman"/>
          <w:b/>
          <w:bCs/>
          <w:color w:val="auto"/>
          <w:sz w:val="24"/>
          <w:szCs w:val="24"/>
        </w:rPr>
        <w:t>Semana 2</w:t>
      </w:r>
      <w:r w:rsidRPr="00280023">
        <w:rPr>
          <w:rFonts w:ascii="Times New Roman" w:eastAsia="Times New Roman" w:hAnsi="Times New Roman" w:cs="Times New Roman"/>
          <w:color w:val="auto"/>
          <w:sz w:val="24"/>
          <w:szCs w:val="24"/>
        </w:rPr>
        <w:t>, que se centra en:</w:t>
      </w:r>
    </w:p>
    <w:p w14:paraId="1C460DD6"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t>Habilidades de desescalada para situaciones difíciles</w:t>
      </w:r>
    </w:p>
    <w:p w14:paraId="468D836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Nuestros objetivos son:</w:t>
      </w:r>
    </w:p>
    <w:p w14:paraId="3DF65318" w14:textId="77777777" w:rsidR="00280023" w:rsidRPr="00280023" w:rsidRDefault="00280023">
      <w:pPr>
        <w:numPr>
          <w:ilvl w:val="0"/>
          <w:numId w:val="9"/>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Reconocer las señales de advertencia de una intensificación. </w:t>
      </w:r>
    </w:p>
    <w:p w14:paraId="2DDE894D" w14:textId="77777777" w:rsidR="00280023" w:rsidRPr="00280023" w:rsidRDefault="00280023">
      <w:pPr>
        <w:numPr>
          <w:ilvl w:val="0"/>
          <w:numId w:val="9"/>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Aplicar estrategias de desescalada que protejan la dignidad, el respeto y la seguridad de todas las personas. </w:t>
      </w:r>
    </w:p>
    <w:p w14:paraId="4D4610AF" w14:textId="77777777" w:rsidR="00280023" w:rsidRPr="00280023" w:rsidRDefault="00280023">
      <w:pPr>
        <w:numPr>
          <w:ilvl w:val="0"/>
          <w:numId w:val="9"/>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Saber cuándo y cómo participar o retirarse de una situación de manera segura. </w:t>
      </w:r>
    </w:p>
    <w:p w14:paraId="13FAEEE1" w14:textId="77777777" w:rsidR="00280023" w:rsidRPr="00280023" w:rsidRDefault="00280023">
      <w:pPr>
        <w:numPr>
          <w:ilvl w:val="0"/>
          <w:numId w:val="9"/>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Saber cuándo buscar apoyo, respetando las necesidades individuales del personal. </w:t>
      </w:r>
    </w:p>
    <w:p w14:paraId="1CAAF765"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Esperamos que también regresen la próxima semana para la </w:t>
      </w:r>
      <w:r w:rsidRPr="00280023">
        <w:rPr>
          <w:rFonts w:ascii="Times New Roman" w:eastAsia="Times New Roman" w:hAnsi="Times New Roman" w:cs="Times New Roman"/>
          <w:b/>
          <w:bCs/>
          <w:color w:val="auto"/>
          <w:sz w:val="24"/>
          <w:szCs w:val="24"/>
        </w:rPr>
        <w:t>Semana 3</w:t>
      </w:r>
      <w:r w:rsidRPr="00280023">
        <w:rPr>
          <w:rFonts w:ascii="Times New Roman" w:eastAsia="Times New Roman" w:hAnsi="Times New Roman" w:cs="Times New Roman"/>
          <w:color w:val="auto"/>
          <w:sz w:val="24"/>
          <w:szCs w:val="24"/>
        </w:rPr>
        <w:t>:</w:t>
      </w:r>
    </w:p>
    <w:p w14:paraId="65E1A65F"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lastRenderedPageBreak/>
        <w:t>Sostener el trabajo – Cuidarnos a nosotros mismos dentro de nuestro movimiento</w:t>
      </w:r>
    </w:p>
    <w:p w14:paraId="1CB86BB2"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También quiero mencionar que tenemos disponible la grabación de la Semana 1 si desean revisarla por su cuenta.</w:t>
      </w:r>
    </w:p>
    <w:p w14:paraId="6A0855B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En el chat, indiquen si esta es la primera vez que participan o si esta es su segunda semana con nosotros.</w:t>
      </w:r>
    </w:p>
    <w:p w14:paraId="5CCC52D2" w14:textId="77777777" w:rsidR="00280023" w:rsidRPr="00280023" w:rsidRDefault="00280023" w:rsidP="00280023">
      <w:pPr>
        <w:spacing w:after="0"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pict w14:anchorId="3FC1C642">
          <v:rect id="_x0000_i1027" style="width:0;height:1.5pt" o:hralign="center" o:hrstd="t" o:hr="t" fillcolor="#a0a0a0" stroked="f"/>
        </w:pict>
      </w:r>
    </w:p>
    <w:p w14:paraId="2592353B"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t>Estructura de la cohorte</w:t>
      </w:r>
    </w:p>
    <w:p w14:paraId="7510E455"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Como recordatorio, esta es una cohorte de tres semanas:</w:t>
      </w:r>
    </w:p>
    <w:p w14:paraId="24149128" w14:textId="77777777" w:rsidR="00280023" w:rsidRPr="00280023" w:rsidRDefault="00280023">
      <w:pPr>
        <w:numPr>
          <w:ilvl w:val="0"/>
          <w:numId w:val="10"/>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b/>
          <w:bCs/>
          <w:color w:val="auto"/>
          <w:sz w:val="24"/>
          <w:szCs w:val="24"/>
        </w:rPr>
        <w:t>Semana 1:</w:t>
      </w:r>
      <w:r w:rsidRPr="00280023">
        <w:rPr>
          <w:rFonts w:ascii="Times New Roman" w:eastAsia="Times New Roman" w:hAnsi="Times New Roman" w:cs="Times New Roman"/>
          <w:color w:val="auto"/>
          <w:sz w:val="24"/>
          <w:szCs w:val="24"/>
        </w:rPr>
        <w:t xml:space="preserve"> 2 de septiembre. </w:t>
      </w:r>
    </w:p>
    <w:p w14:paraId="4411842C" w14:textId="77777777" w:rsidR="00280023" w:rsidRPr="00280023" w:rsidRDefault="00280023">
      <w:pPr>
        <w:numPr>
          <w:ilvl w:val="0"/>
          <w:numId w:val="10"/>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b/>
          <w:bCs/>
          <w:color w:val="auto"/>
          <w:sz w:val="24"/>
          <w:szCs w:val="24"/>
        </w:rPr>
        <w:t>Semana 2:</w:t>
      </w:r>
      <w:r w:rsidRPr="00280023">
        <w:rPr>
          <w:rFonts w:ascii="Times New Roman" w:eastAsia="Times New Roman" w:hAnsi="Times New Roman" w:cs="Times New Roman"/>
          <w:color w:val="auto"/>
          <w:sz w:val="24"/>
          <w:szCs w:val="24"/>
        </w:rPr>
        <w:t xml:space="preserve"> 9 de septiembre. </w:t>
      </w:r>
    </w:p>
    <w:p w14:paraId="6F086140" w14:textId="77777777" w:rsidR="00280023" w:rsidRPr="00280023" w:rsidRDefault="00280023">
      <w:pPr>
        <w:numPr>
          <w:ilvl w:val="0"/>
          <w:numId w:val="10"/>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b/>
          <w:bCs/>
          <w:color w:val="auto"/>
          <w:sz w:val="24"/>
          <w:szCs w:val="24"/>
        </w:rPr>
        <w:t>Semana 3:</w:t>
      </w:r>
      <w:r w:rsidRPr="00280023">
        <w:rPr>
          <w:rFonts w:ascii="Times New Roman" w:eastAsia="Times New Roman" w:hAnsi="Times New Roman" w:cs="Times New Roman"/>
          <w:color w:val="auto"/>
          <w:sz w:val="24"/>
          <w:szCs w:val="24"/>
        </w:rPr>
        <w:t xml:space="preserve"> 16 de septiembre. </w:t>
      </w:r>
    </w:p>
    <w:p w14:paraId="2F87C93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La estructura consiste en aproximadamente:</w:t>
      </w:r>
    </w:p>
    <w:p w14:paraId="073F0B4A" w14:textId="77777777" w:rsidR="00280023" w:rsidRPr="00280023" w:rsidRDefault="00280023">
      <w:pPr>
        <w:numPr>
          <w:ilvl w:val="0"/>
          <w:numId w:val="11"/>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b/>
          <w:bCs/>
          <w:color w:val="auto"/>
          <w:sz w:val="24"/>
          <w:szCs w:val="24"/>
        </w:rPr>
        <w:t>60 minutos de aprendizaje.</w:t>
      </w:r>
      <w:r w:rsidRPr="00280023">
        <w:rPr>
          <w:rFonts w:ascii="Times New Roman" w:eastAsia="Times New Roman" w:hAnsi="Times New Roman" w:cs="Times New Roman"/>
          <w:color w:val="auto"/>
          <w:sz w:val="24"/>
          <w:szCs w:val="24"/>
        </w:rPr>
        <w:t xml:space="preserve"> </w:t>
      </w:r>
    </w:p>
    <w:p w14:paraId="18A0D43A" w14:textId="77777777" w:rsidR="00280023" w:rsidRPr="00280023" w:rsidRDefault="00280023">
      <w:pPr>
        <w:numPr>
          <w:ilvl w:val="0"/>
          <w:numId w:val="11"/>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Al menos </w:t>
      </w:r>
      <w:r w:rsidRPr="00280023">
        <w:rPr>
          <w:rFonts w:ascii="Times New Roman" w:eastAsia="Times New Roman" w:hAnsi="Times New Roman" w:cs="Times New Roman"/>
          <w:b/>
          <w:bCs/>
          <w:color w:val="auto"/>
          <w:sz w:val="24"/>
          <w:szCs w:val="24"/>
        </w:rPr>
        <w:t>30 minutos de discusión y aplicación entre colegas</w:t>
      </w:r>
      <w:r w:rsidRPr="00280023">
        <w:rPr>
          <w:rFonts w:ascii="Times New Roman" w:eastAsia="Times New Roman" w:hAnsi="Times New Roman" w:cs="Times New Roman"/>
          <w:color w:val="auto"/>
          <w:sz w:val="24"/>
          <w:szCs w:val="24"/>
        </w:rPr>
        <w:t xml:space="preserve">. </w:t>
      </w:r>
    </w:p>
    <w:p w14:paraId="6CFA6D5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En general, nuestro enfoque es:</w:t>
      </w:r>
    </w:p>
    <w:p w14:paraId="5E418C41" w14:textId="77777777" w:rsidR="00280023" w:rsidRPr="00280023" w:rsidRDefault="00280023">
      <w:pPr>
        <w:numPr>
          <w:ilvl w:val="0"/>
          <w:numId w:val="12"/>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Interactivo. </w:t>
      </w:r>
    </w:p>
    <w:p w14:paraId="13AE77F3" w14:textId="77777777" w:rsidR="00280023" w:rsidRPr="00280023" w:rsidRDefault="00280023">
      <w:pPr>
        <w:numPr>
          <w:ilvl w:val="0"/>
          <w:numId w:val="12"/>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Impulsado por pares. </w:t>
      </w:r>
    </w:p>
    <w:p w14:paraId="273C730E" w14:textId="77777777" w:rsidR="00280023" w:rsidRPr="00280023" w:rsidRDefault="00280023">
      <w:pPr>
        <w:numPr>
          <w:ilvl w:val="0"/>
          <w:numId w:val="12"/>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Conversacional. </w:t>
      </w:r>
    </w:p>
    <w:p w14:paraId="5516A86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Así es, esencialmente, como aprenderemos juntos.</w:t>
      </w:r>
    </w:p>
    <w:p w14:paraId="6146E908"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Estén presentes</w:t>
      </w:r>
    </w:p>
    <w:p w14:paraId="7866B68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Participen de la manera que funcione mejor para ustedes.</w:t>
      </w:r>
    </w:p>
    <w:p w14:paraId="1775B5C9"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Compartan el espacio</w:t>
      </w:r>
    </w:p>
    <w:p w14:paraId="19CB97FE"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Dejen espacio para diferentes voces y experiencias.</w:t>
      </w:r>
    </w:p>
    <w:p w14:paraId="3292B90D"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Todos llegamos desde perspectivas diferentes.</w:t>
      </w:r>
    </w:p>
    <w:p w14:paraId="41D1F00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Esa es realmente la belleza de la red de Vida Independiente.</w:t>
      </w:r>
    </w:p>
    <w:p w14:paraId="2DF2213F"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Mantengan la curiosidad</w:t>
      </w:r>
    </w:p>
    <w:p w14:paraId="3CF24C86"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lastRenderedPageBreak/>
        <w:t xml:space="preserve">Estamos aquí para aprender </w:t>
      </w:r>
      <w:r w:rsidRPr="00280023">
        <w:rPr>
          <w:rFonts w:ascii="Times New Roman" w:eastAsia="Times New Roman" w:hAnsi="Times New Roman" w:cs="Times New Roman"/>
          <w:b/>
          <w:bCs/>
          <w:color w:val="auto"/>
          <w:sz w:val="24"/>
          <w:szCs w:val="24"/>
        </w:rPr>
        <w:t>con los demás y de los demás</w:t>
      </w:r>
      <w:r w:rsidRPr="00280023">
        <w:rPr>
          <w:rFonts w:ascii="Times New Roman" w:eastAsia="Times New Roman" w:hAnsi="Times New Roman" w:cs="Times New Roman"/>
          <w:color w:val="auto"/>
          <w:sz w:val="24"/>
          <w:szCs w:val="24"/>
        </w:rPr>
        <w:t>.</w:t>
      </w:r>
    </w:p>
    <w:p w14:paraId="366E73F7"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Honren la confianza depositada en este espacio</w:t>
      </w:r>
    </w:p>
    <w:p w14:paraId="4663A8E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Llévense consigo lo que aprendan.</w:t>
      </w:r>
    </w:p>
    <w:p w14:paraId="7853FF35"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Pero si se comparten historias personales dentro de este espacio, asegúrense de respetarlas.</w:t>
      </w:r>
    </w:p>
    <w:p w14:paraId="49728B2A"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Respeten el tiempo</w:t>
      </w:r>
    </w:p>
    <w:p w14:paraId="4A51AE49"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Ayúdennos a mantener la conversación avanzando para que esta sea una capacitación muy práctica y pragmática para todos ustedes. </w:t>
      </w:r>
    </w:p>
    <w:p w14:paraId="3A98132B" w14:textId="77777777" w:rsidR="00280023" w:rsidRPr="00280023" w:rsidRDefault="00280023" w:rsidP="00280023">
      <w:pPr>
        <w:spacing w:after="0"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pict w14:anchorId="07DFB02A">
          <v:rect id="_x0000_i1028" style="width:0;height:1.5pt" o:hralign="center" o:hrstd="t" o:hr="t" fillcolor="#a0a0a0" stroked="f"/>
        </w:pict>
      </w:r>
    </w:p>
    <w:p w14:paraId="77241AA1"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t>Presentación de las expositoras</w:t>
      </w:r>
    </w:p>
    <w:p w14:paraId="3F1E93A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Estamos muy emocionados de presentar a nuestras expositoras.</w:t>
      </w:r>
    </w:p>
    <w:p w14:paraId="1313C04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Tenemos a </w:t>
      </w:r>
      <w:r w:rsidRPr="00280023">
        <w:rPr>
          <w:rFonts w:ascii="Times New Roman" w:eastAsia="Times New Roman" w:hAnsi="Times New Roman" w:cs="Times New Roman"/>
          <w:b/>
          <w:bCs/>
          <w:color w:val="auto"/>
          <w:sz w:val="24"/>
          <w:szCs w:val="24"/>
        </w:rPr>
        <w:t>Kristina Kapp</w:t>
      </w:r>
      <w:r w:rsidRPr="00280023">
        <w:rPr>
          <w:rFonts w:ascii="Times New Roman" w:eastAsia="Times New Roman" w:hAnsi="Times New Roman" w:cs="Times New Roman"/>
          <w:color w:val="auto"/>
          <w:sz w:val="24"/>
          <w:szCs w:val="24"/>
        </w:rPr>
        <w:t xml:space="preserve">, también conocida como </w:t>
      </w:r>
      <w:r w:rsidRPr="00280023">
        <w:rPr>
          <w:rFonts w:ascii="Times New Roman" w:eastAsia="Times New Roman" w:hAnsi="Times New Roman" w:cs="Times New Roman"/>
          <w:b/>
          <w:bCs/>
          <w:color w:val="auto"/>
          <w:sz w:val="24"/>
          <w:szCs w:val="24"/>
        </w:rPr>
        <w:t>KK</w:t>
      </w:r>
      <w:r w:rsidRPr="00280023">
        <w:rPr>
          <w:rFonts w:ascii="Times New Roman" w:eastAsia="Times New Roman" w:hAnsi="Times New Roman" w:cs="Times New Roman"/>
          <w:color w:val="auto"/>
          <w:sz w:val="24"/>
          <w:szCs w:val="24"/>
        </w:rPr>
        <w:t xml:space="preserve">, Directora Ejecutiva del </w:t>
      </w:r>
      <w:r w:rsidRPr="00280023">
        <w:rPr>
          <w:rFonts w:ascii="Times New Roman" w:eastAsia="Times New Roman" w:hAnsi="Times New Roman" w:cs="Times New Roman"/>
          <w:b/>
          <w:bCs/>
          <w:color w:val="auto"/>
          <w:sz w:val="24"/>
          <w:szCs w:val="24"/>
        </w:rPr>
        <w:t>Center for disABILITY Empowerment</w:t>
      </w:r>
      <w:r w:rsidRPr="00280023">
        <w:rPr>
          <w:rFonts w:ascii="Times New Roman" w:eastAsia="Times New Roman" w:hAnsi="Times New Roman" w:cs="Times New Roman"/>
          <w:color w:val="auto"/>
          <w:sz w:val="24"/>
          <w:szCs w:val="24"/>
        </w:rPr>
        <w:t>, quien se conecta desde Ohio.</w:t>
      </w:r>
    </w:p>
    <w:p w14:paraId="77C4C76C"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También nos acompaña </w:t>
      </w:r>
      <w:r w:rsidRPr="00280023">
        <w:rPr>
          <w:rFonts w:ascii="Times New Roman" w:eastAsia="Times New Roman" w:hAnsi="Times New Roman" w:cs="Times New Roman"/>
          <w:b/>
          <w:bCs/>
          <w:color w:val="auto"/>
          <w:sz w:val="24"/>
          <w:szCs w:val="24"/>
        </w:rPr>
        <w:t>Misty Dion</w:t>
      </w:r>
      <w:r w:rsidRPr="00280023">
        <w:rPr>
          <w:rFonts w:ascii="Times New Roman" w:eastAsia="Times New Roman" w:hAnsi="Times New Roman" w:cs="Times New Roman"/>
          <w:color w:val="auto"/>
          <w:sz w:val="24"/>
          <w:szCs w:val="24"/>
        </w:rPr>
        <w:t xml:space="preserve">, Directora Ejecutiva del </w:t>
      </w:r>
      <w:r w:rsidRPr="00280023">
        <w:rPr>
          <w:rFonts w:ascii="Times New Roman" w:eastAsia="Times New Roman" w:hAnsi="Times New Roman" w:cs="Times New Roman"/>
          <w:b/>
          <w:bCs/>
          <w:color w:val="auto"/>
          <w:sz w:val="24"/>
          <w:szCs w:val="24"/>
        </w:rPr>
        <w:t>Roads to Freedom Center for Independent Living</w:t>
      </w:r>
      <w:r w:rsidRPr="00280023">
        <w:rPr>
          <w:rFonts w:ascii="Times New Roman" w:eastAsia="Times New Roman" w:hAnsi="Times New Roman" w:cs="Times New Roman"/>
          <w:color w:val="auto"/>
          <w:sz w:val="24"/>
          <w:szCs w:val="24"/>
        </w:rPr>
        <w:t>.</w:t>
      </w:r>
    </w:p>
    <w:p w14:paraId="532373B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Déjenme traerlas nuevamente a la pantalla.</w:t>
      </w:r>
    </w:p>
    <w:p w14:paraId="121A381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 hora de destacar a KK.</w:t>
      </w:r>
    </w:p>
    <w:p w14:paraId="12E6048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Disculpen, creo que hice algo...</w:t>
      </w:r>
    </w:p>
    <w:p w14:paraId="1D48576F"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Sí, definitivamente hice algo.</w:t>
      </w:r>
    </w:p>
    <w:p w14:paraId="7B4EED20"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Ups.</w:t>
      </w:r>
    </w:p>
    <w:p w14:paraId="1DEBE07C"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Déjenme asegurarme de que tenemos...</w:t>
      </w:r>
    </w:p>
    <w:p w14:paraId="7D0FB24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Ahí está.</w:t>
      </w:r>
    </w:p>
    <w:p w14:paraId="5E369D8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Ahora tenemos nuevamente el ASL funcionando correctamente.</w:t>
      </w:r>
    </w:p>
    <w:p w14:paraId="704691DE"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KK, aquí te cedo la palabra para que puedas presentarte completamente y compartir un poco de tu historia.</w:t>
      </w:r>
    </w:p>
    <w:p w14:paraId="5E56F09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Estamos muy emocionados de tenerte aquí.</w:t>
      </w:r>
    </w:p>
    <w:p w14:paraId="48582C3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También quiero mencionar a todos los participantes que KK ha proporcionado una enorme cantidad de herramientas y recursos.</w:t>
      </w:r>
    </w:p>
    <w:p w14:paraId="79A51AA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lastRenderedPageBreak/>
        <w:t>Eso hace muy feliz a mi pequeño corazón.</w:t>
      </w:r>
    </w:p>
    <w:p w14:paraId="4DFBC53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Asegúrense de revisar el enlace de materiales.</w:t>
      </w:r>
    </w:p>
    <w:p w14:paraId="4EC8CAE2"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Todo está disponible en la página de la sesión.</w:t>
      </w:r>
    </w:p>
    <w:p w14:paraId="081C110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También iremos compartiendo recursos a medida que avancemos durante la presentación.</w:t>
      </w:r>
    </w:p>
    <w:p w14:paraId="37C5F39D"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KK, te cedo la palabra.</w:t>
      </w:r>
    </w:p>
    <w:p w14:paraId="401F9F1C" w14:textId="77777777" w:rsidR="00280023" w:rsidRPr="00280023" w:rsidRDefault="00280023" w:rsidP="00280023">
      <w:pPr>
        <w:spacing w:after="0"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pict w14:anchorId="2B75FB19">
          <v:rect id="_x0000_i1029" style="width:0;height:1.5pt" o:hralign="center" o:hrstd="t" o:hr="t" fillcolor="#a0a0a0" stroked="f"/>
        </w:pict>
      </w:r>
    </w:p>
    <w:p w14:paraId="1827BD2E"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KRISTINA KAPP (KK):</w:t>
      </w:r>
    </w:p>
    <w:p w14:paraId="4791568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Muchísimas gracias, Bethany.</w:t>
      </w:r>
    </w:p>
    <w:p w14:paraId="2DB1DB4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Realmente lo agradezco.</w:t>
      </w:r>
    </w:p>
    <w:p w14:paraId="1B350E6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Esta es una oportunidad maravillosa.</w:t>
      </w:r>
    </w:p>
    <w:p w14:paraId="5D764B5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Estoy enormemente feliz de estar nuevamente aquí.</w:t>
      </w:r>
    </w:p>
    <w:p w14:paraId="1E349B0D"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Voy a compartir muy brevemente un poco sobre mí.</w:t>
      </w:r>
    </w:p>
    <w:p w14:paraId="632D0AC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Después también compartiré un poco sobre mi par, mi colega, mi amiga y mi compañera liberadora por la justicia, </w:t>
      </w:r>
      <w:r w:rsidRPr="00280023">
        <w:rPr>
          <w:rFonts w:ascii="Times New Roman" w:eastAsia="Times New Roman" w:hAnsi="Times New Roman" w:cs="Times New Roman"/>
          <w:b/>
          <w:bCs/>
          <w:color w:val="auto"/>
          <w:sz w:val="24"/>
          <w:szCs w:val="24"/>
        </w:rPr>
        <w:t>Misty Dion</w:t>
      </w:r>
      <w:r w:rsidRPr="00280023">
        <w:rPr>
          <w:rFonts w:ascii="Times New Roman" w:eastAsia="Times New Roman" w:hAnsi="Times New Roman" w:cs="Times New Roman"/>
          <w:color w:val="auto"/>
          <w:sz w:val="24"/>
          <w:szCs w:val="24"/>
        </w:rPr>
        <w:t>.</w:t>
      </w:r>
    </w:p>
    <w:p w14:paraId="520351F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Hoy vamos a </w:t>
      </w:r>
      <w:proofErr w:type="gramStart"/>
      <w:r w:rsidRPr="00280023">
        <w:rPr>
          <w:rFonts w:ascii="Times New Roman" w:eastAsia="Times New Roman" w:hAnsi="Times New Roman" w:cs="Times New Roman"/>
          <w:color w:val="auto"/>
          <w:sz w:val="24"/>
          <w:szCs w:val="24"/>
        </w:rPr>
        <w:t>recorrer juntas</w:t>
      </w:r>
      <w:proofErr w:type="gramEnd"/>
      <w:r w:rsidRPr="00280023">
        <w:rPr>
          <w:rFonts w:ascii="Times New Roman" w:eastAsia="Times New Roman" w:hAnsi="Times New Roman" w:cs="Times New Roman"/>
          <w:color w:val="auto"/>
          <w:sz w:val="24"/>
          <w:szCs w:val="24"/>
        </w:rPr>
        <w:t xml:space="preserve"> este modelo durante la presentación para mostrar realmente esa </w:t>
      </w:r>
      <w:r w:rsidRPr="00280023">
        <w:rPr>
          <w:rFonts w:ascii="Times New Roman" w:eastAsia="Times New Roman" w:hAnsi="Times New Roman" w:cs="Times New Roman"/>
          <w:b/>
          <w:bCs/>
          <w:color w:val="auto"/>
          <w:sz w:val="24"/>
          <w:szCs w:val="24"/>
        </w:rPr>
        <w:t>participación conectada y relacional</w:t>
      </w:r>
      <w:r w:rsidRPr="00280023">
        <w:rPr>
          <w:rFonts w:ascii="Times New Roman" w:eastAsia="Times New Roman" w:hAnsi="Times New Roman" w:cs="Times New Roman"/>
          <w:color w:val="auto"/>
          <w:sz w:val="24"/>
          <w:szCs w:val="24"/>
        </w:rPr>
        <w:t xml:space="preserve"> que considero tan valiosa.</w:t>
      </w:r>
    </w:p>
    <w:p w14:paraId="646BD96D"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Este modelo es muy real para nosotras.</w:t>
      </w:r>
    </w:p>
    <w:p w14:paraId="188117FF"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Mi nombre es </w:t>
      </w:r>
      <w:r w:rsidRPr="00280023">
        <w:rPr>
          <w:rFonts w:ascii="Times New Roman" w:eastAsia="Times New Roman" w:hAnsi="Times New Roman" w:cs="Times New Roman"/>
          <w:b/>
          <w:bCs/>
          <w:color w:val="auto"/>
          <w:sz w:val="24"/>
          <w:szCs w:val="24"/>
        </w:rPr>
        <w:t>Kristina Kapp</w:t>
      </w:r>
      <w:r w:rsidRPr="00280023">
        <w:rPr>
          <w:rFonts w:ascii="Times New Roman" w:eastAsia="Times New Roman" w:hAnsi="Times New Roman" w:cs="Times New Roman"/>
          <w:color w:val="auto"/>
          <w:sz w:val="24"/>
          <w:szCs w:val="24"/>
        </w:rPr>
        <w:t xml:space="preserve">, pero realmente solo utilizo </w:t>
      </w:r>
      <w:r w:rsidRPr="00280023">
        <w:rPr>
          <w:rFonts w:ascii="Times New Roman" w:eastAsia="Times New Roman" w:hAnsi="Times New Roman" w:cs="Times New Roman"/>
          <w:b/>
          <w:bCs/>
          <w:color w:val="auto"/>
          <w:sz w:val="24"/>
          <w:szCs w:val="24"/>
        </w:rPr>
        <w:t>KK</w:t>
      </w:r>
      <w:r w:rsidRPr="00280023">
        <w:rPr>
          <w:rFonts w:ascii="Times New Roman" w:eastAsia="Times New Roman" w:hAnsi="Times New Roman" w:cs="Times New Roman"/>
          <w:color w:val="auto"/>
          <w:sz w:val="24"/>
          <w:szCs w:val="24"/>
        </w:rPr>
        <w:t>.</w:t>
      </w:r>
    </w:p>
    <w:p w14:paraId="2B824C9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Actualmente estoy en Ohio.</w:t>
      </w:r>
    </w:p>
    <w:p w14:paraId="40C1AE46"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Soy la Directora Ejecutiva del </w:t>
      </w:r>
      <w:r w:rsidRPr="00280023">
        <w:rPr>
          <w:rFonts w:ascii="Times New Roman" w:eastAsia="Times New Roman" w:hAnsi="Times New Roman" w:cs="Times New Roman"/>
          <w:b/>
          <w:bCs/>
          <w:color w:val="auto"/>
          <w:sz w:val="24"/>
          <w:szCs w:val="24"/>
        </w:rPr>
        <w:t>Center for disABILITY Empowerment</w:t>
      </w:r>
      <w:r w:rsidRPr="00280023">
        <w:rPr>
          <w:rFonts w:ascii="Times New Roman" w:eastAsia="Times New Roman" w:hAnsi="Times New Roman" w:cs="Times New Roman"/>
          <w:color w:val="auto"/>
          <w:sz w:val="24"/>
          <w:szCs w:val="24"/>
        </w:rPr>
        <w:t>.</w:t>
      </w:r>
    </w:p>
    <w:p w14:paraId="614796B5"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También soy la Directora Ejecutiva de </w:t>
      </w:r>
      <w:r w:rsidRPr="00280023">
        <w:rPr>
          <w:rFonts w:ascii="Times New Roman" w:eastAsia="Times New Roman" w:hAnsi="Times New Roman" w:cs="Times New Roman"/>
          <w:b/>
          <w:bCs/>
          <w:color w:val="auto"/>
          <w:sz w:val="24"/>
          <w:szCs w:val="24"/>
        </w:rPr>
        <w:t>My Freedom International</w:t>
      </w:r>
      <w:r w:rsidRPr="00280023">
        <w:rPr>
          <w:rFonts w:ascii="Times New Roman" w:eastAsia="Times New Roman" w:hAnsi="Times New Roman" w:cs="Times New Roman"/>
          <w:color w:val="auto"/>
          <w:sz w:val="24"/>
          <w:szCs w:val="24"/>
        </w:rPr>
        <w:t>.</w:t>
      </w:r>
    </w:p>
    <w:p w14:paraId="126D9172"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Desempeño varias funciones diferentes.</w:t>
      </w:r>
    </w:p>
    <w:p w14:paraId="1071874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Pero, antes que nada, estoy aquí como una persona.</w:t>
      </w:r>
    </w:p>
    <w:p w14:paraId="6E5F5F7E"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Nací con algo que, utilizando una terminología que no considero particularmente consciente, técnicamente se denomina un </w:t>
      </w:r>
      <w:r w:rsidRPr="00280023">
        <w:rPr>
          <w:rFonts w:ascii="Times New Roman" w:eastAsia="Times New Roman" w:hAnsi="Times New Roman" w:cs="Times New Roman"/>
          <w:b/>
          <w:bCs/>
          <w:color w:val="auto"/>
          <w:sz w:val="24"/>
          <w:szCs w:val="24"/>
        </w:rPr>
        <w:t>"defecto de nacimiento"</w:t>
      </w:r>
      <w:r w:rsidRPr="00280023">
        <w:rPr>
          <w:rFonts w:ascii="Times New Roman" w:eastAsia="Times New Roman" w:hAnsi="Times New Roman" w:cs="Times New Roman"/>
          <w:color w:val="auto"/>
          <w:sz w:val="24"/>
          <w:szCs w:val="24"/>
        </w:rPr>
        <w:t>.</w:t>
      </w:r>
    </w:p>
    <w:p w14:paraId="5BDF6786"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Estoy muy orgullosa de ello.</w:t>
      </w:r>
    </w:p>
    <w:p w14:paraId="2493582C"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lastRenderedPageBreak/>
        <w:t>Me gusta la manera en que me adapto al mundo.</w:t>
      </w:r>
    </w:p>
    <w:p w14:paraId="43AA575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Quiero ser transparente.</w:t>
      </w:r>
    </w:p>
    <w:p w14:paraId="78E4954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Tengo algunas discapacidades relacionadas con el procesamiento auditivo y verbal.</w:t>
      </w:r>
    </w:p>
    <w:p w14:paraId="743F3F8C"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Si no escucho una palabra o no puedo leer una palabra, simplemente preguntaré.</w:t>
      </w:r>
    </w:p>
    <w:p w14:paraId="3975C2C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Misty estará allí para apoyarme.</w:t>
      </w:r>
    </w:p>
    <w:p w14:paraId="75BE8CA2"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Ella está muy acostumbrada </w:t>
      </w:r>
      <w:proofErr w:type="gramStart"/>
      <w:r w:rsidRPr="00280023">
        <w:rPr>
          <w:rFonts w:ascii="Times New Roman" w:eastAsia="Times New Roman" w:hAnsi="Times New Roman" w:cs="Times New Roman"/>
          <w:color w:val="auto"/>
          <w:sz w:val="24"/>
          <w:szCs w:val="24"/>
        </w:rPr>
        <w:t>a</w:t>
      </w:r>
      <w:proofErr w:type="gramEnd"/>
      <w:r w:rsidRPr="00280023">
        <w:rPr>
          <w:rFonts w:ascii="Times New Roman" w:eastAsia="Times New Roman" w:hAnsi="Times New Roman" w:cs="Times New Roman"/>
          <w:color w:val="auto"/>
          <w:sz w:val="24"/>
          <w:szCs w:val="24"/>
        </w:rPr>
        <w:t xml:space="preserve"> esto.</w:t>
      </w:r>
    </w:p>
    <w:p w14:paraId="2A26071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Forma parte de nuestra relación conectada, colaborativa y de apoyo.</w:t>
      </w:r>
    </w:p>
    <w:p w14:paraId="0FEB7226"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Sin embargo, este tema es muy cercano a mi corazón.</w:t>
      </w:r>
    </w:p>
    <w:p w14:paraId="5686DF6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Como mencioné anteriormente, pasé casi </w:t>
      </w:r>
      <w:r w:rsidRPr="00280023">
        <w:rPr>
          <w:rFonts w:ascii="Times New Roman" w:eastAsia="Times New Roman" w:hAnsi="Times New Roman" w:cs="Times New Roman"/>
          <w:b/>
          <w:bCs/>
          <w:color w:val="auto"/>
          <w:sz w:val="24"/>
          <w:szCs w:val="24"/>
        </w:rPr>
        <w:t>ocho años en una institución</w:t>
      </w:r>
      <w:r w:rsidRPr="00280023">
        <w:rPr>
          <w:rFonts w:ascii="Times New Roman" w:eastAsia="Times New Roman" w:hAnsi="Times New Roman" w:cs="Times New Roman"/>
          <w:color w:val="auto"/>
          <w:sz w:val="24"/>
          <w:szCs w:val="24"/>
        </w:rPr>
        <w:t>.</w:t>
      </w:r>
    </w:p>
    <w:p w14:paraId="0F34D30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La coerción, la intensificación de situaciones y la verdadera falta de permiso para que podamos </w:t>
      </w:r>
      <w:r w:rsidRPr="00280023">
        <w:rPr>
          <w:rFonts w:ascii="Times New Roman" w:eastAsia="Times New Roman" w:hAnsi="Times New Roman" w:cs="Times New Roman"/>
          <w:b/>
          <w:bCs/>
          <w:color w:val="auto"/>
          <w:sz w:val="24"/>
          <w:szCs w:val="24"/>
        </w:rPr>
        <w:t>sentir sentimientos y experimentar emociones sin que sean utilizadas en nuestra contra</w:t>
      </w:r>
      <w:r w:rsidRPr="00280023">
        <w:rPr>
          <w:rFonts w:ascii="Times New Roman" w:eastAsia="Times New Roman" w:hAnsi="Times New Roman" w:cs="Times New Roman"/>
          <w:color w:val="auto"/>
          <w:sz w:val="24"/>
          <w:szCs w:val="24"/>
        </w:rPr>
        <w:t xml:space="preserve"> son temas realmente importantes y poderosos para mí.</w:t>
      </w:r>
    </w:p>
    <w:p w14:paraId="789062E5"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Así que agradezco muchísimo este tiempo y este espacio. </w:t>
      </w:r>
    </w:p>
    <w:p w14:paraId="562EE39A" w14:textId="77777777" w:rsidR="00280023" w:rsidRPr="00280023" w:rsidRDefault="00280023" w:rsidP="00280023">
      <w:pPr>
        <w:spacing w:after="0"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pict w14:anchorId="682EBEA1">
          <v:rect id="_x0000_i1030" style="width:0;height:1.5pt" o:hralign="center" o:hrstd="t" o:hr="t" fillcolor="#a0a0a0" stroked="f"/>
        </w:pict>
      </w:r>
    </w:p>
    <w:p w14:paraId="5FDE60E3" w14:textId="77777777" w:rsidR="00280023" w:rsidRPr="00280023" w:rsidRDefault="00280023" w:rsidP="00280023">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80023">
        <w:rPr>
          <w:rFonts w:ascii="Times New Roman" w:eastAsia="Times New Roman" w:hAnsi="Times New Roman" w:cs="Times New Roman"/>
          <w:b/>
          <w:bCs/>
          <w:color w:val="auto"/>
          <w:kern w:val="36"/>
          <w:sz w:val="48"/>
          <w:szCs w:val="48"/>
        </w:rPr>
        <w:t>Ejercicio para centrarnos y revisión del modelo GRACE</w:t>
      </w:r>
    </w:p>
    <w:p w14:paraId="7137CB6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Esto es lo que hicimos la semana pasada.</w:t>
      </w:r>
    </w:p>
    <w:p w14:paraId="0483916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Les pediré que nos tomemos rápidamente un minuto para detenernos.</w:t>
      </w:r>
    </w:p>
    <w:p w14:paraId="466CF10F"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Si pueden, coloquen los pies firmemente sobre el suelo o las palmas de las manos sobre el escritorio.</w:t>
      </w:r>
    </w:p>
    <w:p w14:paraId="5C68967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Esto está en el centro de nuestro trabajo.</w:t>
      </w:r>
    </w:p>
    <w:p w14:paraId="3361B1D8"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Vamos a </w:t>
      </w:r>
      <w:r w:rsidRPr="00280023">
        <w:rPr>
          <w:rFonts w:ascii="Times New Roman" w:eastAsia="Times New Roman" w:hAnsi="Times New Roman" w:cs="Times New Roman"/>
          <w:b/>
          <w:bCs/>
          <w:color w:val="auto"/>
          <w:sz w:val="24"/>
          <w:szCs w:val="24"/>
        </w:rPr>
        <w:t>centrarnos</w:t>
      </w:r>
      <w:r w:rsidRPr="00280023">
        <w:rPr>
          <w:rFonts w:ascii="Times New Roman" w:eastAsia="Times New Roman" w:hAnsi="Times New Roman" w:cs="Times New Roman"/>
          <w:color w:val="auto"/>
          <w:sz w:val="24"/>
          <w:szCs w:val="24"/>
        </w:rPr>
        <w:t>.</w:t>
      </w:r>
    </w:p>
    <w:p w14:paraId="45F0780C"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Tomaremos dos respiraciones profundas juntos para cultivar realmente ese espacio compartido y esa conexión desde el principio.</w:t>
      </w:r>
    </w:p>
    <w:p w14:paraId="353A304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Estamos haciendo que esto sea real y adaptable.</w:t>
      </w:r>
    </w:p>
    <w:p w14:paraId="145A5442"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Lo estamos haciendo en comunidad.</w:t>
      </w:r>
    </w:p>
    <w:p w14:paraId="685F1A40"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Muy rápidamente.</w:t>
      </w:r>
    </w:p>
    <w:p w14:paraId="237F04E2"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lastRenderedPageBreak/>
        <w:t>Respiren.</w:t>
      </w:r>
    </w:p>
    <w:p w14:paraId="5AEB20B3"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Suelten el aire.</w:t>
      </w:r>
    </w:p>
    <w:p w14:paraId="095261A0"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Una vez más.</w:t>
      </w:r>
    </w:p>
    <w:p w14:paraId="3877EE7F"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Respiren profundamente.</w:t>
      </w:r>
    </w:p>
    <w:p w14:paraId="6C0560E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Suelten el aire.</w:t>
      </w:r>
    </w:p>
    <w:p w14:paraId="2562F41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Es así de sencillo.</w:t>
      </w:r>
    </w:p>
    <w:p w14:paraId="603B6B3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No tuvimos que hacer nada más.</w:t>
      </w:r>
    </w:p>
    <w:p w14:paraId="628D6B7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 veces son esas respiraciones sencillas las que nos ayudan a conectarnos en comunidad y en colaboración.</w:t>
      </w:r>
    </w:p>
    <w:p w14:paraId="66613E99" w14:textId="77777777" w:rsidR="00280023" w:rsidRPr="00280023" w:rsidRDefault="00280023" w:rsidP="00280023">
      <w:pPr>
        <w:spacing w:after="0"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pict w14:anchorId="64540A71">
          <v:rect id="_x0000_i1031" style="width:0;height:1.5pt" o:hralign="center" o:hrstd="t" o:hr="t" fillcolor="#a0a0a0" stroked="f"/>
        </w:pict>
      </w:r>
    </w:p>
    <w:p w14:paraId="3BAB6985" w14:textId="77777777" w:rsidR="00280023" w:rsidRPr="00280023" w:rsidRDefault="00280023" w:rsidP="00280023">
      <w:pPr>
        <w:spacing w:before="100" w:beforeAutospacing="1" w:after="100" w:afterAutospacing="1" w:line="240" w:lineRule="auto"/>
        <w:outlineLvl w:val="1"/>
        <w:rPr>
          <w:rFonts w:ascii="Times New Roman" w:eastAsia="Times New Roman" w:hAnsi="Times New Roman" w:cs="Times New Roman"/>
          <w:b/>
          <w:bCs/>
          <w:color w:val="auto"/>
          <w:sz w:val="36"/>
          <w:szCs w:val="36"/>
        </w:rPr>
      </w:pPr>
      <w:r w:rsidRPr="00280023">
        <w:rPr>
          <w:rFonts w:ascii="Times New Roman" w:eastAsia="Times New Roman" w:hAnsi="Times New Roman" w:cs="Times New Roman"/>
          <w:b/>
          <w:bCs/>
          <w:color w:val="auto"/>
          <w:sz w:val="36"/>
          <w:szCs w:val="36"/>
        </w:rPr>
        <w:t>Revisión del modelo GRACE</w:t>
      </w:r>
    </w:p>
    <w:p w14:paraId="39FBE969"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Durante la Semana 1 analizamos el </w:t>
      </w:r>
      <w:r w:rsidRPr="00280023">
        <w:rPr>
          <w:rFonts w:ascii="Times New Roman" w:eastAsia="Times New Roman" w:hAnsi="Times New Roman" w:cs="Times New Roman"/>
          <w:b/>
          <w:bCs/>
          <w:color w:val="auto"/>
          <w:sz w:val="24"/>
          <w:szCs w:val="24"/>
        </w:rPr>
        <w:t>modelo GRACE</w:t>
      </w:r>
      <w:r w:rsidRPr="00280023">
        <w:rPr>
          <w:rFonts w:ascii="Times New Roman" w:eastAsia="Times New Roman" w:hAnsi="Times New Roman" w:cs="Times New Roman"/>
          <w:color w:val="auto"/>
          <w:sz w:val="24"/>
          <w:szCs w:val="24"/>
        </w:rPr>
        <w:t>.</w:t>
      </w:r>
    </w:p>
    <w:p w14:paraId="10362FAC"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Yo desarrollé este modelo y estoy enormemente emocionada de compartirlo con toda nuestra comunidad.</w:t>
      </w:r>
    </w:p>
    <w:p w14:paraId="09CF9AC0"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Realmente creo que puede fortalecer y apoyar nuestras interacciones cotidianas con nuestras comunidades.</w:t>
      </w:r>
    </w:p>
    <w:p w14:paraId="7C70733D"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También desarrollé muchas herramientas prácticas para que puedan contar con recursos tangibles y adaptables que puedan utilizar.</w:t>
      </w:r>
    </w:p>
    <w:p w14:paraId="0101F3E9"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G – Ground: Centrarse</w:t>
      </w:r>
    </w:p>
    <w:p w14:paraId="42F6D1CA"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Acabamos de centrarnos juntos.</w:t>
      </w:r>
    </w:p>
    <w:p w14:paraId="11DB094E"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R – Regard: Consideración</w:t>
      </w:r>
    </w:p>
    <w:p w14:paraId="1B00A8E4"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Ver a la persona en su totalidad con:</w:t>
      </w:r>
    </w:p>
    <w:p w14:paraId="035BE51C" w14:textId="77777777" w:rsidR="00280023" w:rsidRPr="00280023" w:rsidRDefault="00280023">
      <w:pPr>
        <w:numPr>
          <w:ilvl w:val="0"/>
          <w:numId w:val="13"/>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Curiosidad. </w:t>
      </w:r>
    </w:p>
    <w:p w14:paraId="77711213" w14:textId="77777777" w:rsidR="00280023" w:rsidRPr="00280023" w:rsidRDefault="00280023">
      <w:pPr>
        <w:numPr>
          <w:ilvl w:val="0"/>
          <w:numId w:val="13"/>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Consideración positiva. </w:t>
      </w:r>
    </w:p>
    <w:p w14:paraId="47CF57DE" w14:textId="77777777" w:rsidR="00280023" w:rsidRPr="00280023" w:rsidRDefault="00280023">
      <w:pPr>
        <w:numPr>
          <w:ilvl w:val="0"/>
          <w:numId w:val="13"/>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Consideración positiva incondicional. </w:t>
      </w:r>
    </w:p>
    <w:p w14:paraId="786AA7F3"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A – Autonomy: Autonomía</w:t>
      </w:r>
    </w:p>
    <w:p w14:paraId="2EBA2058"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Honrar:</w:t>
      </w:r>
    </w:p>
    <w:p w14:paraId="3577AE9B" w14:textId="77777777" w:rsidR="00280023" w:rsidRPr="00280023" w:rsidRDefault="00280023">
      <w:pPr>
        <w:numPr>
          <w:ilvl w:val="0"/>
          <w:numId w:val="14"/>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lastRenderedPageBreak/>
        <w:t xml:space="preserve">La capacidad de acción. </w:t>
      </w:r>
    </w:p>
    <w:p w14:paraId="4B723398" w14:textId="77777777" w:rsidR="00280023" w:rsidRPr="00280023" w:rsidRDefault="00280023">
      <w:pPr>
        <w:numPr>
          <w:ilvl w:val="0"/>
          <w:numId w:val="14"/>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La elección. </w:t>
      </w:r>
    </w:p>
    <w:p w14:paraId="77322C67" w14:textId="77777777" w:rsidR="00280023" w:rsidRPr="00280023" w:rsidRDefault="00280023">
      <w:pPr>
        <w:numPr>
          <w:ilvl w:val="0"/>
          <w:numId w:val="14"/>
        </w:num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La autodirección. </w:t>
      </w:r>
    </w:p>
    <w:p w14:paraId="5ADE519E" w14:textId="77777777" w:rsidR="00280023" w:rsidRPr="00280023" w:rsidRDefault="00280023" w:rsidP="00280023">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80023">
        <w:rPr>
          <w:rFonts w:ascii="Times New Roman" w:eastAsia="Times New Roman" w:hAnsi="Times New Roman" w:cs="Times New Roman"/>
          <w:b/>
          <w:bCs/>
          <w:color w:val="auto"/>
          <w:sz w:val="27"/>
          <w:szCs w:val="27"/>
        </w:rPr>
        <w:t>C – Connect: Conectar</w:t>
      </w:r>
    </w:p>
    <w:p w14:paraId="1DEE1150"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Esta semana nos centraremos especialmente en </w:t>
      </w:r>
      <w:r w:rsidRPr="00280023">
        <w:rPr>
          <w:rFonts w:ascii="Times New Roman" w:eastAsia="Times New Roman" w:hAnsi="Times New Roman" w:cs="Times New Roman"/>
          <w:b/>
          <w:bCs/>
          <w:color w:val="auto"/>
          <w:sz w:val="24"/>
          <w:szCs w:val="24"/>
        </w:rPr>
        <w:t>conectar</w:t>
      </w:r>
      <w:r w:rsidRPr="00280023">
        <w:rPr>
          <w:rFonts w:ascii="Times New Roman" w:eastAsia="Times New Roman" w:hAnsi="Times New Roman" w:cs="Times New Roman"/>
          <w:color w:val="auto"/>
          <w:sz w:val="24"/>
          <w:szCs w:val="24"/>
        </w:rPr>
        <w:t>.</w:t>
      </w:r>
    </w:p>
    <w:p w14:paraId="511AE7A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Aquí es donde realmente resulta importante observar esa conexión relacional.</w:t>
      </w:r>
    </w:p>
    <w:p w14:paraId="1035D759"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¿Cómo hacemos eso?</w:t>
      </w:r>
    </w:p>
    <w:p w14:paraId="7C933776"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Manteniéndonos presentes.</w:t>
      </w:r>
    </w:p>
    <w:p w14:paraId="36C3AAAB"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Permaneciendo en el momento.</w:t>
      </w:r>
    </w:p>
    <w:p w14:paraId="0B774541"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A veces está bien hacer una pausa.</w:t>
      </w:r>
    </w:p>
    <w:p w14:paraId="79A88E00"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Observen si sienten urgencia por hablar.</w:t>
      </w:r>
    </w:p>
    <w:p w14:paraId="525C8977"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Observen si sienten la necesidad de identificar inmediatamente el problema, tomar el control o proporcionar una solución mientras la otra persona todavía está hablando.</w:t>
      </w:r>
    </w:p>
    <w:p w14:paraId="4312709F"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 xml:space="preserve">Si estamos haciendo eso, </w:t>
      </w:r>
      <w:r w:rsidRPr="00280023">
        <w:rPr>
          <w:rFonts w:ascii="Times New Roman" w:eastAsia="Times New Roman" w:hAnsi="Times New Roman" w:cs="Times New Roman"/>
          <w:b/>
          <w:bCs/>
          <w:color w:val="auto"/>
          <w:sz w:val="24"/>
          <w:szCs w:val="24"/>
        </w:rPr>
        <w:t xml:space="preserve">no estamos presentes con nuestro par o </w:t>
      </w:r>
      <w:proofErr w:type="gramStart"/>
      <w:r w:rsidRPr="00280023">
        <w:rPr>
          <w:rFonts w:ascii="Times New Roman" w:eastAsia="Times New Roman" w:hAnsi="Times New Roman" w:cs="Times New Roman"/>
          <w:b/>
          <w:bCs/>
          <w:color w:val="auto"/>
          <w:sz w:val="24"/>
          <w:szCs w:val="24"/>
        </w:rPr>
        <w:t>con</w:t>
      </w:r>
      <w:proofErr w:type="gramEnd"/>
      <w:r w:rsidRPr="00280023">
        <w:rPr>
          <w:rFonts w:ascii="Times New Roman" w:eastAsia="Times New Roman" w:hAnsi="Times New Roman" w:cs="Times New Roman"/>
          <w:b/>
          <w:bCs/>
          <w:color w:val="auto"/>
          <w:sz w:val="24"/>
          <w:szCs w:val="24"/>
        </w:rPr>
        <w:t xml:space="preserve"> la otra persona</w:t>
      </w:r>
      <w:r w:rsidRPr="00280023">
        <w:rPr>
          <w:rFonts w:ascii="Times New Roman" w:eastAsia="Times New Roman" w:hAnsi="Times New Roman" w:cs="Times New Roman"/>
          <w:color w:val="auto"/>
          <w:sz w:val="24"/>
          <w:szCs w:val="24"/>
        </w:rPr>
        <w:t>.</w:t>
      </w:r>
    </w:p>
    <w:p w14:paraId="35776E29" w14:textId="77777777" w:rsidR="00280023" w:rsidRPr="00280023" w:rsidRDefault="00280023" w:rsidP="00280023">
      <w:pPr>
        <w:spacing w:before="100" w:beforeAutospacing="1" w:after="100" w:afterAutospacing="1" w:line="240" w:lineRule="auto"/>
        <w:rPr>
          <w:rFonts w:ascii="Times New Roman" w:eastAsia="Times New Roman" w:hAnsi="Times New Roman" w:cs="Times New Roman"/>
          <w:color w:val="auto"/>
          <w:sz w:val="24"/>
          <w:szCs w:val="24"/>
        </w:rPr>
      </w:pPr>
      <w:r w:rsidRPr="00280023">
        <w:rPr>
          <w:rFonts w:ascii="Times New Roman" w:eastAsia="Times New Roman" w:hAnsi="Times New Roman" w:cs="Times New Roman"/>
          <w:color w:val="auto"/>
          <w:sz w:val="24"/>
          <w:szCs w:val="24"/>
        </w:rPr>
        <w:t>Ya estamos mentalmente en otro lugar.</w:t>
      </w:r>
    </w:p>
    <w:p w14:paraId="734A13E4" w14:textId="77777777" w:rsidR="002021A9" w:rsidRPr="002021A9" w:rsidRDefault="002021A9" w:rsidP="002021A9">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021A9">
        <w:rPr>
          <w:rFonts w:ascii="Times New Roman" w:eastAsia="Times New Roman" w:hAnsi="Times New Roman" w:cs="Times New Roman"/>
          <w:b/>
          <w:bCs/>
          <w:color w:val="auto"/>
          <w:kern w:val="36"/>
          <w:sz w:val="48"/>
          <w:szCs w:val="48"/>
        </w:rPr>
        <w:t>Afirmación, validación y conexión entre pares</w:t>
      </w:r>
    </w:p>
    <w:p w14:paraId="7BEA0344"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KRISTINA KAPP (KK):</w:t>
      </w:r>
    </w:p>
    <w:p w14:paraId="5B8C483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El poder de la </w:t>
      </w:r>
      <w:r w:rsidRPr="002021A9">
        <w:rPr>
          <w:rFonts w:ascii="Times New Roman" w:eastAsia="Times New Roman" w:hAnsi="Times New Roman" w:cs="Times New Roman"/>
          <w:b/>
          <w:bCs/>
          <w:color w:val="auto"/>
          <w:sz w:val="24"/>
          <w:szCs w:val="24"/>
        </w:rPr>
        <w:t>afirmación y validación entre pares</w:t>
      </w:r>
      <w:r w:rsidRPr="002021A9">
        <w:rPr>
          <w:rFonts w:ascii="Times New Roman" w:eastAsia="Times New Roman" w:hAnsi="Times New Roman" w:cs="Times New Roman"/>
          <w:color w:val="auto"/>
          <w:sz w:val="24"/>
          <w:szCs w:val="24"/>
        </w:rPr>
        <w:t xml:space="preserve"> es enorme.</w:t>
      </w:r>
    </w:p>
    <w:p w14:paraId="2FBAE08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Esto es algo que Misty y yo podemos decirles que utilizamos prácticamente todos los días.</w:t>
      </w:r>
    </w:p>
    <w:p w14:paraId="2F43D17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De hecho, justo antes de esta presentación estuvimos hablando brevemente y ella me dijo:</w:t>
      </w:r>
    </w:p>
    <w:p w14:paraId="57C78DD5"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"Te escucho, KK."</w:t>
      </w:r>
    </w:p>
    <w:p w14:paraId="1D9908C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Para mí, eso es algo muy poderoso.</w:t>
      </w:r>
    </w:p>
    <w:p w14:paraId="12F2C9C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No significaba simplemente que me estaba escuchando auditivamente.</w:t>
      </w:r>
    </w:p>
    <w:p w14:paraId="0733D16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Me estaba escuchando con el corazón.</w:t>
      </w:r>
    </w:p>
    <w:p w14:paraId="69F61F48"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Estaba reconociendo mi experiencia y dando testimonio de ella.</w:t>
      </w:r>
    </w:p>
    <w:p w14:paraId="221B0172"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Ese es un punto de conexión diferente.</w:t>
      </w:r>
    </w:p>
    <w:p w14:paraId="011348A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t>Escuchen lo que realmente se está comunicando.</w:t>
      </w:r>
    </w:p>
    <w:p w14:paraId="5BD7317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De la misma manera que acabo de mencionar que Misty me dijo que me escuchaba, ella estaba comunicando:</w:t>
      </w:r>
    </w:p>
    <w:p w14:paraId="69928E28"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"Lo que estás diciendo es válido."</w:t>
      </w:r>
    </w:p>
    <w:p w14:paraId="3664829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Con demasiada frecuencia se nos descarta, se nos silencia o se nos ignora.</w:t>
      </w:r>
    </w:p>
    <w:p w14:paraId="48F3214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Recibir esa validación es poderoso.</w:t>
      </w:r>
    </w:p>
    <w:p w14:paraId="325006F2"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Mantengan la curiosidad.</w:t>
      </w:r>
    </w:p>
    <w:p w14:paraId="4327323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Nunca supongan.</w:t>
      </w:r>
    </w:p>
    <w:p w14:paraId="51BDC8E2"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Pregunten.</w:t>
      </w:r>
    </w:p>
    <w:p w14:paraId="78D077B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Esto es enorme.</w:t>
      </w:r>
    </w:p>
    <w:p w14:paraId="708CA93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Deberíamos ponerlo en el chat:</w:t>
      </w:r>
    </w:p>
    <w:p w14:paraId="5F44ED8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No supongan. Pregunten.</w:t>
      </w:r>
    </w:p>
    <w:p w14:paraId="7258938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Mantengan la curiosidad en todo momento.</w:t>
      </w:r>
    </w:p>
    <w:p w14:paraId="4B20932F"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0CAD37A4">
          <v:rect id="_x0000_i1039" style="width:0;height:1.5pt" o:hralign="center" o:hrstd="t" o:hr="t" fillcolor="#a0a0a0" stroked="f"/>
        </w:pict>
      </w:r>
    </w:p>
    <w:p w14:paraId="3BBB56B4" w14:textId="77777777" w:rsidR="002021A9" w:rsidRPr="002021A9" w:rsidRDefault="002021A9" w:rsidP="002021A9">
      <w:pPr>
        <w:spacing w:before="100" w:beforeAutospacing="1" w:after="100" w:afterAutospacing="1" w:line="240" w:lineRule="auto"/>
        <w:outlineLvl w:val="1"/>
        <w:rPr>
          <w:rFonts w:ascii="Times New Roman" w:eastAsia="Times New Roman" w:hAnsi="Times New Roman" w:cs="Times New Roman"/>
          <w:b/>
          <w:bCs/>
          <w:color w:val="auto"/>
          <w:sz w:val="36"/>
          <w:szCs w:val="36"/>
        </w:rPr>
      </w:pPr>
      <w:r w:rsidRPr="002021A9">
        <w:rPr>
          <w:rFonts w:ascii="Times New Roman" w:eastAsia="Times New Roman" w:hAnsi="Times New Roman" w:cs="Times New Roman"/>
          <w:b/>
          <w:bCs/>
          <w:color w:val="auto"/>
          <w:sz w:val="36"/>
          <w:szCs w:val="36"/>
        </w:rPr>
        <w:t>Crear espacio para las emociones</w:t>
      </w:r>
    </w:p>
    <w:p w14:paraId="1CFA0F0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Dejen espacio para las emociones.</w:t>
      </w:r>
    </w:p>
    <w:p w14:paraId="402079D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Esto es realmente importante.</w:t>
      </w:r>
    </w:p>
    <w:p w14:paraId="38EFA45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A veces simplemente estamos sintiendo un sentimiento y experimentando una emoción.</w:t>
      </w:r>
    </w:p>
    <w:p w14:paraId="5C8193D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Necesitamos permitir que exista un espacio seguro para sentir esas emociones.</w:t>
      </w:r>
    </w:p>
    <w:p w14:paraId="7212B72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No debemos pasar inmediatamente al miedo.</w:t>
      </w:r>
    </w:p>
    <w:p w14:paraId="5309A85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Vamos a hablar más sobre eso.</w:t>
      </w:r>
    </w:p>
    <w:p w14:paraId="348BE29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Las emociones intensas son válidas.</w:t>
      </w:r>
    </w:p>
    <w:p w14:paraId="75811558"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Y </w:t>
      </w:r>
      <w:r w:rsidRPr="002021A9">
        <w:rPr>
          <w:rFonts w:ascii="Times New Roman" w:eastAsia="Times New Roman" w:hAnsi="Times New Roman" w:cs="Times New Roman"/>
          <w:b/>
          <w:bCs/>
          <w:color w:val="auto"/>
          <w:sz w:val="24"/>
          <w:szCs w:val="24"/>
        </w:rPr>
        <w:t>no tienen que desaparecer antes de que podamos conectarnos</w:t>
      </w:r>
      <w:r w:rsidRPr="002021A9">
        <w:rPr>
          <w:rFonts w:ascii="Times New Roman" w:eastAsia="Times New Roman" w:hAnsi="Times New Roman" w:cs="Times New Roman"/>
          <w:color w:val="auto"/>
          <w:sz w:val="24"/>
          <w:szCs w:val="24"/>
        </w:rPr>
        <w:t>.</w:t>
      </w:r>
    </w:p>
    <w:p w14:paraId="741CC448"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Permitan que la persona:</w:t>
      </w:r>
    </w:p>
    <w:p w14:paraId="0EA2ECFB" w14:textId="77777777" w:rsidR="002021A9" w:rsidRPr="002021A9" w:rsidRDefault="002021A9">
      <w:pPr>
        <w:numPr>
          <w:ilvl w:val="0"/>
          <w:numId w:val="15"/>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Experimente. </w:t>
      </w:r>
    </w:p>
    <w:p w14:paraId="1B69FF2D" w14:textId="77777777" w:rsidR="002021A9" w:rsidRPr="002021A9" w:rsidRDefault="002021A9">
      <w:pPr>
        <w:numPr>
          <w:ilvl w:val="0"/>
          <w:numId w:val="15"/>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Sienta. </w:t>
      </w:r>
    </w:p>
    <w:p w14:paraId="4C6F1858" w14:textId="77777777" w:rsidR="002021A9" w:rsidRPr="002021A9" w:rsidRDefault="002021A9">
      <w:pPr>
        <w:numPr>
          <w:ilvl w:val="0"/>
          <w:numId w:val="15"/>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t xml:space="preserve">Tenga ese espacio seguro. </w:t>
      </w:r>
    </w:p>
    <w:p w14:paraId="5D05CE3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¿Qué ocurre si esa persona o ese </w:t>
      </w:r>
      <w:proofErr w:type="gramStart"/>
      <w:r w:rsidRPr="002021A9">
        <w:rPr>
          <w:rFonts w:ascii="Times New Roman" w:eastAsia="Times New Roman" w:hAnsi="Times New Roman" w:cs="Times New Roman"/>
          <w:color w:val="auto"/>
          <w:sz w:val="24"/>
          <w:szCs w:val="24"/>
        </w:rPr>
        <w:t>par</w:t>
      </w:r>
      <w:proofErr w:type="gramEnd"/>
      <w:r w:rsidRPr="002021A9">
        <w:rPr>
          <w:rFonts w:ascii="Times New Roman" w:eastAsia="Times New Roman" w:hAnsi="Times New Roman" w:cs="Times New Roman"/>
          <w:color w:val="auto"/>
          <w:sz w:val="24"/>
          <w:szCs w:val="24"/>
        </w:rPr>
        <w:t xml:space="preserve"> no tiene a nadie más con quien compartir?</w:t>
      </w:r>
    </w:p>
    <w:p w14:paraId="42C61E6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Quizá piensa que no existe nadie a quien realmente le importen sus sentimientos.</w:t>
      </w:r>
    </w:p>
    <w:p w14:paraId="4589354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Esto es muy poderoso.</w:t>
      </w:r>
    </w:p>
    <w:p w14:paraId="3BCCBE4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Y debemos mantener la capacidad de elección dentro de la interacción.</w:t>
      </w:r>
    </w:p>
    <w:p w14:paraId="38AD78F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Continuemos honrando la autonomía.</w:t>
      </w:r>
    </w:p>
    <w:p w14:paraId="7205C81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Ese es el verdadero punto de conexión donde se desarrolla la confianza.</w:t>
      </w:r>
    </w:p>
    <w:p w14:paraId="62DABF1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Sé que dediqué un poco más de tiempo </w:t>
      </w:r>
      <w:proofErr w:type="gramStart"/>
      <w:r w:rsidRPr="002021A9">
        <w:rPr>
          <w:rFonts w:ascii="Times New Roman" w:eastAsia="Times New Roman" w:hAnsi="Times New Roman" w:cs="Times New Roman"/>
          <w:color w:val="auto"/>
          <w:sz w:val="24"/>
          <w:szCs w:val="24"/>
        </w:rPr>
        <w:t>a</w:t>
      </w:r>
      <w:proofErr w:type="gramEnd"/>
      <w:r w:rsidRPr="002021A9">
        <w:rPr>
          <w:rFonts w:ascii="Times New Roman" w:eastAsia="Times New Roman" w:hAnsi="Times New Roman" w:cs="Times New Roman"/>
          <w:color w:val="auto"/>
          <w:sz w:val="24"/>
          <w:szCs w:val="24"/>
        </w:rPr>
        <w:t xml:space="preserve"> explicar estos aspectos, pero son realmente importantes porque hoy vamos a trabajar con todos ellos.</w:t>
      </w:r>
    </w:p>
    <w:p w14:paraId="7CE215B1"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6C3C5216">
          <v:rect id="_x0000_i1040" style="width:0;height:1.5pt" o:hralign="center" o:hrstd="t" o:hr="t" fillcolor="#a0a0a0" stroked="f"/>
        </w:pict>
      </w:r>
    </w:p>
    <w:p w14:paraId="086731EC" w14:textId="77777777" w:rsidR="002021A9" w:rsidRPr="002021A9" w:rsidRDefault="002021A9" w:rsidP="002021A9">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021A9">
        <w:rPr>
          <w:rFonts w:ascii="Times New Roman" w:eastAsia="Times New Roman" w:hAnsi="Times New Roman" w:cs="Times New Roman"/>
          <w:b/>
          <w:bCs/>
          <w:color w:val="auto"/>
          <w:kern w:val="36"/>
          <w:sz w:val="48"/>
          <w:szCs w:val="48"/>
        </w:rPr>
        <w:t>El modelo GRACE</w:t>
      </w:r>
    </w:p>
    <w:p w14:paraId="79F2DFB5"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Si no estuvieron con nosotros la semana pasada, este es el modelo </w:t>
      </w:r>
      <w:r w:rsidRPr="002021A9">
        <w:rPr>
          <w:rFonts w:ascii="Times New Roman" w:eastAsia="Times New Roman" w:hAnsi="Times New Roman" w:cs="Times New Roman"/>
          <w:b/>
          <w:bCs/>
          <w:color w:val="auto"/>
          <w:sz w:val="24"/>
          <w:szCs w:val="24"/>
        </w:rPr>
        <w:t>GRACE</w:t>
      </w:r>
      <w:r w:rsidRPr="002021A9">
        <w:rPr>
          <w:rFonts w:ascii="Times New Roman" w:eastAsia="Times New Roman" w:hAnsi="Times New Roman" w:cs="Times New Roman"/>
          <w:color w:val="auto"/>
          <w:sz w:val="24"/>
          <w:szCs w:val="24"/>
        </w:rPr>
        <w:t>.</w:t>
      </w:r>
    </w:p>
    <w:p w14:paraId="757D0CB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Acabamos de repasar prácticamente todo el modelo.</w:t>
      </w:r>
    </w:p>
    <w:p w14:paraId="595D293C"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G – Ground: Centrarse</w:t>
      </w:r>
    </w:p>
    <w:p w14:paraId="6603C68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Céntrense y estén presentes.</w:t>
      </w:r>
    </w:p>
    <w:p w14:paraId="39E3F9D1"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R – Regard: Consideración</w:t>
      </w:r>
    </w:p>
    <w:p w14:paraId="79F3996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Sostengan a la persona en su totalidad con una consideración positiva.</w:t>
      </w:r>
    </w:p>
    <w:p w14:paraId="11519D8D"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A – Autonomy: Autonomía</w:t>
      </w:r>
    </w:p>
    <w:p w14:paraId="0315F17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Honren:</w:t>
      </w:r>
    </w:p>
    <w:p w14:paraId="7BDDCB8E" w14:textId="77777777" w:rsidR="002021A9" w:rsidRPr="002021A9" w:rsidRDefault="002021A9">
      <w:pPr>
        <w:numPr>
          <w:ilvl w:val="0"/>
          <w:numId w:val="16"/>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 capacidad de acción. </w:t>
      </w:r>
    </w:p>
    <w:p w14:paraId="06D6F88F" w14:textId="77777777" w:rsidR="002021A9" w:rsidRPr="002021A9" w:rsidRDefault="002021A9">
      <w:pPr>
        <w:numPr>
          <w:ilvl w:val="0"/>
          <w:numId w:val="16"/>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 elección. </w:t>
      </w:r>
    </w:p>
    <w:p w14:paraId="000A34A2" w14:textId="77777777" w:rsidR="002021A9" w:rsidRPr="002021A9" w:rsidRDefault="002021A9">
      <w:pPr>
        <w:numPr>
          <w:ilvl w:val="0"/>
          <w:numId w:val="16"/>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 autodirección. </w:t>
      </w:r>
    </w:p>
    <w:p w14:paraId="2291E48C"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C – Connect: Conectar</w:t>
      </w:r>
    </w:p>
    <w:p w14:paraId="51F9A37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Conecten mediante:</w:t>
      </w:r>
    </w:p>
    <w:p w14:paraId="71008363" w14:textId="77777777" w:rsidR="002021A9" w:rsidRPr="002021A9" w:rsidRDefault="002021A9">
      <w:pPr>
        <w:numPr>
          <w:ilvl w:val="0"/>
          <w:numId w:val="17"/>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 compasión. </w:t>
      </w:r>
    </w:p>
    <w:p w14:paraId="3BBD5C89" w14:textId="77777777" w:rsidR="002021A9" w:rsidRPr="002021A9" w:rsidRDefault="002021A9">
      <w:pPr>
        <w:numPr>
          <w:ilvl w:val="0"/>
          <w:numId w:val="17"/>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 presencia. </w:t>
      </w:r>
    </w:p>
    <w:p w14:paraId="6A93B913"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lastRenderedPageBreak/>
        <w:t>E – Emerge: Emerger</w:t>
      </w:r>
    </w:p>
    <w:p w14:paraId="40300EC8"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Avancen juntos hacia lo que queremos. </w:t>
      </w:r>
    </w:p>
    <w:p w14:paraId="0EB3D252"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61260915">
          <v:rect id="_x0000_i1041" style="width:0;height:1.5pt" o:hralign="center" o:hrstd="t" o:hr="t" fillcolor="#a0a0a0" stroked="f"/>
        </w:pict>
      </w:r>
    </w:p>
    <w:p w14:paraId="23984817" w14:textId="77777777" w:rsidR="002021A9" w:rsidRPr="002021A9" w:rsidRDefault="002021A9" w:rsidP="002021A9">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021A9">
        <w:rPr>
          <w:rFonts w:ascii="Times New Roman" w:eastAsia="Times New Roman" w:hAnsi="Times New Roman" w:cs="Times New Roman"/>
          <w:b/>
          <w:bCs/>
          <w:color w:val="auto"/>
          <w:kern w:val="36"/>
          <w:sz w:val="48"/>
          <w:szCs w:val="48"/>
        </w:rPr>
        <w:t>Reconocer la intensificación</w:t>
      </w:r>
    </w:p>
    <w:p w14:paraId="24126BF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Este es un tema realmente importante.</w:t>
      </w:r>
    </w:p>
    <w:p w14:paraId="71C4420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Debemos reconocer qué es la intensificación y qué </w:t>
      </w:r>
      <w:r w:rsidRPr="002021A9">
        <w:rPr>
          <w:rFonts w:ascii="Times New Roman" w:eastAsia="Times New Roman" w:hAnsi="Times New Roman" w:cs="Times New Roman"/>
          <w:b/>
          <w:bCs/>
          <w:color w:val="auto"/>
          <w:sz w:val="24"/>
          <w:szCs w:val="24"/>
        </w:rPr>
        <w:t>no</w:t>
      </w:r>
      <w:r w:rsidRPr="002021A9">
        <w:rPr>
          <w:rFonts w:ascii="Times New Roman" w:eastAsia="Times New Roman" w:hAnsi="Times New Roman" w:cs="Times New Roman"/>
          <w:color w:val="auto"/>
          <w:sz w:val="24"/>
          <w:szCs w:val="24"/>
        </w:rPr>
        <w:t xml:space="preserve"> es.</w:t>
      </w:r>
    </w:p>
    <w:p w14:paraId="1127322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Creo que debemos recordar que:</w:t>
      </w:r>
    </w:p>
    <w:p w14:paraId="27BC1A5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El comportamiento es comunicación.</w:t>
      </w:r>
    </w:p>
    <w:p w14:paraId="764B9EC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 ser difícil.</w:t>
      </w:r>
    </w:p>
    <w:p w14:paraId="4E17E97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 ser intenso.</w:t>
      </w:r>
    </w:p>
    <w:p w14:paraId="0664C06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El enojo puede representar:</w:t>
      </w:r>
    </w:p>
    <w:p w14:paraId="62368D34" w14:textId="77777777" w:rsidR="002021A9" w:rsidRPr="002021A9" w:rsidRDefault="002021A9">
      <w:pPr>
        <w:numPr>
          <w:ilvl w:val="0"/>
          <w:numId w:val="18"/>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Frustración. </w:t>
      </w:r>
    </w:p>
    <w:p w14:paraId="61D3F6E7" w14:textId="77777777" w:rsidR="002021A9" w:rsidRPr="002021A9" w:rsidRDefault="002021A9">
      <w:pPr>
        <w:numPr>
          <w:ilvl w:val="0"/>
          <w:numId w:val="18"/>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Necesidades que no están siendo atendidas. </w:t>
      </w:r>
    </w:p>
    <w:p w14:paraId="1BB3F528"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0B374479">
          <v:rect id="_x0000_i1042" style="width:0;height:1.5pt" o:hralign="center" o:hrstd="t" o:hr="t" fillcolor="#a0a0a0" stroked="f"/>
        </w:pict>
      </w:r>
    </w:p>
    <w:p w14:paraId="61D0AEF6"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BETHANY BALDWIN:</w:t>
      </w:r>
    </w:p>
    <w:p w14:paraId="1DD4EC62"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Voy a intervenir rápidamente.</w:t>
      </w:r>
    </w:p>
    <w:p w14:paraId="0C7D3D5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Vemos que algunas personas están preguntando sobre el ASL en el canal de interpretación porque no aparece.</w:t>
      </w:r>
    </w:p>
    <w:p w14:paraId="3BA75FB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Déjenme revisar todo esto.</w:t>
      </w:r>
    </w:p>
    <w:p w14:paraId="1F0ED368"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Parece que...</w:t>
      </w:r>
    </w:p>
    <w:p w14:paraId="16D108E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Voy a reiniciar la interpretación.</w:t>
      </w:r>
    </w:p>
    <w:p w14:paraId="6C4F9B1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Creo que ya estamos bien.</w:t>
      </w:r>
    </w:p>
    <w:p w14:paraId="44FE00B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Ahora veo al intérprete.</w:t>
      </w:r>
    </w:p>
    <w:p w14:paraId="5F6E8FB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Muchísimas gracias, KK.</w:t>
      </w:r>
    </w:p>
    <w:p w14:paraId="2F8D8AB9"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624A8144">
          <v:rect id="_x0000_i1043" style="width:0;height:1.5pt" o:hralign="center" o:hrstd="t" o:hr="t" fillcolor="#a0a0a0" stroked="f"/>
        </w:pict>
      </w:r>
    </w:p>
    <w:p w14:paraId="640FAA1B"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lastRenderedPageBreak/>
        <w:t>KRISTINA KAPP (KK):</w:t>
      </w:r>
    </w:p>
    <w:p w14:paraId="47FDB1E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Muchas gracias.</w:t>
      </w:r>
    </w:p>
    <w:p w14:paraId="6A9F2B42"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Lo agradezco.</w:t>
      </w:r>
    </w:p>
    <w:p w14:paraId="774B673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Es importante comprender que la intensificación es </w:t>
      </w:r>
      <w:r w:rsidRPr="002021A9">
        <w:rPr>
          <w:rFonts w:ascii="Times New Roman" w:eastAsia="Times New Roman" w:hAnsi="Times New Roman" w:cs="Times New Roman"/>
          <w:b/>
          <w:bCs/>
          <w:color w:val="auto"/>
          <w:sz w:val="24"/>
          <w:szCs w:val="24"/>
        </w:rPr>
        <w:t>una señal o un indicador</w:t>
      </w:r>
      <w:r w:rsidRPr="002021A9">
        <w:rPr>
          <w:rFonts w:ascii="Times New Roman" w:eastAsia="Times New Roman" w:hAnsi="Times New Roman" w:cs="Times New Roman"/>
          <w:color w:val="auto"/>
          <w:sz w:val="24"/>
          <w:szCs w:val="24"/>
        </w:rPr>
        <w:t>.</w:t>
      </w:r>
    </w:p>
    <w:p w14:paraId="22C41DA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No constituye automáticamente una amenaza.</w:t>
      </w:r>
    </w:p>
    <w:p w14:paraId="58B138D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No tenemos que temer estas emociones.</w:t>
      </w:r>
    </w:p>
    <w:p w14:paraId="21DEBFBD"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Tenemos que:</w:t>
      </w:r>
    </w:p>
    <w:p w14:paraId="796E8681" w14:textId="77777777" w:rsidR="002021A9" w:rsidRPr="002021A9" w:rsidRDefault="002021A9">
      <w:pPr>
        <w:numPr>
          <w:ilvl w:val="0"/>
          <w:numId w:val="19"/>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Mantener la curiosidad. </w:t>
      </w:r>
    </w:p>
    <w:p w14:paraId="202B02B1" w14:textId="77777777" w:rsidR="002021A9" w:rsidRPr="002021A9" w:rsidRDefault="002021A9">
      <w:pPr>
        <w:numPr>
          <w:ilvl w:val="0"/>
          <w:numId w:val="19"/>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No hacer suposiciones. </w:t>
      </w:r>
    </w:p>
    <w:p w14:paraId="2D1315A5" w14:textId="77777777" w:rsidR="002021A9" w:rsidRPr="002021A9" w:rsidRDefault="002021A9">
      <w:pPr>
        <w:numPr>
          <w:ilvl w:val="0"/>
          <w:numId w:val="19"/>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Preguntar. </w:t>
      </w:r>
    </w:p>
    <w:p w14:paraId="50323082"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 tratarse del tono.</w:t>
      </w:r>
    </w:p>
    <w:p w14:paraId="307BD5B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 tratarse del volumen.</w:t>
      </w:r>
    </w:p>
    <w:p w14:paraId="19C2122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Algunas personas incluso son sensibles al tono.</w:t>
      </w:r>
    </w:p>
    <w:p w14:paraId="453EA7F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También puede observarse en el lenguaje corporal y en la manera en que la persona participa.</w:t>
      </w:r>
    </w:p>
    <w:p w14:paraId="0FBDE9F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Debemos concentrar realmente nuestra atención y energía en la persona y hacerle saber que la valoramos.</w:t>
      </w:r>
    </w:p>
    <w:p w14:paraId="03C4CC7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Ese cambio de enfoque es muy importante.</w:t>
      </w:r>
    </w:p>
    <w:p w14:paraId="2FE5E6F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También debemos considerar la capacidad de la persona para procesar y responder a la información que existe en el entorno.</w:t>
      </w:r>
    </w:p>
    <w:p w14:paraId="21DAB93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Hay otro aspecto importante.</w:t>
      </w:r>
    </w:p>
    <w:p w14:paraId="5EFF8BB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Muchas veces, cuando somos defensores de derechos, somos apasionados.</w:t>
      </w:r>
    </w:p>
    <w:p w14:paraId="0CA0533D"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Pero esa pasión puede interpretarse erróneamente como enojo.</w:t>
      </w:r>
    </w:p>
    <w:p w14:paraId="7DA5F78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 verse diferente.</w:t>
      </w:r>
    </w:p>
    <w:p w14:paraId="6315712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 manifestarse de diferentes maneras.</w:t>
      </w:r>
    </w:p>
    <w:p w14:paraId="48A3865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Pero, en ocasiones, el tono de nuestra voz cuando defendemos algo apasionadamente puede percibirse como enojo.</w:t>
      </w:r>
    </w:p>
    <w:p w14:paraId="4464A96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Ese es el ejemplo más concreto que puedo darles.</w:t>
      </w:r>
    </w:p>
    <w:p w14:paraId="64C3449B"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pict w14:anchorId="5F4DE717">
          <v:rect id="_x0000_i1044" style="width:0;height:1.5pt" o:hralign="center" o:hrstd="t" o:hr="t" fillcolor="#a0a0a0" stroked="f"/>
        </w:pict>
      </w:r>
    </w:p>
    <w:p w14:paraId="322BE200" w14:textId="77777777" w:rsidR="002021A9" w:rsidRPr="002021A9" w:rsidRDefault="002021A9" w:rsidP="002021A9">
      <w:pPr>
        <w:spacing w:before="100" w:beforeAutospacing="1" w:after="100" w:afterAutospacing="1" w:line="240" w:lineRule="auto"/>
        <w:outlineLvl w:val="1"/>
        <w:rPr>
          <w:rFonts w:ascii="Times New Roman" w:eastAsia="Times New Roman" w:hAnsi="Times New Roman" w:cs="Times New Roman"/>
          <w:b/>
          <w:bCs/>
          <w:color w:val="auto"/>
          <w:sz w:val="36"/>
          <w:szCs w:val="36"/>
        </w:rPr>
      </w:pPr>
      <w:r w:rsidRPr="002021A9">
        <w:rPr>
          <w:rFonts w:ascii="Times New Roman" w:eastAsia="Times New Roman" w:hAnsi="Times New Roman" w:cs="Times New Roman"/>
          <w:b/>
          <w:bCs/>
          <w:color w:val="auto"/>
          <w:sz w:val="36"/>
          <w:szCs w:val="36"/>
        </w:rPr>
        <w:t>Mirar más allá del comportamiento</w:t>
      </w:r>
    </w:p>
    <w:p w14:paraId="5889DED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El comportamiento por sí solo </w:t>
      </w:r>
      <w:r w:rsidRPr="002021A9">
        <w:rPr>
          <w:rFonts w:ascii="Times New Roman" w:eastAsia="Times New Roman" w:hAnsi="Times New Roman" w:cs="Times New Roman"/>
          <w:b/>
          <w:bCs/>
          <w:color w:val="auto"/>
          <w:sz w:val="24"/>
          <w:szCs w:val="24"/>
        </w:rPr>
        <w:t xml:space="preserve">no nos cuenta toda la </w:t>
      </w:r>
      <w:proofErr w:type="gramStart"/>
      <w:r w:rsidRPr="002021A9">
        <w:rPr>
          <w:rFonts w:ascii="Times New Roman" w:eastAsia="Times New Roman" w:hAnsi="Times New Roman" w:cs="Times New Roman"/>
          <w:b/>
          <w:bCs/>
          <w:color w:val="auto"/>
          <w:sz w:val="24"/>
          <w:szCs w:val="24"/>
        </w:rPr>
        <w:t>historia</w:t>
      </w:r>
      <w:r w:rsidRPr="002021A9">
        <w:rPr>
          <w:rFonts w:ascii="Times New Roman" w:eastAsia="Times New Roman" w:hAnsi="Times New Roman" w:cs="Times New Roman"/>
          <w:color w:val="auto"/>
          <w:sz w:val="24"/>
          <w:szCs w:val="24"/>
        </w:rPr>
        <w:t>, ¿</w:t>
      </w:r>
      <w:proofErr w:type="gramEnd"/>
      <w:r w:rsidRPr="002021A9">
        <w:rPr>
          <w:rFonts w:ascii="Times New Roman" w:eastAsia="Times New Roman" w:hAnsi="Times New Roman" w:cs="Times New Roman"/>
          <w:color w:val="auto"/>
          <w:sz w:val="24"/>
          <w:szCs w:val="24"/>
        </w:rPr>
        <w:t>verdad?</w:t>
      </w:r>
    </w:p>
    <w:p w14:paraId="3C3774FD"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Existe una relación de causa y efecto.</w:t>
      </w:r>
    </w:p>
    <w:p w14:paraId="368FEA4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Misty y yo podríamos contarles historia tras historia porque esto es algo muy real para nosotras.</w:t>
      </w:r>
    </w:p>
    <w:p w14:paraId="4A1C3E0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El comportamiento por sí solo no nos dice quién es la persona en su totalidad.</w:t>
      </w:r>
    </w:p>
    <w:p w14:paraId="388452E8"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Pueden existir muchos factores que dificulten que una persona exprese de manera transparente lo que está ocurriendo.</w:t>
      </w:r>
    </w:p>
    <w:p w14:paraId="476D693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Cuando yo me siento realmente abrumada, mis palabras no salen con tanta claridad.</w:t>
      </w:r>
    </w:p>
    <w:p w14:paraId="4B6B5CF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A veces simplemente comienzo a llorar.</w:t>
      </w:r>
    </w:p>
    <w:p w14:paraId="70DB6492"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Podría estar enojada.</w:t>
      </w:r>
    </w:p>
    <w:p w14:paraId="2BAE2F4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 que no sea tristeza.</w:t>
      </w:r>
    </w:p>
    <w:p w14:paraId="5457679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Puede ser:</w:t>
      </w:r>
    </w:p>
    <w:p w14:paraId="382EE92C" w14:textId="77777777" w:rsidR="002021A9" w:rsidRPr="002021A9" w:rsidRDefault="002021A9">
      <w:pPr>
        <w:numPr>
          <w:ilvl w:val="0"/>
          <w:numId w:val="20"/>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Sobrecarga. </w:t>
      </w:r>
    </w:p>
    <w:p w14:paraId="7AB40F7A" w14:textId="77777777" w:rsidR="002021A9" w:rsidRPr="002021A9" w:rsidRDefault="002021A9">
      <w:pPr>
        <w:numPr>
          <w:ilvl w:val="0"/>
          <w:numId w:val="20"/>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Frustración. </w:t>
      </w:r>
    </w:p>
    <w:p w14:paraId="68C2BAFF" w14:textId="77777777" w:rsidR="002021A9" w:rsidRPr="002021A9" w:rsidRDefault="002021A9">
      <w:pPr>
        <w:numPr>
          <w:ilvl w:val="0"/>
          <w:numId w:val="20"/>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Muchas cosas al mismo tiempo. </w:t>
      </w:r>
    </w:p>
    <w:p w14:paraId="118CB64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Dentro de nuestras relaciones de apoyo, Misty es un excelente ejemplo.</w:t>
      </w:r>
    </w:p>
    <w:p w14:paraId="5E38D1D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Realmente conocemos las señales de la otra persona.</w:t>
      </w:r>
    </w:p>
    <w:p w14:paraId="44D763C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Ella puede molestarse un poco en nombre de otra persona.</w:t>
      </w:r>
    </w:p>
    <w:p w14:paraId="161C6D8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 ese corazón de defensora de derechos.</w:t>
      </w:r>
    </w:p>
    <w:p w14:paraId="5BA223B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Todos nos frustramos.</w:t>
      </w:r>
    </w:p>
    <w:p w14:paraId="7640F73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Pero surge de ese amor apasionado.</w:t>
      </w:r>
    </w:p>
    <w:p w14:paraId="355A2EF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Creo que todos podemos frustrarnos con las barreras y los obstáculos humanos que encontramos cada día.</w:t>
      </w:r>
    </w:p>
    <w:p w14:paraId="5FC77B3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Y ahí es precisamente donde muchas personas con discapacidad dentro de nuestra comunidad son:</w:t>
      </w:r>
    </w:p>
    <w:p w14:paraId="02CDBDA7" w14:textId="77777777" w:rsidR="002021A9" w:rsidRPr="002021A9" w:rsidRDefault="002021A9">
      <w:pPr>
        <w:numPr>
          <w:ilvl w:val="0"/>
          <w:numId w:val="21"/>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Mal comprendidas. </w:t>
      </w:r>
    </w:p>
    <w:p w14:paraId="29F161A6" w14:textId="77777777" w:rsidR="002021A9" w:rsidRPr="002021A9" w:rsidRDefault="002021A9">
      <w:pPr>
        <w:numPr>
          <w:ilvl w:val="0"/>
          <w:numId w:val="21"/>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Mal interpretadas. </w:t>
      </w:r>
    </w:p>
    <w:p w14:paraId="2C3BD6B4" w14:textId="77777777" w:rsidR="002021A9" w:rsidRPr="002021A9" w:rsidRDefault="002021A9">
      <w:pPr>
        <w:numPr>
          <w:ilvl w:val="0"/>
          <w:numId w:val="21"/>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Y, en ocasiones, esas emociones son utilizadas en su contra. </w:t>
      </w:r>
    </w:p>
    <w:p w14:paraId="0EA8871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t xml:space="preserve">A mí me han llamado antes una </w:t>
      </w:r>
      <w:r w:rsidRPr="002021A9">
        <w:rPr>
          <w:rFonts w:ascii="Times New Roman" w:eastAsia="Times New Roman" w:hAnsi="Times New Roman" w:cs="Times New Roman"/>
          <w:b/>
          <w:bCs/>
          <w:color w:val="auto"/>
          <w:sz w:val="24"/>
          <w:szCs w:val="24"/>
        </w:rPr>
        <w:t>"defensora enojada"</w:t>
      </w:r>
      <w:r w:rsidRPr="002021A9">
        <w:rPr>
          <w:rFonts w:ascii="Times New Roman" w:eastAsia="Times New Roman" w:hAnsi="Times New Roman" w:cs="Times New Roman"/>
          <w:color w:val="auto"/>
          <w:sz w:val="24"/>
          <w:szCs w:val="24"/>
        </w:rPr>
        <w:t>.</w:t>
      </w:r>
    </w:p>
    <w:p w14:paraId="7254479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Pero es pasión.</w:t>
      </w:r>
    </w:p>
    <w:p w14:paraId="264A4BF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proofErr w:type="gramStart"/>
      <w:r w:rsidRPr="002021A9">
        <w:rPr>
          <w:rFonts w:ascii="Times New Roman" w:eastAsia="Times New Roman" w:hAnsi="Times New Roman" w:cs="Times New Roman"/>
          <w:color w:val="auto"/>
          <w:sz w:val="24"/>
          <w:szCs w:val="24"/>
        </w:rPr>
        <w:t>Misty, ¿</w:t>
      </w:r>
      <w:proofErr w:type="gramEnd"/>
      <w:r w:rsidRPr="002021A9">
        <w:rPr>
          <w:rFonts w:ascii="Times New Roman" w:eastAsia="Times New Roman" w:hAnsi="Times New Roman" w:cs="Times New Roman"/>
          <w:color w:val="auto"/>
          <w:sz w:val="24"/>
          <w:szCs w:val="24"/>
        </w:rPr>
        <w:t xml:space="preserve">quieres intervenir un poco? </w:t>
      </w:r>
    </w:p>
    <w:p w14:paraId="0B50DE88"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4AA751F2">
          <v:rect id="_x0000_i1045" style="width:0;height:1.5pt" o:hralign="center" o:hrstd="t" o:hr="t" fillcolor="#a0a0a0" stroked="f"/>
        </w:pict>
      </w:r>
    </w:p>
    <w:p w14:paraId="3875C9CB" w14:textId="77777777" w:rsidR="002021A9" w:rsidRPr="002021A9" w:rsidRDefault="002021A9" w:rsidP="002021A9">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021A9">
        <w:rPr>
          <w:rFonts w:ascii="Times New Roman" w:eastAsia="Times New Roman" w:hAnsi="Times New Roman" w:cs="Times New Roman"/>
          <w:b/>
          <w:bCs/>
          <w:color w:val="auto"/>
          <w:kern w:val="36"/>
          <w:sz w:val="48"/>
          <w:szCs w:val="48"/>
        </w:rPr>
        <w:t>Presentación de Misty Dion</w:t>
      </w:r>
    </w:p>
    <w:p w14:paraId="19CB480A"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MISTY DION:</w:t>
      </w:r>
    </w:p>
    <w:p w14:paraId="2697729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Claro.</w:t>
      </w:r>
    </w:p>
    <w:p w14:paraId="1B12CA5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Gracias, KK.</w:t>
      </w:r>
    </w:p>
    <w:p w14:paraId="3AEA39A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Como dijo KK, mi nombre es </w:t>
      </w:r>
      <w:r w:rsidRPr="002021A9">
        <w:rPr>
          <w:rFonts w:ascii="Times New Roman" w:eastAsia="Times New Roman" w:hAnsi="Times New Roman" w:cs="Times New Roman"/>
          <w:b/>
          <w:bCs/>
          <w:color w:val="auto"/>
          <w:sz w:val="24"/>
          <w:szCs w:val="24"/>
        </w:rPr>
        <w:t>Misty Dion</w:t>
      </w:r>
      <w:r w:rsidRPr="002021A9">
        <w:rPr>
          <w:rFonts w:ascii="Times New Roman" w:eastAsia="Times New Roman" w:hAnsi="Times New Roman" w:cs="Times New Roman"/>
          <w:color w:val="auto"/>
          <w:sz w:val="24"/>
          <w:szCs w:val="24"/>
        </w:rPr>
        <w:t xml:space="preserve"> y soy la Directora Ejecutiva del </w:t>
      </w:r>
      <w:r w:rsidRPr="002021A9">
        <w:rPr>
          <w:rFonts w:ascii="Times New Roman" w:eastAsia="Times New Roman" w:hAnsi="Times New Roman" w:cs="Times New Roman"/>
          <w:b/>
          <w:bCs/>
          <w:color w:val="auto"/>
          <w:sz w:val="24"/>
          <w:szCs w:val="24"/>
        </w:rPr>
        <w:t>Roads to Freedom Center for Independent Living</w:t>
      </w:r>
      <w:r w:rsidRPr="002021A9">
        <w:rPr>
          <w:rFonts w:ascii="Times New Roman" w:eastAsia="Times New Roman" w:hAnsi="Times New Roman" w:cs="Times New Roman"/>
          <w:color w:val="auto"/>
          <w:sz w:val="24"/>
          <w:szCs w:val="24"/>
        </w:rPr>
        <w:t>, en el centro-norte de Pensilvania.</w:t>
      </w:r>
    </w:p>
    <w:p w14:paraId="46B1F29D"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No quiero tomar demasiado tiempo.</w:t>
      </w:r>
    </w:p>
    <w:p w14:paraId="33B5470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Simplemente quiero agradecer a KK por haber desarrollado esto y por proporcionarnos estas herramientas.</w:t>
      </w:r>
    </w:p>
    <w:p w14:paraId="4C73ABA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Tengo un equipo en el centro de Pensilvania que realiza un trabajo extraordinario.</w:t>
      </w:r>
    </w:p>
    <w:p w14:paraId="0C8C9E5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Sin herramientas como estas, no podríamos hacer ese trabajo.</w:t>
      </w:r>
    </w:p>
    <w:p w14:paraId="09A2B7A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Mediante el uso de herramientas como esta hemos podido:</w:t>
      </w:r>
    </w:p>
    <w:p w14:paraId="426BA7C1" w14:textId="77777777" w:rsidR="002021A9" w:rsidRPr="002021A9" w:rsidRDefault="002021A9">
      <w:pPr>
        <w:numPr>
          <w:ilvl w:val="0"/>
          <w:numId w:val="22"/>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Permanecer en el momento. </w:t>
      </w:r>
    </w:p>
    <w:p w14:paraId="370F7227" w14:textId="77777777" w:rsidR="002021A9" w:rsidRPr="002021A9" w:rsidRDefault="002021A9">
      <w:pPr>
        <w:numPr>
          <w:ilvl w:val="0"/>
          <w:numId w:val="22"/>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Profundizar en las conversaciones. </w:t>
      </w:r>
    </w:p>
    <w:p w14:paraId="669B103E" w14:textId="77777777" w:rsidR="002021A9" w:rsidRPr="002021A9" w:rsidRDefault="002021A9">
      <w:pPr>
        <w:numPr>
          <w:ilvl w:val="0"/>
          <w:numId w:val="22"/>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Permanecer presentes en espacios incómodos. </w:t>
      </w:r>
    </w:p>
    <w:p w14:paraId="65CAFEB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Y hemos podido observar los resultados de este modelo.</w:t>
      </w:r>
    </w:p>
    <w:p w14:paraId="379A139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Simplemente proporcionar </w:t>
      </w:r>
      <w:r w:rsidRPr="002021A9">
        <w:rPr>
          <w:rFonts w:ascii="Times New Roman" w:eastAsia="Times New Roman" w:hAnsi="Times New Roman" w:cs="Times New Roman"/>
          <w:b/>
          <w:bCs/>
          <w:color w:val="auto"/>
          <w:sz w:val="24"/>
          <w:szCs w:val="24"/>
        </w:rPr>
        <w:t>toma de decisiones con apoyo</w:t>
      </w:r>
      <w:r w:rsidRPr="002021A9">
        <w:rPr>
          <w:rFonts w:ascii="Times New Roman" w:eastAsia="Times New Roman" w:hAnsi="Times New Roman" w:cs="Times New Roman"/>
          <w:color w:val="auto"/>
          <w:sz w:val="24"/>
          <w:szCs w:val="24"/>
        </w:rPr>
        <w:t xml:space="preserve"> constituye una respuesta para prevenir la tutela.</w:t>
      </w:r>
    </w:p>
    <w:p w14:paraId="2CEF27C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Estoy emocionada de estar aquí.</w:t>
      </w:r>
    </w:p>
    <w:p w14:paraId="6DD6E565"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Crecí dentro del movimiento de Vida Independiente.</w:t>
      </w:r>
    </w:p>
    <w:p w14:paraId="682B528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He tenido la oportunidad de ser formada por líderes sólidos del movimiento de personas con discapacidad, como KK, mis hermanos adoptivos y mi propio equipo local, como mencioné.</w:t>
      </w:r>
    </w:p>
    <w:p w14:paraId="610A8C4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El trabajo que he visto ocurrir cuando se utiliza esta herramienta ayuda a garantizar que ninguna persona permanezca institucionalizada o aislada durante más tiempo del necesario.</w:t>
      </w:r>
    </w:p>
    <w:p w14:paraId="6CB3EA8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t>Ese es el núcleo de la razón por la que estamos aquí dentro del movimiento de Vida Independiente.</w:t>
      </w:r>
    </w:p>
    <w:p w14:paraId="4D388D5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Así que quiero agradecer a:</w:t>
      </w:r>
    </w:p>
    <w:p w14:paraId="0D921B4B" w14:textId="77777777" w:rsidR="002021A9" w:rsidRPr="002021A9" w:rsidRDefault="002021A9">
      <w:pPr>
        <w:numPr>
          <w:ilvl w:val="0"/>
          <w:numId w:val="23"/>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KK. </w:t>
      </w:r>
    </w:p>
    <w:p w14:paraId="392DCEEF" w14:textId="77777777" w:rsidR="002021A9" w:rsidRPr="002021A9" w:rsidRDefault="002021A9">
      <w:pPr>
        <w:numPr>
          <w:ilvl w:val="0"/>
          <w:numId w:val="23"/>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El Centro de Capacitación y Asistencia Técnica para la Vida Independiente. </w:t>
      </w:r>
    </w:p>
    <w:p w14:paraId="2D6873A1" w14:textId="77777777" w:rsidR="002021A9" w:rsidRPr="002021A9" w:rsidRDefault="002021A9">
      <w:pPr>
        <w:numPr>
          <w:ilvl w:val="0"/>
          <w:numId w:val="23"/>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Todos ustedes por trabajar juntos en este proceso. </w:t>
      </w:r>
    </w:p>
    <w:p w14:paraId="1B28A1E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Eso es todo lo que quería decir.</w:t>
      </w:r>
    </w:p>
    <w:p w14:paraId="00D91B6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KK, te devuelvo la palabra.</w:t>
      </w:r>
    </w:p>
    <w:p w14:paraId="23FC0BA4"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0FFF7CAB">
          <v:rect id="_x0000_i1046" style="width:0;height:1.5pt" o:hralign="center" o:hrstd="t" o:hr="t" fillcolor="#a0a0a0" stroked="f"/>
        </w:pict>
      </w:r>
    </w:p>
    <w:p w14:paraId="17575D49"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KRISTINA KAPP (KK):</w:t>
      </w:r>
    </w:p>
    <w:p w14:paraId="0DA27C2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Gracias, Miss D.</w:t>
      </w:r>
    </w:p>
    <w:p w14:paraId="2D825A1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Muchísimas gracias.</w:t>
      </w:r>
    </w:p>
    <w:p w14:paraId="7CC826F2"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Creo firmemente en la </w:t>
      </w:r>
      <w:r w:rsidRPr="002021A9">
        <w:rPr>
          <w:rFonts w:ascii="Times New Roman" w:eastAsia="Times New Roman" w:hAnsi="Times New Roman" w:cs="Times New Roman"/>
          <w:b/>
          <w:bCs/>
          <w:color w:val="auto"/>
          <w:sz w:val="24"/>
          <w:szCs w:val="24"/>
        </w:rPr>
        <w:t xml:space="preserve">defensa </w:t>
      </w:r>
      <w:proofErr w:type="gramStart"/>
      <w:r w:rsidRPr="002021A9">
        <w:rPr>
          <w:rFonts w:ascii="Times New Roman" w:eastAsia="Times New Roman" w:hAnsi="Times New Roman" w:cs="Times New Roman"/>
          <w:b/>
          <w:bCs/>
          <w:color w:val="auto"/>
          <w:sz w:val="24"/>
          <w:szCs w:val="24"/>
        </w:rPr>
        <w:t>de derechos</w:t>
      </w:r>
      <w:proofErr w:type="gramEnd"/>
      <w:r w:rsidRPr="002021A9">
        <w:rPr>
          <w:rFonts w:ascii="Times New Roman" w:eastAsia="Times New Roman" w:hAnsi="Times New Roman" w:cs="Times New Roman"/>
          <w:b/>
          <w:bCs/>
          <w:color w:val="auto"/>
          <w:sz w:val="24"/>
          <w:szCs w:val="24"/>
        </w:rPr>
        <w:t xml:space="preserve"> basada en soluciones</w:t>
      </w:r>
      <w:r w:rsidRPr="002021A9">
        <w:rPr>
          <w:rFonts w:ascii="Times New Roman" w:eastAsia="Times New Roman" w:hAnsi="Times New Roman" w:cs="Times New Roman"/>
          <w:color w:val="auto"/>
          <w:sz w:val="24"/>
          <w:szCs w:val="24"/>
        </w:rPr>
        <w:t>, y considero que este modelo es una forma de hacerlo.</w:t>
      </w:r>
    </w:p>
    <w:p w14:paraId="258B05A5"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También lo considero un modelo de prevención, de la misma manera que las directivas anticipadas.</w:t>
      </w:r>
    </w:p>
    <w:p w14:paraId="6164403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Y quiero hablar directamente del elefante en la habitación:</w:t>
      </w:r>
    </w:p>
    <w:p w14:paraId="5E005D7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Las emociones pueden ser utilizadas en nuestra contra.</w:t>
      </w:r>
    </w:p>
    <w:p w14:paraId="4F0D7B4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Y muy rápidamente una situación puede convertirse en una situación intensificada que nunca tuvo por qué llegar </w:t>
      </w:r>
      <w:proofErr w:type="gramStart"/>
      <w:r w:rsidRPr="002021A9">
        <w:rPr>
          <w:rFonts w:ascii="Times New Roman" w:eastAsia="Times New Roman" w:hAnsi="Times New Roman" w:cs="Times New Roman"/>
          <w:color w:val="auto"/>
          <w:sz w:val="24"/>
          <w:szCs w:val="24"/>
        </w:rPr>
        <w:t>a</w:t>
      </w:r>
      <w:proofErr w:type="gramEnd"/>
      <w:r w:rsidRPr="002021A9">
        <w:rPr>
          <w:rFonts w:ascii="Times New Roman" w:eastAsia="Times New Roman" w:hAnsi="Times New Roman" w:cs="Times New Roman"/>
          <w:color w:val="auto"/>
          <w:sz w:val="24"/>
          <w:szCs w:val="24"/>
        </w:rPr>
        <w:t xml:space="preserve"> ese punto.</w:t>
      </w:r>
    </w:p>
    <w:p w14:paraId="533E908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A su vez, eso puede producir:</w:t>
      </w:r>
    </w:p>
    <w:p w14:paraId="223C81E9" w14:textId="77777777" w:rsidR="002021A9" w:rsidRPr="002021A9" w:rsidRDefault="002021A9">
      <w:pPr>
        <w:numPr>
          <w:ilvl w:val="0"/>
          <w:numId w:val="24"/>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Retraumatización. </w:t>
      </w:r>
    </w:p>
    <w:p w14:paraId="065097D2" w14:textId="77777777" w:rsidR="002021A9" w:rsidRPr="002021A9" w:rsidRDefault="002021A9">
      <w:pPr>
        <w:numPr>
          <w:ilvl w:val="0"/>
          <w:numId w:val="24"/>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Reinstitucionalización. </w:t>
      </w:r>
    </w:p>
    <w:p w14:paraId="5CDD146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Creo que ya hemos visto demasiado de eso.</w:t>
      </w:r>
    </w:p>
    <w:p w14:paraId="2864875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Mi deseo es que podamos reunirnos auténticamente.</w:t>
      </w:r>
    </w:p>
    <w:p w14:paraId="33A8D8D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Que podamos conectarnos auténticamente.</w:t>
      </w:r>
    </w:p>
    <w:p w14:paraId="6F94825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Y que podamos volver a poner </w:t>
      </w:r>
      <w:r w:rsidRPr="002021A9">
        <w:rPr>
          <w:rFonts w:ascii="Times New Roman" w:eastAsia="Times New Roman" w:hAnsi="Times New Roman" w:cs="Times New Roman"/>
          <w:b/>
          <w:bCs/>
          <w:color w:val="auto"/>
          <w:sz w:val="24"/>
          <w:szCs w:val="24"/>
        </w:rPr>
        <w:t>el movimiento en movimiento</w:t>
      </w:r>
      <w:r w:rsidRPr="002021A9">
        <w:rPr>
          <w:rFonts w:ascii="Times New Roman" w:eastAsia="Times New Roman" w:hAnsi="Times New Roman" w:cs="Times New Roman"/>
          <w:color w:val="auto"/>
          <w:sz w:val="24"/>
          <w:szCs w:val="24"/>
        </w:rPr>
        <w:t>.</w:t>
      </w:r>
    </w:p>
    <w:p w14:paraId="2F58CDD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Creo que eso es importante.</w:t>
      </w:r>
    </w:p>
    <w:p w14:paraId="7CDEB98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Pero ¿cómo lo hacemos?</w:t>
      </w:r>
    </w:p>
    <w:p w14:paraId="077F6D5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t>Como dijo Misty, a veces significa tener esas conversaciones difíciles.</w:t>
      </w:r>
    </w:p>
    <w:p w14:paraId="3E93916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Significa acercarnos cuando nos sentimos incómodos o estirados.</w:t>
      </w:r>
    </w:p>
    <w:p w14:paraId="3E3D151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Significa permanecer presentes durante esos silencios difíciles.</w:t>
      </w:r>
    </w:p>
    <w:p w14:paraId="485F384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Creo que esto es realmente importante porque nuestra función </w:t>
      </w:r>
      <w:r w:rsidRPr="002021A9">
        <w:rPr>
          <w:rFonts w:ascii="Times New Roman" w:eastAsia="Times New Roman" w:hAnsi="Times New Roman" w:cs="Times New Roman"/>
          <w:b/>
          <w:bCs/>
          <w:color w:val="auto"/>
          <w:sz w:val="24"/>
          <w:szCs w:val="24"/>
        </w:rPr>
        <w:t>no consiste en controlar el comportamiento</w:t>
      </w:r>
      <w:r w:rsidRPr="002021A9">
        <w:rPr>
          <w:rFonts w:ascii="Times New Roman" w:eastAsia="Times New Roman" w:hAnsi="Times New Roman" w:cs="Times New Roman"/>
          <w:color w:val="auto"/>
          <w:sz w:val="24"/>
          <w:szCs w:val="24"/>
        </w:rPr>
        <w:t>.</w:t>
      </w:r>
    </w:p>
    <w:p w14:paraId="07FEA74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Nuestra función consiste en:</w:t>
      </w:r>
    </w:p>
    <w:p w14:paraId="4F632993" w14:textId="77777777" w:rsidR="002021A9" w:rsidRPr="002021A9" w:rsidRDefault="002021A9">
      <w:pPr>
        <w:numPr>
          <w:ilvl w:val="0"/>
          <w:numId w:val="25"/>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Permanecer presentes. </w:t>
      </w:r>
    </w:p>
    <w:p w14:paraId="2A3ED8C0" w14:textId="77777777" w:rsidR="002021A9" w:rsidRPr="002021A9" w:rsidRDefault="002021A9">
      <w:pPr>
        <w:numPr>
          <w:ilvl w:val="0"/>
          <w:numId w:val="25"/>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Escuchar. </w:t>
      </w:r>
    </w:p>
    <w:p w14:paraId="480E0A40" w14:textId="77777777" w:rsidR="002021A9" w:rsidRPr="002021A9" w:rsidRDefault="002021A9">
      <w:pPr>
        <w:numPr>
          <w:ilvl w:val="0"/>
          <w:numId w:val="25"/>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Acercarnos. </w:t>
      </w:r>
    </w:p>
    <w:p w14:paraId="5DAC248C" w14:textId="77777777" w:rsidR="002021A9" w:rsidRPr="002021A9" w:rsidRDefault="002021A9">
      <w:pPr>
        <w:numPr>
          <w:ilvl w:val="0"/>
          <w:numId w:val="25"/>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Fomentar la seguridad. </w:t>
      </w:r>
    </w:p>
    <w:p w14:paraId="3002ECE5" w14:textId="77777777" w:rsidR="002021A9" w:rsidRPr="002021A9" w:rsidRDefault="002021A9">
      <w:pPr>
        <w:numPr>
          <w:ilvl w:val="0"/>
          <w:numId w:val="25"/>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Fomentar la conexión para nuestros pares y para nosotros mismos. </w:t>
      </w:r>
    </w:p>
    <w:p w14:paraId="7B46E57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En lugar de preguntar:</w:t>
      </w:r>
    </w:p>
    <w:p w14:paraId="69DD924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"¿Cómo hago para que este comportamiento se detenga?"</w:t>
      </w:r>
    </w:p>
    <w:p w14:paraId="74422A8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w:t>
      </w:r>
      <w:proofErr w:type="gramStart"/>
      <w:r w:rsidRPr="002021A9">
        <w:rPr>
          <w:rFonts w:ascii="Times New Roman" w:eastAsia="Times New Roman" w:hAnsi="Times New Roman" w:cs="Times New Roman"/>
          <w:color w:val="auto"/>
          <w:sz w:val="24"/>
          <w:szCs w:val="24"/>
        </w:rPr>
        <w:t>por</w:t>
      </w:r>
      <w:proofErr w:type="gramEnd"/>
      <w:r w:rsidRPr="002021A9">
        <w:rPr>
          <w:rFonts w:ascii="Times New Roman" w:eastAsia="Times New Roman" w:hAnsi="Times New Roman" w:cs="Times New Roman"/>
          <w:color w:val="auto"/>
          <w:sz w:val="24"/>
          <w:szCs w:val="24"/>
        </w:rPr>
        <w:t xml:space="preserve"> qué no preguntamos:</w:t>
      </w:r>
    </w:p>
    <w:p w14:paraId="29664A5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"¿Qué podría estar intentando comunicar esta persona?"</w:t>
      </w:r>
    </w:p>
    <w:p w14:paraId="543FE35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"¿Qué apoyo seguro podría proporcionarse en este momento?"</w:t>
      </w:r>
    </w:p>
    <w:p w14:paraId="32028A9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Todos necesitamos un lugar donde liberar la rabia de vez en cuando.</w:t>
      </w:r>
    </w:p>
    <w:p w14:paraId="268B2C2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Creo que todos necesitamos espacios donde podamos expresar nuestras emociones.</w:t>
      </w:r>
    </w:p>
    <w:p w14:paraId="4429AC95"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Todos necesitamos maneras saludables de liberar las emociones que acumulamos durante la vida cotidiana:</w:t>
      </w:r>
    </w:p>
    <w:p w14:paraId="0DCEB6DC" w14:textId="77777777" w:rsidR="002021A9" w:rsidRPr="002021A9" w:rsidRDefault="002021A9">
      <w:pPr>
        <w:numPr>
          <w:ilvl w:val="0"/>
          <w:numId w:val="26"/>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Los altibajos. </w:t>
      </w:r>
    </w:p>
    <w:p w14:paraId="4E49CA85" w14:textId="77777777" w:rsidR="002021A9" w:rsidRPr="002021A9" w:rsidRDefault="002021A9">
      <w:pPr>
        <w:numPr>
          <w:ilvl w:val="0"/>
          <w:numId w:val="26"/>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Las cosas buenas. </w:t>
      </w:r>
    </w:p>
    <w:p w14:paraId="7FEB3DC8" w14:textId="77777777" w:rsidR="002021A9" w:rsidRPr="002021A9" w:rsidRDefault="002021A9">
      <w:pPr>
        <w:numPr>
          <w:ilvl w:val="0"/>
          <w:numId w:val="26"/>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Las cosas malas. </w:t>
      </w:r>
    </w:p>
    <w:p w14:paraId="7EAE305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La próxima semana hablaremos de cómo se ve esto para nosotros en primera línea, como pares y como personal.</w:t>
      </w:r>
    </w:p>
    <w:p w14:paraId="7B808DA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Pero, en este momento, debemos aprender a:</w:t>
      </w:r>
    </w:p>
    <w:p w14:paraId="0DC6639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b/>
          <w:bCs/>
          <w:color w:val="auto"/>
          <w:sz w:val="24"/>
          <w:szCs w:val="24"/>
        </w:rPr>
        <w:t>Detectarlo. Revisarlo. Cambiarlo.</w:t>
      </w:r>
    </w:p>
    <w:p w14:paraId="0EE71BF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Para no patologizarlo.</w:t>
      </w:r>
    </w:p>
    <w:p w14:paraId="53291F49"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Para no pasar automáticamente a un diagnóstico o a una mentalidad de crisis. </w:t>
      </w:r>
    </w:p>
    <w:p w14:paraId="6BA208B6"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pict w14:anchorId="575E7819">
          <v:rect id="_x0000_i1047" style="width:0;height:1.5pt" o:hralign="center" o:hrstd="t" o:hr="t" fillcolor="#a0a0a0" stroked="f"/>
        </w:pict>
      </w:r>
    </w:p>
    <w:p w14:paraId="42351C1D" w14:textId="77777777" w:rsidR="002021A9" w:rsidRPr="002021A9" w:rsidRDefault="002021A9" w:rsidP="002021A9">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2021A9">
        <w:rPr>
          <w:rFonts w:ascii="Times New Roman" w:eastAsia="Times New Roman" w:hAnsi="Times New Roman" w:cs="Times New Roman"/>
          <w:b/>
          <w:bCs/>
          <w:color w:val="auto"/>
          <w:kern w:val="36"/>
          <w:sz w:val="48"/>
          <w:szCs w:val="48"/>
        </w:rPr>
        <w:t>Fases de la intensificación</w:t>
      </w:r>
    </w:p>
    <w:p w14:paraId="0A8450E4"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BETHANY BALDWIN:</w:t>
      </w:r>
    </w:p>
    <w:p w14:paraId="111FF1D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KK, solo un recordatorio amable sobre el tiempo.</w:t>
      </w:r>
    </w:p>
    <w:p w14:paraId="118D11E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Nos quedan seis diapositivas y deberíamos comenzar la transición hacia la discusión entre colegas en los próximos minutos.</w:t>
      </w:r>
    </w:p>
    <w:p w14:paraId="6BF5AEF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Solo para que lo tengas presente.</w:t>
      </w:r>
    </w:p>
    <w:p w14:paraId="4B468CA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Gracias.</w:t>
      </w:r>
    </w:p>
    <w:p w14:paraId="6C8EC8CB"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KRISTINA KAPP (KK):</w:t>
      </w:r>
    </w:p>
    <w:p w14:paraId="3CBA03B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No hay problema.</w:t>
      </w:r>
    </w:p>
    <w:p w14:paraId="472C5F2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Gracias.</w:t>
      </w:r>
    </w:p>
    <w:p w14:paraId="0C4B9B2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Las </w:t>
      </w:r>
      <w:r w:rsidRPr="002021A9">
        <w:rPr>
          <w:rFonts w:ascii="Times New Roman" w:eastAsia="Times New Roman" w:hAnsi="Times New Roman" w:cs="Times New Roman"/>
          <w:b/>
          <w:bCs/>
          <w:color w:val="auto"/>
          <w:sz w:val="24"/>
          <w:szCs w:val="24"/>
        </w:rPr>
        <w:t>fases de la intensificación</w:t>
      </w:r>
      <w:r w:rsidRPr="002021A9">
        <w:rPr>
          <w:rFonts w:ascii="Times New Roman" w:eastAsia="Times New Roman" w:hAnsi="Times New Roman" w:cs="Times New Roman"/>
          <w:color w:val="auto"/>
          <w:sz w:val="24"/>
          <w:szCs w:val="24"/>
        </w:rPr>
        <w:t>.</w:t>
      </w:r>
    </w:p>
    <w:p w14:paraId="4B8B4F20"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Primero tenemos un </w:t>
      </w:r>
      <w:r w:rsidRPr="002021A9">
        <w:rPr>
          <w:rFonts w:ascii="Times New Roman" w:eastAsia="Times New Roman" w:hAnsi="Times New Roman" w:cs="Times New Roman"/>
          <w:b/>
          <w:bCs/>
          <w:color w:val="auto"/>
          <w:sz w:val="24"/>
          <w:szCs w:val="24"/>
        </w:rPr>
        <w:t>punto de fricción</w:t>
      </w:r>
      <w:r w:rsidRPr="002021A9">
        <w:rPr>
          <w:rFonts w:ascii="Times New Roman" w:eastAsia="Times New Roman" w:hAnsi="Times New Roman" w:cs="Times New Roman"/>
          <w:color w:val="auto"/>
          <w:sz w:val="24"/>
          <w:szCs w:val="24"/>
        </w:rPr>
        <w:t>.</w:t>
      </w:r>
    </w:p>
    <w:p w14:paraId="3A676E6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Es ese momento en el que sentimos que algo podría ocurrir.</w:t>
      </w:r>
    </w:p>
    <w:p w14:paraId="2D03D90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Creo que todos conocemos esa sensación.</w:t>
      </w:r>
    </w:p>
    <w:p w14:paraId="07A90F4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Lo percibimos.</w:t>
      </w:r>
    </w:p>
    <w:p w14:paraId="7BBBB955"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Lo sentimos en nuestro cuerpo.</w:t>
      </w:r>
    </w:p>
    <w:p w14:paraId="6BC1E7F7"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Por eso seguimos hablando de observar a la persona en su totalidad.</w:t>
      </w:r>
    </w:p>
    <w:p w14:paraId="08ECD2C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Existen indicadores y señales de advertencia.</w:t>
      </w:r>
    </w:p>
    <w:p w14:paraId="005E493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proofErr w:type="gramStart"/>
      <w:r w:rsidRPr="002021A9">
        <w:rPr>
          <w:rFonts w:ascii="Times New Roman" w:eastAsia="Times New Roman" w:hAnsi="Times New Roman" w:cs="Times New Roman"/>
          <w:color w:val="auto"/>
          <w:sz w:val="24"/>
          <w:szCs w:val="24"/>
        </w:rPr>
        <w:t>Misty, ¿</w:t>
      </w:r>
      <w:proofErr w:type="gramEnd"/>
      <w:r w:rsidRPr="002021A9">
        <w:rPr>
          <w:rFonts w:ascii="Times New Roman" w:eastAsia="Times New Roman" w:hAnsi="Times New Roman" w:cs="Times New Roman"/>
          <w:color w:val="auto"/>
          <w:sz w:val="24"/>
          <w:szCs w:val="24"/>
        </w:rPr>
        <w:t>puedes leerme la segunda palabra?</w:t>
      </w:r>
    </w:p>
    <w:p w14:paraId="3C2AF282"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BETHANY BALDWIN:</w:t>
      </w:r>
    </w:p>
    <w:p w14:paraId="56A63BE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La segunda palabra es </w:t>
      </w:r>
      <w:r w:rsidRPr="002021A9">
        <w:rPr>
          <w:rFonts w:ascii="Times New Roman" w:eastAsia="Times New Roman" w:hAnsi="Times New Roman" w:cs="Times New Roman"/>
          <w:b/>
          <w:bCs/>
          <w:color w:val="auto"/>
          <w:sz w:val="24"/>
          <w:szCs w:val="24"/>
        </w:rPr>
        <w:t>intensificación</w:t>
      </w:r>
      <w:r w:rsidRPr="002021A9">
        <w:rPr>
          <w:rFonts w:ascii="Times New Roman" w:eastAsia="Times New Roman" w:hAnsi="Times New Roman" w:cs="Times New Roman"/>
          <w:color w:val="auto"/>
          <w:sz w:val="24"/>
          <w:szCs w:val="24"/>
        </w:rPr>
        <w:t>.</w:t>
      </w:r>
    </w:p>
    <w:p w14:paraId="425594AA"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KRISTINA KAPP (KK):</w:t>
      </w:r>
    </w:p>
    <w:p w14:paraId="683525F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¡Intensificación!</w:t>
      </w:r>
    </w:p>
    <w:p w14:paraId="59FF016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Gracias.</w:t>
      </w:r>
    </w:p>
    <w:p w14:paraId="26E6740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t>Lo agradezco.</w:t>
      </w:r>
    </w:p>
    <w:p w14:paraId="71FD6084"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Tenemos:</w:t>
      </w:r>
    </w:p>
    <w:p w14:paraId="206CA875" w14:textId="77777777" w:rsidR="002021A9" w:rsidRPr="002021A9" w:rsidRDefault="002021A9">
      <w:pPr>
        <w:numPr>
          <w:ilvl w:val="0"/>
          <w:numId w:val="27"/>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Obstáculos humanos. </w:t>
      </w:r>
    </w:p>
    <w:p w14:paraId="038757C4" w14:textId="77777777" w:rsidR="002021A9" w:rsidRPr="002021A9" w:rsidRDefault="002021A9">
      <w:pPr>
        <w:numPr>
          <w:ilvl w:val="0"/>
          <w:numId w:val="27"/>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Picos emocionales. </w:t>
      </w:r>
    </w:p>
    <w:p w14:paraId="7A3EA3B6" w14:textId="77777777" w:rsidR="002021A9" w:rsidRPr="002021A9" w:rsidRDefault="002021A9">
      <w:pPr>
        <w:numPr>
          <w:ilvl w:val="0"/>
          <w:numId w:val="27"/>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Bienestar restaurativo. </w:t>
      </w:r>
    </w:p>
    <w:p w14:paraId="501B6F15" w14:textId="77777777" w:rsidR="002021A9" w:rsidRPr="002021A9" w:rsidRDefault="002021A9">
      <w:pPr>
        <w:numPr>
          <w:ilvl w:val="0"/>
          <w:numId w:val="27"/>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Capital de bienestar. </w:t>
      </w:r>
    </w:p>
    <w:p w14:paraId="47815D1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Vamos a revisar todos estos conceptos.</w:t>
      </w:r>
    </w:p>
    <w:p w14:paraId="48DDC4E7"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5E3237F6">
          <v:rect id="_x0000_i1048" style="width:0;height:1.5pt" o:hralign="center" o:hrstd="t" o:hr="t" fillcolor="#a0a0a0" stroked="f"/>
        </w:pict>
      </w:r>
    </w:p>
    <w:p w14:paraId="7ED7A190" w14:textId="77777777" w:rsidR="002021A9" w:rsidRPr="002021A9" w:rsidRDefault="002021A9" w:rsidP="002021A9">
      <w:pPr>
        <w:spacing w:before="100" w:beforeAutospacing="1" w:after="100" w:afterAutospacing="1" w:line="240" w:lineRule="auto"/>
        <w:outlineLvl w:val="1"/>
        <w:rPr>
          <w:rFonts w:ascii="Times New Roman" w:eastAsia="Times New Roman" w:hAnsi="Times New Roman" w:cs="Times New Roman"/>
          <w:b/>
          <w:bCs/>
          <w:color w:val="auto"/>
          <w:sz w:val="36"/>
          <w:szCs w:val="36"/>
        </w:rPr>
      </w:pPr>
      <w:r w:rsidRPr="002021A9">
        <w:rPr>
          <w:rFonts w:ascii="Times New Roman" w:eastAsia="Times New Roman" w:hAnsi="Times New Roman" w:cs="Times New Roman"/>
          <w:b/>
          <w:bCs/>
          <w:color w:val="auto"/>
          <w:sz w:val="36"/>
          <w:szCs w:val="36"/>
        </w:rPr>
        <w:t>Punto de fricción</w:t>
      </w:r>
    </w:p>
    <w:p w14:paraId="315E14BD"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Misty, si quieres hablar sobre lo que podríamos observar en el cuerpo durante el punto de fricción, adelante.</w:t>
      </w:r>
    </w:p>
    <w:p w14:paraId="014E6138"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Quiero compartir una recomendación útil:</w:t>
      </w:r>
    </w:p>
    <w:p w14:paraId="36F44A8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Utilicen la expresión </w:t>
      </w:r>
      <w:r w:rsidRPr="002021A9">
        <w:rPr>
          <w:rFonts w:ascii="Times New Roman" w:eastAsia="Times New Roman" w:hAnsi="Times New Roman" w:cs="Times New Roman"/>
          <w:b/>
          <w:bCs/>
          <w:color w:val="auto"/>
          <w:sz w:val="24"/>
          <w:szCs w:val="24"/>
        </w:rPr>
        <w:t>"fricción"</w:t>
      </w:r>
      <w:r w:rsidRPr="002021A9">
        <w:rPr>
          <w:rFonts w:ascii="Times New Roman" w:eastAsia="Times New Roman" w:hAnsi="Times New Roman" w:cs="Times New Roman"/>
          <w:color w:val="auto"/>
          <w:sz w:val="24"/>
          <w:szCs w:val="24"/>
        </w:rPr>
        <w:t xml:space="preserve"> en lugar de </w:t>
      </w:r>
      <w:r w:rsidRPr="002021A9">
        <w:rPr>
          <w:rFonts w:ascii="Times New Roman" w:eastAsia="Times New Roman" w:hAnsi="Times New Roman" w:cs="Times New Roman"/>
          <w:b/>
          <w:bCs/>
          <w:color w:val="auto"/>
          <w:sz w:val="24"/>
          <w:szCs w:val="24"/>
        </w:rPr>
        <w:t>"desencadenante" (trigger)</w:t>
      </w:r>
      <w:r w:rsidRPr="002021A9">
        <w:rPr>
          <w:rFonts w:ascii="Times New Roman" w:eastAsia="Times New Roman" w:hAnsi="Times New Roman" w:cs="Times New Roman"/>
          <w:color w:val="auto"/>
          <w:sz w:val="24"/>
          <w:szCs w:val="24"/>
        </w:rPr>
        <w:t>.</w:t>
      </w:r>
    </w:p>
    <w:p w14:paraId="54DCFFA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La palabra "desencadenante" puede ser desencadenante para otras personas.</w:t>
      </w:r>
    </w:p>
    <w:p w14:paraId="3D49903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Tenemos que ser conscientes de cómo cierta terminología proveniente del modelo médico ha sido utilizada en nuestra contra.</w:t>
      </w:r>
    </w:p>
    <w:p w14:paraId="4A2DD423"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Observen temprano las señales de esos puntos de fricción o tensión.</w:t>
      </w:r>
    </w:p>
    <w:p w14:paraId="5B3013DC"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Y presten atención.</w:t>
      </w:r>
    </w:p>
    <w:p w14:paraId="5E76D442" w14:textId="77777777" w:rsidR="002021A9" w:rsidRPr="002021A9" w:rsidRDefault="002021A9" w:rsidP="002021A9">
      <w:pPr>
        <w:spacing w:after="0"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pict w14:anchorId="4799D340">
          <v:rect id="_x0000_i1049" style="width:0;height:1.5pt" o:hralign="center" o:hrstd="t" o:hr="t" fillcolor="#a0a0a0" stroked="f"/>
        </w:pict>
      </w:r>
    </w:p>
    <w:p w14:paraId="0FB9D30D" w14:textId="77777777" w:rsidR="002021A9" w:rsidRPr="002021A9" w:rsidRDefault="002021A9" w:rsidP="002021A9">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2021A9">
        <w:rPr>
          <w:rFonts w:ascii="Times New Roman" w:eastAsia="Times New Roman" w:hAnsi="Times New Roman" w:cs="Times New Roman"/>
          <w:b/>
          <w:bCs/>
          <w:color w:val="auto"/>
          <w:sz w:val="27"/>
          <w:szCs w:val="27"/>
        </w:rPr>
        <w:t>MISTY DION:</w:t>
      </w:r>
    </w:p>
    <w:p w14:paraId="66E262D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En el cuerpo podemos observar:</w:t>
      </w:r>
    </w:p>
    <w:p w14:paraId="15F729D4" w14:textId="77777777" w:rsidR="002021A9" w:rsidRPr="002021A9" w:rsidRDefault="002021A9">
      <w:pPr>
        <w:numPr>
          <w:ilvl w:val="0"/>
          <w:numId w:val="28"/>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Una voz más elevada. </w:t>
      </w:r>
    </w:p>
    <w:p w14:paraId="460C5B52" w14:textId="77777777" w:rsidR="002021A9" w:rsidRPr="002021A9" w:rsidRDefault="002021A9">
      <w:pPr>
        <w:numPr>
          <w:ilvl w:val="0"/>
          <w:numId w:val="28"/>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Cambios en el habla. </w:t>
      </w:r>
    </w:p>
    <w:p w14:paraId="63182032" w14:textId="77777777" w:rsidR="002021A9" w:rsidRPr="002021A9" w:rsidRDefault="002021A9">
      <w:pPr>
        <w:numPr>
          <w:ilvl w:val="0"/>
          <w:numId w:val="28"/>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Quizá la persona levante más las manos. </w:t>
      </w:r>
    </w:p>
    <w:p w14:paraId="2F97FBFA" w14:textId="77777777" w:rsidR="002021A9" w:rsidRPr="002021A9" w:rsidRDefault="002021A9">
      <w:pPr>
        <w:numPr>
          <w:ilvl w:val="0"/>
          <w:numId w:val="28"/>
        </w:num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 xml:space="preserve">Gestos más dramáticos. </w:t>
      </w:r>
    </w:p>
    <w:p w14:paraId="74AA692E"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El ambiente dentro del espacio también cambiará.</w:t>
      </w:r>
    </w:p>
    <w:p w14:paraId="4891EEDD"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Lo sentirán.</w:t>
      </w:r>
    </w:p>
    <w:p w14:paraId="21857685"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Como dijo KK.</w:t>
      </w:r>
    </w:p>
    <w:p w14:paraId="182084D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Lo que necesitamos hacer es reflejar un tono más tranquilo.</w:t>
      </w:r>
    </w:p>
    <w:p w14:paraId="3293F7C1"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lastRenderedPageBreak/>
        <w:t>Reducir la energía.</w:t>
      </w:r>
    </w:p>
    <w:p w14:paraId="719478EF"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Mantenernos estables.</w:t>
      </w:r>
    </w:p>
    <w:p w14:paraId="67F05026"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Hacer una pausa.</w:t>
      </w:r>
    </w:p>
    <w:p w14:paraId="093FAE3B"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Y repetir lo que la persona está diciendo para asegurarnos de que ambos estamos entendiendo la situación de la misma manera.</w:t>
      </w:r>
    </w:p>
    <w:p w14:paraId="6B0BBA8A" w14:textId="77777777" w:rsidR="002021A9" w:rsidRPr="002021A9" w:rsidRDefault="002021A9" w:rsidP="002021A9">
      <w:pPr>
        <w:spacing w:before="100" w:beforeAutospacing="1" w:after="100" w:afterAutospacing="1" w:line="240" w:lineRule="auto"/>
        <w:rPr>
          <w:rFonts w:ascii="Times New Roman" w:eastAsia="Times New Roman" w:hAnsi="Times New Roman" w:cs="Times New Roman"/>
          <w:color w:val="auto"/>
          <w:sz w:val="24"/>
          <w:szCs w:val="24"/>
        </w:rPr>
      </w:pPr>
      <w:r w:rsidRPr="002021A9">
        <w:rPr>
          <w:rFonts w:ascii="Times New Roman" w:eastAsia="Times New Roman" w:hAnsi="Times New Roman" w:cs="Times New Roman"/>
          <w:color w:val="auto"/>
          <w:sz w:val="24"/>
          <w:szCs w:val="24"/>
        </w:rPr>
        <w:t>¿Quieres que continúe?</w:t>
      </w:r>
    </w:p>
    <w:p w14:paraId="637B6B6B" w14:textId="77777777" w:rsidR="00664CE8" w:rsidRPr="00664CE8" w:rsidRDefault="00664CE8" w:rsidP="00664CE8">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664CE8">
        <w:rPr>
          <w:rFonts w:ascii="Times New Roman" w:eastAsia="Times New Roman" w:hAnsi="Times New Roman" w:cs="Times New Roman"/>
          <w:b/>
          <w:bCs/>
          <w:color w:val="auto"/>
          <w:kern w:val="36"/>
          <w:sz w:val="48"/>
          <w:szCs w:val="48"/>
        </w:rPr>
        <w:t>Intensificación</w:t>
      </w:r>
    </w:p>
    <w:p w14:paraId="10D4DDD0"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KRISTINA KAPP (KK):</w:t>
      </w:r>
    </w:p>
    <w:p w14:paraId="514E244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Voy a hablar sobre la </w:t>
      </w:r>
      <w:r w:rsidRPr="00664CE8">
        <w:rPr>
          <w:rFonts w:ascii="Times New Roman" w:eastAsia="Times New Roman" w:hAnsi="Times New Roman" w:cs="Times New Roman"/>
          <w:b/>
          <w:bCs/>
          <w:color w:val="auto"/>
          <w:sz w:val="24"/>
          <w:szCs w:val="24"/>
        </w:rPr>
        <w:t>intensificación</w:t>
      </w:r>
      <w:r w:rsidRPr="00664CE8">
        <w:rPr>
          <w:rFonts w:ascii="Times New Roman" w:eastAsia="Times New Roman" w:hAnsi="Times New Roman" w:cs="Times New Roman"/>
          <w:color w:val="auto"/>
          <w:sz w:val="24"/>
          <w:szCs w:val="24"/>
        </w:rPr>
        <w:t>.</w:t>
      </w:r>
    </w:p>
    <w:p w14:paraId="3DD31FC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La intensificación puede manifestarse de muchas maneras.</w:t>
      </w:r>
    </w:p>
    <w:p w14:paraId="6776B031"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Solo quiero destacar que, debido a nuestra relación, Misty sabe que yo hablo más fuerte, hablo con las manos y soy muy expresiva.</w:t>
      </w:r>
    </w:p>
    <w:p w14:paraId="4F5229A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Esto se verá diferente en cada persona.</w:t>
      </w:r>
    </w:p>
    <w:p w14:paraId="1E14F46A"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Quiero hacer esa advertencia.</w:t>
      </w:r>
    </w:p>
    <w:p w14:paraId="24F14CF1"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No existe un estándar único, y por eso estamos observando a </w:t>
      </w:r>
      <w:r w:rsidRPr="00664CE8">
        <w:rPr>
          <w:rFonts w:ascii="Times New Roman" w:eastAsia="Times New Roman" w:hAnsi="Times New Roman" w:cs="Times New Roman"/>
          <w:b/>
          <w:bCs/>
          <w:color w:val="auto"/>
          <w:sz w:val="24"/>
          <w:szCs w:val="24"/>
        </w:rPr>
        <w:t>la persona en su totalidad</w:t>
      </w:r>
      <w:r w:rsidRPr="00664CE8">
        <w:rPr>
          <w:rFonts w:ascii="Times New Roman" w:eastAsia="Times New Roman" w:hAnsi="Times New Roman" w:cs="Times New Roman"/>
          <w:color w:val="auto"/>
          <w:sz w:val="24"/>
          <w:szCs w:val="24"/>
        </w:rPr>
        <w:t>.</w:t>
      </w:r>
    </w:p>
    <w:p w14:paraId="5821898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A medida que comienza </w:t>
      </w:r>
      <w:proofErr w:type="gramStart"/>
      <w:r w:rsidRPr="00664CE8">
        <w:rPr>
          <w:rFonts w:ascii="Times New Roman" w:eastAsia="Times New Roman" w:hAnsi="Times New Roman" w:cs="Times New Roman"/>
          <w:color w:val="auto"/>
          <w:sz w:val="24"/>
          <w:szCs w:val="24"/>
        </w:rPr>
        <w:t>a</w:t>
      </w:r>
      <w:proofErr w:type="gramEnd"/>
      <w:r w:rsidRPr="00664CE8">
        <w:rPr>
          <w:rFonts w:ascii="Times New Roman" w:eastAsia="Times New Roman" w:hAnsi="Times New Roman" w:cs="Times New Roman"/>
          <w:color w:val="auto"/>
          <w:sz w:val="24"/>
          <w:szCs w:val="24"/>
        </w:rPr>
        <w:t xml:space="preserve"> aumentar la intensidad, observen ese cambio.</w:t>
      </w:r>
    </w:p>
    <w:p w14:paraId="19A4C61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Lo sentirán dentro de la habitación, dentro del espacio.</w:t>
      </w:r>
    </w:p>
    <w:p w14:paraId="614F80D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Misty, ¿qué podríamos observar?</w:t>
      </w:r>
    </w:p>
    <w:p w14:paraId="420DE1CA"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3347194B">
          <v:rect id="_x0000_i1061" style="width:0;height:1.5pt" o:hralign="center" o:hrstd="t" o:hr="t" fillcolor="#a0a0a0" stroked="f"/>
        </w:pict>
      </w:r>
    </w:p>
    <w:p w14:paraId="299BD2A2"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MISTY DION:</w:t>
      </w:r>
    </w:p>
    <w:p w14:paraId="59EC58EE"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Cuando están en esas situaciones, comienzan a sentirse abrumados.</w:t>
      </w:r>
    </w:p>
    <w:p w14:paraId="5B1C989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Las emociones los abruman.</w:t>
      </w:r>
    </w:p>
    <w:p w14:paraId="7317F6C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Muchas veces se trata de tomarse un momento y dividir la información en menos palabras.</w:t>
      </w:r>
    </w:p>
    <w:p w14:paraId="7962590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Dar:</w:t>
      </w:r>
    </w:p>
    <w:p w14:paraId="4CFD3DD3" w14:textId="77777777" w:rsidR="00664CE8" w:rsidRPr="00664CE8" w:rsidRDefault="00664CE8">
      <w:pPr>
        <w:numPr>
          <w:ilvl w:val="0"/>
          <w:numId w:val="29"/>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Más tiempo. </w:t>
      </w:r>
    </w:p>
    <w:p w14:paraId="2A39A5FD" w14:textId="77777777" w:rsidR="00664CE8" w:rsidRPr="00664CE8" w:rsidRDefault="00664CE8">
      <w:pPr>
        <w:numPr>
          <w:ilvl w:val="0"/>
          <w:numId w:val="29"/>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Más espacio. </w:t>
      </w:r>
    </w:p>
    <w:p w14:paraId="00A1A8B1" w14:textId="77777777" w:rsidR="00664CE8" w:rsidRPr="00664CE8" w:rsidRDefault="00664CE8">
      <w:pPr>
        <w:numPr>
          <w:ilvl w:val="0"/>
          <w:numId w:val="29"/>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lastRenderedPageBreak/>
        <w:t xml:space="preserve">Más paciencia. </w:t>
      </w:r>
    </w:p>
    <w:p w14:paraId="54D1303E"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49A21CCD">
          <v:rect id="_x0000_i1062" style="width:0;height:1.5pt" o:hralign="center" o:hrstd="t" o:hr="t" fillcolor="#a0a0a0" stroked="f"/>
        </w:pict>
      </w:r>
    </w:p>
    <w:p w14:paraId="78349F3A"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KRISTINA KAPP (KK):</w:t>
      </w:r>
    </w:p>
    <w:p w14:paraId="15CD5E2C"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No hablen. Escuchen.</w:t>
      </w:r>
    </w:p>
    <w:p w14:paraId="02A2794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Sí.</w:t>
      </w:r>
    </w:p>
    <w:p w14:paraId="2E12801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Y adivinen qué.</w:t>
      </w:r>
    </w:p>
    <w:p w14:paraId="16C8C52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Aquí está lo más importante.</w:t>
      </w:r>
    </w:p>
    <w:p w14:paraId="2F404EF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Voy a decirlo una vez más:</w:t>
      </w:r>
    </w:p>
    <w:p w14:paraId="512360B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Reflejen a la persona lo que está diciendo.</w:t>
      </w:r>
    </w:p>
    <w:p w14:paraId="5541D1F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"Lo que te escucho decir es..."</w:t>
      </w:r>
    </w:p>
    <w:p w14:paraId="59203B1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Y, en ocasiones, permanezcan en la quietud del silencio.</w:t>
      </w:r>
    </w:p>
    <w:p w14:paraId="44876C5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Eso también puede reducir un poco la intensidad debido </w:t>
      </w:r>
      <w:proofErr w:type="gramStart"/>
      <w:r w:rsidRPr="00664CE8">
        <w:rPr>
          <w:rFonts w:ascii="Times New Roman" w:eastAsia="Times New Roman" w:hAnsi="Times New Roman" w:cs="Times New Roman"/>
          <w:color w:val="auto"/>
          <w:sz w:val="24"/>
          <w:szCs w:val="24"/>
        </w:rPr>
        <w:t>a</w:t>
      </w:r>
      <w:proofErr w:type="gramEnd"/>
      <w:r w:rsidRPr="00664CE8">
        <w:rPr>
          <w:rFonts w:ascii="Times New Roman" w:eastAsia="Times New Roman" w:hAnsi="Times New Roman" w:cs="Times New Roman"/>
          <w:color w:val="auto"/>
          <w:sz w:val="24"/>
          <w:szCs w:val="24"/>
        </w:rPr>
        <w:t xml:space="preserve"> ese punto de conexión.</w:t>
      </w:r>
    </w:p>
    <w:p w14:paraId="1A5546E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Voy a continuar hablando de los </w:t>
      </w:r>
      <w:r w:rsidRPr="00664CE8">
        <w:rPr>
          <w:rFonts w:ascii="Times New Roman" w:eastAsia="Times New Roman" w:hAnsi="Times New Roman" w:cs="Times New Roman"/>
          <w:b/>
          <w:bCs/>
          <w:color w:val="auto"/>
          <w:sz w:val="24"/>
          <w:szCs w:val="24"/>
        </w:rPr>
        <w:t>obstáculos humanos</w:t>
      </w:r>
      <w:r w:rsidRPr="00664CE8">
        <w:rPr>
          <w:rFonts w:ascii="Times New Roman" w:eastAsia="Times New Roman" w:hAnsi="Times New Roman" w:cs="Times New Roman"/>
          <w:color w:val="auto"/>
          <w:sz w:val="24"/>
          <w:szCs w:val="24"/>
        </w:rPr>
        <w:t>, porque esto es real y siento que con demasiada frecuencia se minimiza.</w:t>
      </w:r>
    </w:p>
    <w:p w14:paraId="548D4C2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A veces las cosas pueden ser difíciles en la vida cotidiana.</w:t>
      </w:r>
    </w:p>
    <w:p w14:paraId="4BAF5E4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Pero cuando una persona interactúa con el mundo de maneras diferentes, pueden ser todavía más difíciles.</w:t>
      </w:r>
    </w:p>
    <w:p w14:paraId="21C0385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Las tareas que pueden resultar sencillas para algunas personas pueden ser mucho más difíciles para otras.</w:t>
      </w:r>
    </w:p>
    <w:p w14:paraId="663E08B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Quiero reconocer eso.</w:t>
      </w:r>
    </w:p>
    <w:p w14:paraId="74E14DA3"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6B37B40B">
          <v:rect id="_x0000_i1063" style="width:0;height:1.5pt" o:hralign="center" o:hrstd="t" o:hr="t" fillcolor="#a0a0a0" stroked="f"/>
        </w:pict>
      </w:r>
    </w:p>
    <w:p w14:paraId="026C5B68" w14:textId="77777777" w:rsidR="00664CE8" w:rsidRPr="00664CE8" w:rsidRDefault="00664CE8" w:rsidP="00664CE8">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664CE8">
        <w:rPr>
          <w:rFonts w:ascii="Times New Roman" w:eastAsia="Times New Roman" w:hAnsi="Times New Roman" w:cs="Times New Roman"/>
          <w:b/>
          <w:bCs/>
          <w:color w:val="auto"/>
          <w:kern w:val="36"/>
          <w:sz w:val="48"/>
          <w:szCs w:val="48"/>
        </w:rPr>
        <w:t>Obstáculos humanos y picos emocionales</w:t>
      </w:r>
    </w:p>
    <w:p w14:paraId="11FB5B8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Utilizamos la expresión </w:t>
      </w:r>
      <w:r w:rsidRPr="00664CE8">
        <w:rPr>
          <w:rFonts w:ascii="Times New Roman" w:eastAsia="Times New Roman" w:hAnsi="Times New Roman" w:cs="Times New Roman"/>
          <w:b/>
          <w:bCs/>
          <w:color w:val="auto"/>
          <w:sz w:val="24"/>
          <w:szCs w:val="24"/>
        </w:rPr>
        <w:t>picos emocionales</w:t>
      </w:r>
      <w:r w:rsidRPr="00664CE8">
        <w:rPr>
          <w:rFonts w:ascii="Times New Roman" w:eastAsia="Times New Roman" w:hAnsi="Times New Roman" w:cs="Times New Roman"/>
          <w:color w:val="auto"/>
          <w:sz w:val="24"/>
          <w:szCs w:val="24"/>
        </w:rPr>
        <w:t xml:space="preserve"> en lugar de crisis.</w:t>
      </w:r>
    </w:p>
    <w:p w14:paraId="72F427F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Creo que hablamos un poco sobre esto durante la sesión anterior, cuando dijimos que una crisis es algo que cada persona define por sí misma.</w:t>
      </w:r>
    </w:p>
    <w:p w14:paraId="1BADDCE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Con frecuencia, las personas que realizan esas llamadas de crisis son quienes están sintiendo miedo.</w:t>
      </w:r>
    </w:p>
    <w:p w14:paraId="77FFC61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lastRenderedPageBreak/>
        <w:t xml:space="preserve">La persona de quien dicen que está "en crisis" quizá </w:t>
      </w:r>
      <w:r w:rsidRPr="00664CE8">
        <w:rPr>
          <w:rFonts w:ascii="Times New Roman" w:eastAsia="Times New Roman" w:hAnsi="Times New Roman" w:cs="Times New Roman"/>
          <w:b/>
          <w:bCs/>
          <w:color w:val="auto"/>
          <w:sz w:val="24"/>
          <w:szCs w:val="24"/>
        </w:rPr>
        <w:t>no se sienta en crisis</w:t>
      </w:r>
      <w:r w:rsidRPr="00664CE8">
        <w:rPr>
          <w:rFonts w:ascii="Times New Roman" w:eastAsia="Times New Roman" w:hAnsi="Times New Roman" w:cs="Times New Roman"/>
          <w:color w:val="auto"/>
          <w:sz w:val="24"/>
          <w:szCs w:val="24"/>
        </w:rPr>
        <w:t>.</w:t>
      </w:r>
    </w:p>
    <w:p w14:paraId="2A5FEB4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Misty, si quieres explicar lo que podríamos observar...</w:t>
      </w:r>
    </w:p>
    <w:p w14:paraId="3CD0D064"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53030673">
          <v:rect id="_x0000_i1064" style="width:0;height:1.5pt" o:hralign="center" o:hrstd="t" o:hr="t" fillcolor="#a0a0a0" stroked="f"/>
        </w:pict>
      </w:r>
    </w:p>
    <w:p w14:paraId="31D75383"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MISTY DION:</w:t>
      </w:r>
    </w:p>
    <w:p w14:paraId="2CAB917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Claro.</w:t>
      </w:r>
    </w:p>
    <w:p w14:paraId="4CF984DC"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Algunos de los picos emocionales que podríamos observar...</w:t>
      </w:r>
    </w:p>
    <w:p w14:paraId="1B6ACFF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Perdón, ¿estamos en la diapositiva 15 o en la 14?</w:t>
      </w:r>
    </w:p>
    <w:p w14:paraId="6BB889EC"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KRISTINA KAPP (KK):</w:t>
      </w:r>
    </w:p>
    <w:p w14:paraId="21900B1D"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En la 14.</w:t>
      </w:r>
    </w:p>
    <w:p w14:paraId="2E070C10"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MISTY DION:</w:t>
      </w:r>
    </w:p>
    <w:p w14:paraId="5F6681F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Solo quería asegurarme.</w:t>
      </w:r>
    </w:p>
    <w:p w14:paraId="7A9433B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 ese estado en el que el sistema nervioso comienza a tomar el control.</w:t>
      </w:r>
    </w:p>
    <w:p w14:paraId="22902D8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 esa sensación de estar abrumado.</w:t>
      </w:r>
    </w:p>
    <w:p w14:paraId="102E487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Creo que eso es lo que estaba diciendo anteriormente.</w:t>
      </w:r>
    </w:p>
    <w:p w14:paraId="5A9EC33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Tenemos que permanecer con la persona dentro del momento que está experimentando.</w:t>
      </w:r>
    </w:p>
    <w:p w14:paraId="17B3E17C"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Debemos asegurarnos de adaptarnos </w:t>
      </w:r>
      <w:proofErr w:type="gramStart"/>
      <w:r w:rsidRPr="00664CE8">
        <w:rPr>
          <w:rFonts w:ascii="Times New Roman" w:eastAsia="Times New Roman" w:hAnsi="Times New Roman" w:cs="Times New Roman"/>
          <w:color w:val="auto"/>
          <w:sz w:val="24"/>
          <w:szCs w:val="24"/>
        </w:rPr>
        <w:t>a</w:t>
      </w:r>
      <w:proofErr w:type="gramEnd"/>
      <w:r w:rsidRPr="00664CE8">
        <w:rPr>
          <w:rFonts w:ascii="Times New Roman" w:eastAsia="Times New Roman" w:hAnsi="Times New Roman" w:cs="Times New Roman"/>
          <w:color w:val="auto"/>
          <w:sz w:val="24"/>
          <w:szCs w:val="24"/>
        </w:rPr>
        <w:t xml:space="preserve"> ese momento.</w:t>
      </w:r>
    </w:p>
    <w:p w14:paraId="6ADE16FB"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361B5EBE">
          <v:rect id="_x0000_i1065" style="width:0;height:1.5pt" o:hralign="center" o:hrstd="t" o:hr="t" fillcolor="#a0a0a0" stroked="f"/>
        </w:pict>
      </w:r>
    </w:p>
    <w:p w14:paraId="65247937"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KRISTINA KAPP (KK):</w:t>
      </w:r>
    </w:p>
    <w:p w14:paraId="434B31A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Se verá diferente para cada persona, como ya dijimos.</w:t>
      </w:r>
    </w:p>
    <w:p w14:paraId="36BDE65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En mi caso, por ejemplo, puedo estar realmente frustrada y comenzar a llorar porque ni siquiera puedo expresar el enojo.</w:t>
      </w:r>
    </w:p>
    <w:p w14:paraId="2E3A29F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Será algo individual.</w:t>
      </w:r>
    </w:p>
    <w:p w14:paraId="0868AF7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Pero creo que es realmente importante simplemente decir:</w:t>
      </w:r>
    </w:p>
    <w:p w14:paraId="33202DB1"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"Estoy aquí."</w:t>
      </w:r>
    </w:p>
    <w:p w14:paraId="7485A162"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MISTY DION:</w:t>
      </w:r>
    </w:p>
    <w:p w14:paraId="458D34B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lastRenderedPageBreak/>
        <w:t>Es incómodo.</w:t>
      </w:r>
    </w:p>
    <w:p w14:paraId="552D5EE0"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KRISTINA KAPP (KK):</w:t>
      </w:r>
    </w:p>
    <w:p w14:paraId="489D88E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Sí.</w:t>
      </w:r>
    </w:p>
    <w:p w14:paraId="5E99AB0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proofErr w:type="gramStart"/>
      <w:r w:rsidRPr="00664CE8">
        <w:rPr>
          <w:rFonts w:ascii="Times New Roman" w:eastAsia="Times New Roman" w:hAnsi="Times New Roman" w:cs="Times New Roman"/>
          <w:color w:val="auto"/>
          <w:sz w:val="24"/>
          <w:szCs w:val="24"/>
        </w:rPr>
        <w:t>Pero permítanse sentirse estirados y</w:t>
      </w:r>
      <w:proofErr w:type="gramEnd"/>
      <w:r w:rsidRPr="00664CE8">
        <w:rPr>
          <w:rFonts w:ascii="Times New Roman" w:eastAsia="Times New Roman" w:hAnsi="Times New Roman" w:cs="Times New Roman"/>
          <w:color w:val="auto"/>
          <w:sz w:val="24"/>
          <w:szCs w:val="24"/>
        </w:rPr>
        <w:t xml:space="preserve"> </w:t>
      </w:r>
      <w:r w:rsidRPr="00664CE8">
        <w:rPr>
          <w:rFonts w:ascii="Times New Roman" w:eastAsia="Times New Roman" w:hAnsi="Times New Roman" w:cs="Times New Roman"/>
          <w:b/>
          <w:bCs/>
          <w:color w:val="auto"/>
          <w:sz w:val="24"/>
          <w:szCs w:val="24"/>
        </w:rPr>
        <w:t>permanezcan presentes</w:t>
      </w:r>
      <w:r w:rsidRPr="00664CE8">
        <w:rPr>
          <w:rFonts w:ascii="Times New Roman" w:eastAsia="Times New Roman" w:hAnsi="Times New Roman" w:cs="Times New Roman"/>
          <w:color w:val="auto"/>
          <w:sz w:val="24"/>
          <w:szCs w:val="24"/>
        </w:rPr>
        <w:t>.</w:t>
      </w:r>
    </w:p>
    <w:p w14:paraId="4842423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Permanezcan dentro de esa incomodidad.</w:t>
      </w:r>
    </w:p>
    <w:p w14:paraId="30F2432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proofErr w:type="gramStart"/>
      <w:r w:rsidRPr="00664CE8">
        <w:rPr>
          <w:rFonts w:ascii="Times New Roman" w:eastAsia="Times New Roman" w:hAnsi="Times New Roman" w:cs="Times New Roman"/>
          <w:color w:val="auto"/>
          <w:sz w:val="24"/>
          <w:szCs w:val="24"/>
        </w:rPr>
        <w:t>Porque, ¿</w:t>
      </w:r>
      <w:proofErr w:type="gramEnd"/>
      <w:r w:rsidRPr="00664CE8">
        <w:rPr>
          <w:rFonts w:ascii="Times New Roman" w:eastAsia="Times New Roman" w:hAnsi="Times New Roman" w:cs="Times New Roman"/>
          <w:color w:val="auto"/>
          <w:sz w:val="24"/>
          <w:szCs w:val="24"/>
        </w:rPr>
        <w:t>saben qué?</w:t>
      </w:r>
    </w:p>
    <w:p w14:paraId="59079BA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Nadie debería estar solo dentro de esas emociones.</w:t>
      </w:r>
    </w:p>
    <w:p w14:paraId="13EAC65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Creo que eso es lo que queremos para nuestros </w:t>
      </w:r>
      <w:proofErr w:type="gramStart"/>
      <w:r w:rsidRPr="00664CE8">
        <w:rPr>
          <w:rFonts w:ascii="Times New Roman" w:eastAsia="Times New Roman" w:hAnsi="Times New Roman" w:cs="Times New Roman"/>
          <w:color w:val="auto"/>
          <w:sz w:val="24"/>
          <w:szCs w:val="24"/>
        </w:rPr>
        <w:t>pares, ¿</w:t>
      </w:r>
      <w:proofErr w:type="gramEnd"/>
      <w:r w:rsidRPr="00664CE8">
        <w:rPr>
          <w:rFonts w:ascii="Times New Roman" w:eastAsia="Times New Roman" w:hAnsi="Times New Roman" w:cs="Times New Roman"/>
          <w:color w:val="auto"/>
          <w:sz w:val="24"/>
          <w:szCs w:val="24"/>
        </w:rPr>
        <w:t>verdad?</w:t>
      </w:r>
    </w:p>
    <w:p w14:paraId="30C69579"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Queremos que reciban apoyo durante esos momentos difíciles.</w:t>
      </w:r>
    </w:p>
    <w:p w14:paraId="4D61157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 realmente importante preguntar qué necesita la persona y cómo sería ese apoyo.</w:t>
      </w:r>
    </w:p>
    <w:p w14:paraId="2080DC7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Podemos preguntar:</w:t>
      </w:r>
    </w:p>
    <w:p w14:paraId="0A963BC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"¿Hay algo que pueda hacer para apoyarte mejor en este momento?"</w:t>
      </w:r>
    </w:p>
    <w:p w14:paraId="407F77B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 xml:space="preserve">"Voy a compartir este espacio contigo y voy </w:t>
      </w:r>
      <w:proofErr w:type="gramStart"/>
      <w:r w:rsidRPr="00664CE8">
        <w:rPr>
          <w:rFonts w:ascii="Times New Roman" w:eastAsia="Times New Roman" w:hAnsi="Times New Roman" w:cs="Times New Roman"/>
          <w:b/>
          <w:bCs/>
          <w:color w:val="auto"/>
          <w:sz w:val="24"/>
          <w:szCs w:val="24"/>
        </w:rPr>
        <w:t>a</w:t>
      </w:r>
      <w:proofErr w:type="gramEnd"/>
      <w:r w:rsidRPr="00664CE8">
        <w:rPr>
          <w:rFonts w:ascii="Times New Roman" w:eastAsia="Times New Roman" w:hAnsi="Times New Roman" w:cs="Times New Roman"/>
          <w:b/>
          <w:bCs/>
          <w:color w:val="auto"/>
          <w:sz w:val="24"/>
          <w:szCs w:val="24"/>
        </w:rPr>
        <w:t xml:space="preserve"> estar presente, pero quiero preguntarte si existe algo más que pueda hacer para apoyarte mejor ahora mismo."</w:t>
      </w:r>
    </w:p>
    <w:p w14:paraId="7520731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Eso abre la puerta para que la persona exprese otras necesidades.</w:t>
      </w:r>
    </w:p>
    <w:p w14:paraId="78EBD10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Hemos creado un espacio seguro para la comunicación. </w:t>
      </w:r>
    </w:p>
    <w:p w14:paraId="09BF0909"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530E6741">
          <v:rect id="_x0000_i1066" style="width:0;height:1.5pt" o:hralign="center" o:hrstd="t" o:hr="t" fillcolor="#a0a0a0" stroked="f"/>
        </w:pict>
      </w:r>
    </w:p>
    <w:p w14:paraId="00CA4BC1" w14:textId="77777777" w:rsidR="00664CE8" w:rsidRPr="00664CE8" w:rsidRDefault="00664CE8" w:rsidP="00664CE8">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664CE8">
        <w:rPr>
          <w:rFonts w:ascii="Times New Roman" w:eastAsia="Times New Roman" w:hAnsi="Times New Roman" w:cs="Times New Roman"/>
          <w:b/>
          <w:bCs/>
          <w:color w:val="auto"/>
          <w:kern w:val="36"/>
          <w:sz w:val="48"/>
          <w:szCs w:val="48"/>
        </w:rPr>
        <w:t>Bienestar restaurativo</w:t>
      </w:r>
    </w:p>
    <w:p w14:paraId="6BC8E86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Este es uno de mis conceptos favoritos:</w:t>
      </w:r>
    </w:p>
    <w:p w14:paraId="1588A79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Bienestar restaurativo.</w:t>
      </w:r>
    </w:p>
    <w:p w14:paraId="369207B9"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No solemos utilizar esta terminología.</w:t>
      </w:r>
    </w:p>
    <w:p w14:paraId="1B3F231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Estoy presentándoles un lenguaje que considero realmente importante.</w:t>
      </w:r>
    </w:p>
    <w:p w14:paraId="60311B5D"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Una recomendación útil es utilizar la expresión </w:t>
      </w:r>
      <w:r w:rsidRPr="00664CE8">
        <w:rPr>
          <w:rFonts w:ascii="Times New Roman" w:eastAsia="Times New Roman" w:hAnsi="Times New Roman" w:cs="Times New Roman"/>
          <w:b/>
          <w:bCs/>
          <w:color w:val="auto"/>
          <w:sz w:val="24"/>
          <w:szCs w:val="24"/>
        </w:rPr>
        <w:t>bienestar restaurativo</w:t>
      </w:r>
      <w:r w:rsidRPr="00664CE8">
        <w:rPr>
          <w:rFonts w:ascii="Times New Roman" w:eastAsia="Times New Roman" w:hAnsi="Times New Roman" w:cs="Times New Roman"/>
          <w:color w:val="auto"/>
          <w:sz w:val="24"/>
          <w:szCs w:val="24"/>
        </w:rPr>
        <w:t xml:space="preserve"> en lugar de </w:t>
      </w:r>
      <w:r w:rsidRPr="00664CE8">
        <w:rPr>
          <w:rFonts w:ascii="Times New Roman" w:eastAsia="Times New Roman" w:hAnsi="Times New Roman" w:cs="Times New Roman"/>
          <w:b/>
          <w:bCs/>
          <w:color w:val="auto"/>
          <w:sz w:val="24"/>
          <w:szCs w:val="24"/>
        </w:rPr>
        <w:t>recuperación</w:t>
      </w:r>
      <w:r w:rsidRPr="00664CE8">
        <w:rPr>
          <w:rFonts w:ascii="Times New Roman" w:eastAsia="Times New Roman" w:hAnsi="Times New Roman" w:cs="Times New Roman"/>
          <w:color w:val="auto"/>
          <w:sz w:val="24"/>
          <w:szCs w:val="24"/>
        </w:rPr>
        <w:t>.</w:t>
      </w:r>
    </w:p>
    <w:p w14:paraId="56F3B6F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No se trata de preguntar:</w:t>
      </w:r>
    </w:p>
    <w:p w14:paraId="5EBF2F6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"¿Qué está mal contigo?"</w:t>
      </w:r>
    </w:p>
    <w:p w14:paraId="678B083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lastRenderedPageBreak/>
        <w:t>Sino:</w:t>
      </w:r>
    </w:p>
    <w:p w14:paraId="5BC718D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"¿Qué te ocurrió?"</w:t>
      </w:r>
    </w:p>
    <w:p w14:paraId="001101C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Creo que seguimos necesitando pensar en esto.</w:t>
      </w:r>
    </w:p>
    <w:p w14:paraId="277D9A3D"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Literalmente ayer alguien me dijo:</w:t>
      </w:r>
    </w:p>
    <w:p w14:paraId="1892EE6E"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"¿Qué está mal contigo?"</w:t>
      </w:r>
    </w:p>
    <w:p w14:paraId="57D1B20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Todavía pensamos que está bien decir eso.</w:t>
      </w:r>
    </w:p>
    <w:p w14:paraId="22A775A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No lo está.</w:t>
      </w:r>
    </w:p>
    <w:p w14:paraId="0D589F7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A medida que la intensidad comienza a disminuir, ocurre algo realmente importante.</w:t>
      </w:r>
    </w:p>
    <w:p w14:paraId="1BE998D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Creo que la próxima semana profundizaremos en todo el aspecto de centrarse mediante ejercicios somáticos.</w:t>
      </w:r>
    </w:p>
    <w:p w14:paraId="6B99C52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Esto es muy importante porque existe mucho más detrás de ello.</w:t>
      </w:r>
    </w:p>
    <w:p w14:paraId="052C45FA"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Cuando podemos centrarnos y mantenernos conectados, como Misty acaba de mencionar, podemos sentir cómo la persona comienza a salir de ese estado de </w:t>
      </w:r>
      <w:r w:rsidRPr="00664CE8">
        <w:rPr>
          <w:rFonts w:ascii="Times New Roman" w:eastAsia="Times New Roman" w:hAnsi="Times New Roman" w:cs="Times New Roman"/>
          <w:b/>
          <w:bCs/>
          <w:color w:val="auto"/>
          <w:sz w:val="24"/>
          <w:szCs w:val="24"/>
        </w:rPr>
        <w:t>hipervigilancia</w:t>
      </w:r>
      <w:r w:rsidRPr="00664CE8">
        <w:rPr>
          <w:rFonts w:ascii="Times New Roman" w:eastAsia="Times New Roman" w:hAnsi="Times New Roman" w:cs="Times New Roman"/>
          <w:color w:val="auto"/>
          <w:sz w:val="24"/>
          <w:szCs w:val="24"/>
        </w:rPr>
        <w:t>.</w:t>
      </w:r>
    </w:p>
    <w:p w14:paraId="0E854A49"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Ya no está en un estado de alerta tan elevado.</w:t>
      </w:r>
    </w:p>
    <w:p w14:paraId="2A7F8A6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Incluso podemos observar cómo su lenguaje corporal comienza a relajarse un poco.</w:t>
      </w:r>
    </w:p>
    <w:p w14:paraId="79EDF1AD"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Ya no se encuentra tanto en una postura defensiva o de ataque.</w:t>
      </w:r>
    </w:p>
    <w:p w14:paraId="385D6CA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Podemos observar cómo disminuye la intensidad.</w:t>
      </w:r>
    </w:p>
    <w:p w14:paraId="731D8D8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Realmente estamos restaurando ese bienestar y ese punto central dentro de un espacio seguro.</w:t>
      </w:r>
    </w:p>
    <w:p w14:paraId="4FCBEFA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Misty, si quieres continuar con los siguientes puntos.</w:t>
      </w:r>
    </w:p>
    <w:p w14:paraId="5DB5B1B5"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6A9C0659">
          <v:rect id="_x0000_i1067" style="width:0;height:1.5pt" o:hralign="center" o:hrstd="t" o:hr="t" fillcolor="#a0a0a0" stroked="f"/>
        </w:pict>
      </w:r>
    </w:p>
    <w:p w14:paraId="1E6F5701"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MISTY DION:</w:t>
      </w:r>
    </w:p>
    <w:p w14:paraId="30698A9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Claro.</w:t>
      </w:r>
    </w:p>
    <w:p w14:paraId="5BF5C84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En el bienestar restaurativo proporcionamos:</w:t>
      </w:r>
    </w:p>
    <w:p w14:paraId="7F10F8F9" w14:textId="77777777" w:rsidR="00664CE8" w:rsidRPr="00664CE8" w:rsidRDefault="00664CE8">
      <w:pPr>
        <w:numPr>
          <w:ilvl w:val="0"/>
          <w:numId w:val="30"/>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Gracia. </w:t>
      </w:r>
    </w:p>
    <w:p w14:paraId="492C569A" w14:textId="77777777" w:rsidR="00664CE8" w:rsidRPr="00664CE8" w:rsidRDefault="00664CE8">
      <w:pPr>
        <w:numPr>
          <w:ilvl w:val="0"/>
          <w:numId w:val="30"/>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Empatía. </w:t>
      </w:r>
    </w:p>
    <w:p w14:paraId="45032C62" w14:textId="77777777" w:rsidR="00664CE8" w:rsidRPr="00664CE8" w:rsidRDefault="00664CE8">
      <w:pPr>
        <w:numPr>
          <w:ilvl w:val="0"/>
          <w:numId w:val="30"/>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Quietud. </w:t>
      </w:r>
    </w:p>
    <w:p w14:paraId="25CA8EA9" w14:textId="77777777" w:rsidR="00664CE8" w:rsidRPr="00664CE8" w:rsidRDefault="00664CE8">
      <w:pPr>
        <w:numPr>
          <w:ilvl w:val="0"/>
          <w:numId w:val="30"/>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Calma. </w:t>
      </w:r>
    </w:p>
    <w:p w14:paraId="66CFA1D0" w14:textId="77777777" w:rsidR="00664CE8" w:rsidRPr="00664CE8" w:rsidRDefault="00664CE8">
      <w:pPr>
        <w:numPr>
          <w:ilvl w:val="0"/>
          <w:numId w:val="30"/>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Silencio. </w:t>
      </w:r>
    </w:p>
    <w:p w14:paraId="467FA026" w14:textId="77777777" w:rsidR="00664CE8" w:rsidRPr="00664CE8" w:rsidRDefault="00664CE8">
      <w:pPr>
        <w:numPr>
          <w:ilvl w:val="0"/>
          <w:numId w:val="30"/>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lastRenderedPageBreak/>
        <w:t xml:space="preserve">Tranquilidad y reafirmación. </w:t>
      </w:r>
    </w:p>
    <w:p w14:paraId="292FA7C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Pregunten a la persona qué le gustaría.</w:t>
      </w:r>
    </w:p>
    <w:p w14:paraId="2443315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Y estén preparados para permanecer con ella durante el proceso.</w:t>
      </w:r>
    </w:p>
    <w:p w14:paraId="40C8A01C"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Muchas veces nos encontramos con una situación que pesa mucho emocionalmente y nosotros mismos podemos sentirnos abrumados por esa emoción.</w:t>
      </w:r>
    </w:p>
    <w:p w14:paraId="6BB3334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Pero tomarnos el tiempo para atravesarla junto </w:t>
      </w:r>
      <w:proofErr w:type="gramStart"/>
      <w:r w:rsidRPr="00664CE8">
        <w:rPr>
          <w:rFonts w:ascii="Times New Roman" w:eastAsia="Times New Roman" w:hAnsi="Times New Roman" w:cs="Times New Roman"/>
          <w:color w:val="auto"/>
          <w:sz w:val="24"/>
          <w:szCs w:val="24"/>
        </w:rPr>
        <w:t>con</w:t>
      </w:r>
      <w:proofErr w:type="gramEnd"/>
      <w:r w:rsidRPr="00664CE8">
        <w:rPr>
          <w:rFonts w:ascii="Times New Roman" w:eastAsia="Times New Roman" w:hAnsi="Times New Roman" w:cs="Times New Roman"/>
          <w:color w:val="auto"/>
          <w:sz w:val="24"/>
          <w:szCs w:val="24"/>
        </w:rPr>
        <w:t xml:space="preserve"> la persona, en lugar de simplemente darle una respuesta, creo que es fundamental.</w:t>
      </w:r>
    </w:p>
    <w:p w14:paraId="54C31437"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7EAC6716">
          <v:rect id="_x0000_i1068" style="width:0;height:1.5pt" o:hralign="center" o:hrstd="t" o:hr="t" fillcolor="#a0a0a0" stroked="f"/>
        </w:pict>
      </w:r>
    </w:p>
    <w:p w14:paraId="5AEB71B2"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KRISTINA KAPP (KK):</w:t>
      </w:r>
    </w:p>
    <w:p w14:paraId="1575B33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Pregunten. No den respuestas.</w:t>
      </w:r>
    </w:p>
    <w:p w14:paraId="5F6876D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¿Verdad?</w:t>
      </w:r>
    </w:p>
    <w:p w14:paraId="45A391E9"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En lugar de decir:</w:t>
      </w:r>
    </w:p>
    <w:p w14:paraId="2F216AE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"Creo que lo que tenemos que hacer ahora es..."</w:t>
      </w:r>
    </w:p>
    <w:p w14:paraId="300E7F1A"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No, no, no.</w:t>
      </w:r>
    </w:p>
    <w:p w14:paraId="372ECCD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Como señaló Misty, pregunten:</w:t>
      </w:r>
    </w:p>
    <w:p w14:paraId="1975C12E"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"¿Qué te gustaría que ocurriera ahora?"</w:t>
      </w:r>
    </w:p>
    <w:p w14:paraId="5580D07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"¿Cómo se vería eso para ti?"</w:t>
      </w:r>
    </w:p>
    <w:p w14:paraId="49CA1509"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También quiero repetir algo que ella dijo:</w:t>
      </w:r>
    </w:p>
    <w:p w14:paraId="6895CFC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 xml:space="preserve">Estén presentes y céntrense junto </w:t>
      </w:r>
      <w:proofErr w:type="gramStart"/>
      <w:r w:rsidRPr="00664CE8">
        <w:rPr>
          <w:rFonts w:ascii="Times New Roman" w:eastAsia="Times New Roman" w:hAnsi="Times New Roman" w:cs="Times New Roman"/>
          <w:b/>
          <w:bCs/>
          <w:color w:val="auto"/>
          <w:sz w:val="24"/>
          <w:szCs w:val="24"/>
        </w:rPr>
        <w:t>con</w:t>
      </w:r>
      <w:proofErr w:type="gramEnd"/>
      <w:r w:rsidRPr="00664CE8">
        <w:rPr>
          <w:rFonts w:ascii="Times New Roman" w:eastAsia="Times New Roman" w:hAnsi="Times New Roman" w:cs="Times New Roman"/>
          <w:b/>
          <w:bCs/>
          <w:color w:val="auto"/>
          <w:sz w:val="24"/>
          <w:szCs w:val="24"/>
        </w:rPr>
        <w:t xml:space="preserve"> la persona.</w:t>
      </w:r>
    </w:p>
    <w:p w14:paraId="56504F5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Podemos decir:</w:t>
      </w:r>
    </w:p>
    <w:p w14:paraId="6200C53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"Voy a respirar contigo."</w:t>
      </w:r>
    </w:p>
    <w:p w14:paraId="529A146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"Vamos a atravesar esto juntos."</w:t>
      </w:r>
    </w:p>
    <w:p w14:paraId="7C0CF22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"Estoy aquí para ti."</w:t>
      </w:r>
    </w:p>
    <w:p w14:paraId="17B2BA5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También quiero destacar algo que muchas veces omitimos.</w:t>
      </w:r>
    </w:p>
    <w:p w14:paraId="3EA3F60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No solemos llegar hasta este punto.</w:t>
      </w:r>
    </w:p>
    <w:p w14:paraId="33220A2A"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Quiero celebrar que hayamos llegado hasta aquí porque, como compartió Misty, estamos diciendo:</w:t>
      </w:r>
    </w:p>
    <w:p w14:paraId="3BECB9C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lastRenderedPageBreak/>
        <w:t>Permítanse sentirse estirados. Sientan la incomodidad. Pero siéntanla juntos, conectados.</w:t>
      </w:r>
    </w:p>
    <w:p w14:paraId="039F32C7"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36FBA044">
          <v:rect id="_x0000_i1069" style="width:0;height:1.5pt" o:hralign="center" o:hrstd="t" o:hr="t" fillcolor="#a0a0a0" stroked="f"/>
        </w:pict>
      </w:r>
    </w:p>
    <w:p w14:paraId="0D6BB3F8"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MISTY DION:</w:t>
      </w:r>
    </w:p>
    <w:p w14:paraId="77E3E2FE"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Si puedo intervenir rápidamente sobre esa última parte.</w:t>
      </w:r>
    </w:p>
    <w:p w14:paraId="7C88296C"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Una de las cosas más importantes que encuentro, incluso dentro de mí misma cuando estoy en situaciones como esta y comienzo a sentir nervios porque quizá nunca haya estado en una situación determinada, es recordar que la otra persona también puede sentirlo.</w:t>
      </w:r>
    </w:p>
    <w:p w14:paraId="0EAA1DE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Por eso debo asegurarme de permanecer tranquila dentro de esa conexión con ella.</w:t>
      </w:r>
    </w:p>
    <w:p w14:paraId="2F490E2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Y después detenerme.</w:t>
      </w:r>
    </w:p>
    <w:p w14:paraId="20B046E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No tenemos que tener las respuestas.</w:t>
      </w:r>
    </w:p>
    <w:p w14:paraId="259D053B"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No tenemos que decidir inmediatamente cuál es el siguiente paso.</w:t>
      </w:r>
    </w:p>
    <w:p w14:paraId="13DE5ED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Podemos hacerlo juntos.</w:t>
      </w:r>
    </w:p>
    <w:p w14:paraId="54E8E64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Podemos permanecer dentro de ese momento.</w:t>
      </w:r>
    </w:p>
    <w:p w14:paraId="05D6DD8E"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Me gusta la manera en que estructuraste esto dentro del currículo.</w:t>
      </w:r>
    </w:p>
    <w:p w14:paraId="1EFE471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Y probablemente me estoy adelantando y debería callarme, pero me gusta la manera en que nos guías para mostrar cómo hacemos esto también con el personal y con nuestros equipos para prevenir aquello que las personas llaman una "crisis".</w:t>
      </w:r>
    </w:p>
    <w:p w14:paraId="1BF8E650"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6E40327B">
          <v:rect id="_x0000_i1070" style="width:0;height:1.5pt" o:hralign="center" o:hrstd="t" o:hr="t" fillcolor="#a0a0a0" stroked="f"/>
        </w:pict>
      </w:r>
    </w:p>
    <w:p w14:paraId="36A85910" w14:textId="77777777" w:rsidR="00664CE8" w:rsidRPr="00664CE8" w:rsidRDefault="00664CE8" w:rsidP="00664CE8">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664CE8">
        <w:rPr>
          <w:rFonts w:ascii="Times New Roman" w:eastAsia="Times New Roman" w:hAnsi="Times New Roman" w:cs="Times New Roman"/>
          <w:b/>
          <w:bCs/>
          <w:color w:val="auto"/>
          <w:sz w:val="27"/>
          <w:szCs w:val="27"/>
        </w:rPr>
        <w:t>KRISTINA KAPP (KK):</w:t>
      </w:r>
    </w:p>
    <w:p w14:paraId="736D980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Lo agradezco muchísimo.</w:t>
      </w:r>
    </w:p>
    <w:p w14:paraId="4E6DF68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Quiero darles rápidamente un ejemplo.</w:t>
      </w:r>
    </w:p>
    <w:p w14:paraId="6B972C2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En ocasiones Misty y yo hemos estado en experiencias realmente intensas, incluso hablando desde un podio, donde estaban ocurriendo muchas cosas y no todas las personas estaban siendo particularmente amables.</w:t>
      </w:r>
    </w:p>
    <w:p w14:paraId="218593DC"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Misty se inclinó suavemente hacia mí y puso su mano sobre la mía porque sabía que yo estaba intensificándome y que estaba a punto de gritar o llorar porque lo que estaba ocurriendo era muy doloroso.</w:t>
      </w:r>
    </w:p>
    <w:p w14:paraId="1C8621A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Ella dijo:</w:t>
      </w:r>
    </w:p>
    <w:p w14:paraId="60C70A5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"Estoy contigo. Vi lo que ocurrió y voy a permanecer contigo."</w:t>
      </w:r>
    </w:p>
    <w:p w14:paraId="4EE4AEA8"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lastRenderedPageBreak/>
        <w:t>Fue simplemente ese momento de reafirmación.</w:t>
      </w:r>
    </w:p>
    <w:p w14:paraId="360D30F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Literalmente fue solo una mano sobre otra mano y:</w:t>
      </w:r>
    </w:p>
    <w:p w14:paraId="331BFD3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"Estoy aquí contigo."</w:t>
      </w:r>
    </w:p>
    <w:p w14:paraId="53CF3659"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Ese fue nuestro punto de conexión.</w:t>
      </w:r>
    </w:p>
    <w:p w14:paraId="4F64D3B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Esto es realmente importante.</w:t>
      </w:r>
    </w:p>
    <w:p w14:paraId="6A1AF61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A veces </w:t>
      </w:r>
      <w:r w:rsidRPr="00664CE8">
        <w:rPr>
          <w:rFonts w:ascii="Times New Roman" w:eastAsia="Times New Roman" w:hAnsi="Times New Roman" w:cs="Times New Roman"/>
          <w:b/>
          <w:bCs/>
          <w:color w:val="auto"/>
          <w:sz w:val="24"/>
          <w:szCs w:val="24"/>
        </w:rPr>
        <w:t>las cosas más pequeñas son las más poderosas</w:t>
      </w:r>
      <w:r w:rsidRPr="00664CE8">
        <w:rPr>
          <w:rFonts w:ascii="Times New Roman" w:eastAsia="Times New Roman" w:hAnsi="Times New Roman" w:cs="Times New Roman"/>
          <w:color w:val="auto"/>
          <w:sz w:val="24"/>
          <w:szCs w:val="24"/>
        </w:rPr>
        <w:t>.</w:t>
      </w:r>
    </w:p>
    <w:p w14:paraId="275F8555"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Sé que estoy un poco atrasada, pero espero que podamos proporcionarles ejemplos verdaderamente prácticos y aplicables. </w:t>
      </w:r>
    </w:p>
    <w:p w14:paraId="168AD178" w14:textId="77777777" w:rsidR="00664CE8" w:rsidRPr="00664CE8" w:rsidRDefault="00664CE8" w:rsidP="00664CE8">
      <w:pPr>
        <w:spacing w:after="0"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pict w14:anchorId="2FDD9A76">
          <v:rect id="_x0000_i1071" style="width:0;height:1.5pt" o:hralign="center" o:hrstd="t" o:hr="t" fillcolor="#a0a0a0" stroked="f"/>
        </w:pict>
      </w:r>
    </w:p>
    <w:p w14:paraId="669295EC" w14:textId="77777777" w:rsidR="00664CE8" w:rsidRPr="00664CE8" w:rsidRDefault="00664CE8" w:rsidP="00664CE8">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664CE8">
        <w:rPr>
          <w:rFonts w:ascii="Times New Roman" w:eastAsia="Times New Roman" w:hAnsi="Times New Roman" w:cs="Times New Roman"/>
          <w:b/>
          <w:bCs/>
          <w:color w:val="auto"/>
          <w:kern w:val="36"/>
          <w:sz w:val="48"/>
          <w:szCs w:val="48"/>
        </w:rPr>
        <w:t>Capital de bienestar</w:t>
      </w:r>
    </w:p>
    <w:p w14:paraId="208E7AD1"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Fase 5: Capital de bienestar.</w:t>
      </w:r>
    </w:p>
    <w:p w14:paraId="150A75FA"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Una recomendación útil es utilizar la expresión </w:t>
      </w:r>
      <w:r w:rsidRPr="00664CE8">
        <w:rPr>
          <w:rFonts w:ascii="Times New Roman" w:eastAsia="Times New Roman" w:hAnsi="Times New Roman" w:cs="Times New Roman"/>
          <w:b/>
          <w:bCs/>
          <w:color w:val="auto"/>
          <w:sz w:val="24"/>
          <w:szCs w:val="24"/>
        </w:rPr>
        <w:t>capital de bienestar</w:t>
      </w:r>
      <w:r w:rsidRPr="00664CE8">
        <w:rPr>
          <w:rFonts w:ascii="Times New Roman" w:eastAsia="Times New Roman" w:hAnsi="Times New Roman" w:cs="Times New Roman"/>
          <w:color w:val="auto"/>
          <w:sz w:val="24"/>
          <w:szCs w:val="24"/>
        </w:rPr>
        <w:t xml:space="preserve"> en lugar de </w:t>
      </w:r>
      <w:r w:rsidRPr="00664CE8">
        <w:rPr>
          <w:rFonts w:ascii="Times New Roman" w:eastAsia="Times New Roman" w:hAnsi="Times New Roman" w:cs="Times New Roman"/>
          <w:b/>
          <w:bCs/>
          <w:color w:val="auto"/>
          <w:sz w:val="24"/>
          <w:szCs w:val="24"/>
        </w:rPr>
        <w:t>poscrisis</w:t>
      </w:r>
      <w:r w:rsidRPr="00664CE8">
        <w:rPr>
          <w:rFonts w:ascii="Times New Roman" w:eastAsia="Times New Roman" w:hAnsi="Times New Roman" w:cs="Times New Roman"/>
          <w:color w:val="auto"/>
          <w:sz w:val="24"/>
          <w:szCs w:val="24"/>
        </w:rPr>
        <w:t>.</w:t>
      </w:r>
    </w:p>
    <w:p w14:paraId="4D5CA75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Con frecuencia utilizamos "poscrisis", pero este concepto es realmente importante porque cambiará y evolucionará con el tiempo.</w:t>
      </w:r>
    </w:p>
    <w:p w14:paraId="768BFB2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A medida que continúa disminuyendo la intensidad, podemos crear más espacio para:</w:t>
      </w:r>
    </w:p>
    <w:p w14:paraId="732E3B56" w14:textId="77777777" w:rsidR="00664CE8" w:rsidRPr="00664CE8" w:rsidRDefault="00664CE8">
      <w:pPr>
        <w:numPr>
          <w:ilvl w:val="0"/>
          <w:numId w:val="31"/>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La reconexión. </w:t>
      </w:r>
    </w:p>
    <w:p w14:paraId="4FA75956" w14:textId="77777777" w:rsidR="00664CE8" w:rsidRPr="00664CE8" w:rsidRDefault="00664CE8">
      <w:pPr>
        <w:numPr>
          <w:ilvl w:val="0"/>
          <w:numId w:val="31"/>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La reflexión. </w:t>
      </w:r>
    </w:p>
    <w:p w14:paraId="621B2543"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Podemos decidir si debe ocurrir algo después.</w:t>
      </w:r>
    </w:p>
    <w:p w14:paraId="46716031"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También podemos preguntar:</w:t>
      </w:r>
    </w:p>
    <w:p w14:paraId="0684246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 xml:space="preserve">"Si esto volviera </w:t>
      </w:r>
      <w:proofErr w:type="gramStart"/>
      <w:r w:rsidRPr="00664CE8">
        <w:rPr>
          <w:rFonts w:ascii="Times New Roman" w:eastAsia="Times New Roman" w:hAnsi="Times New Roman" w:cs="Times New Roman"/>
          <w:b/>
          <w:bCs/>
          <w:color w:val="auto"/>
          <w:sz w:val="24"/>
          <w:szCs w:val="24"/>
        </w:rPr>
        <w:t>a</w:t>
      </w:r>
      <w:proofErr w:type="gramEnd"/>
      <w:r w:rsidRPr="00664CE8">
        <w:rPr>
          <w:rFonts w:ascii="Times New Roman" w:eastAsia="Times New Roman" w:hAnsi="Times New Roman" w:cs="Times New Roman"/>
          <w:b/>
          <w:bCs/>
          <w:color w:val="auto"/>
          <w:sz w:val="24"/>
          <w:szCs w:val="24"/>
        </w:rPr>
        <w:t xml:space="preserve"> ocurrir, ¿cómo podría apoyarte mejor en ese momento?"</w:t>
      </w:r>
    </w:p>
    <w:p w14:paraId="167431EC"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¿Necesitas más espacio?</w:t>
      </w:r>
    </w:p>
    <w:p w14:paraId="02ABE34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¿Qué necesitas?</w:t>
      </w:r>
    </w:p>
    <w:p w14:paraId="173C067F"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¿Quieres que me aleje un poco?</w:t>
      </w:r>
    </w:p>
    <w:p w14:paraId="74D203D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¿Quieres que permanezca contigo?</w:t>
      </w:r>
    </w:p>
    <w:p w14:paraId="37EA277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De esta manera realmente estamos honrando a la persona.</w:t>
      </w:r>
    </w:p>
    <w:p w14:paraId="2CF8204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A medida que disminuye la intensidad física, también disminuye la tensión corporal.</w:t>
      </w:r>
    </w:p>
    <w:p w14:paraId="45F9F6F0"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lastRenderedPageBreak/>
        <w:t>Comenzamos a reconectarnos.</w:t>
      </w:r>
    </w:p>
    <w:p w14:paraId="21833E2A"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Aquí es donde podemos realizar juntos uno de esos ejercicios para centrarnos, como la respiración profunda.</w:t>
      </w:r>
    </w:p>
    <w:p w14:paraId="42F4971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Mantengan un tono tranquilo.</w:t>
      </w:r>
    </w:p>
    <w:p w14:paraId="3C553249"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No aumenten su propia intensidad junto con la intensidad de la otra persona.</w:t>
      </w:r>
    </w:p>
    <w:p w14:paraId="2B76E7B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Permítanle sentir ese sentimiento y experimentar esa emoción mientras ustedes permanecen tranquilos.</w:t>
      </w:r>
    </w:p>
    <w:p w14:paraId="0BA374F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b/>
          <w:bCs/>
          <w:color w:val="auto"/>
          <w:sz w:val="24"/>
          <w:szCs w:val="24"/>
        </w:rPr>
        <w:t>Sean el termostato que mantiene estable el ambiente mientras la persona vuelve a centrarse.</w:t>
      </w:r>
    </w:p>
    <w:p w14:paraId="18CA6D97"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Después podemos intentar reparar la relación.</w:t>
      </w:r>
    </w:p>
    <w:p w14:paraId="28DAEF2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Eso significa que </w:t>
      </w:r>
      <w:r w:rsidRPr="00664CE8">
        <w:rPr>
          <w:rFonts w:ascii="Times New Roman" w:eastAsia="Times New Roman" w:hAnsi="Times New Roman" w:cs="Times New Roman"/>
          <w:b/>
          <w:bCs/>
          <w:color w:val="auto"/>
          <w:sz w:val="24"/>
          <w:szCs w:val="24"/>
        </w:rPr>
        <w:t>no traicionamos la confianza</w:t>
      </w:r>
      <w:r w:rsidRPr="00664CE8">
        <w:rPr>
          <w:rFonts w:ascii="Times New Roman" w:eastAsia="Times New Roman" w:hAnsi="Times New Roman" w:cs="Times New Roman"/>
          <w:color w:val="auto"/>
          <w:sz w:val="24"/>
          <w:szCs w:val="24"/>
        </w:rPr>
        <w:t>.</w:t>
      </w:r>
    </w:p>
    <w:p w14:paraId="7214A472"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Y esa es una parte muy importante de lo que ocurre durante este proceso.</w:t>
      </w:r>
    </w:p>
    <w:p w14:paraId="1CF592FE"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Más adelante hablaremos un poco más de ello.</w:t>
      </w:r>
    </w:p>
    <w:p w14:paraId="1414CB3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También pueden trabajar juntos para identificar qué podría resultar útil la próxima vez.</w:t>
      </w:r>
    </w:p>
    <w:p w14:paraId="7CC454D1"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Quizá puedan utilizar estrategias proactivas de defensa </w:t>
      </w:r>
      <w:proofErr w:type="gramStart"/>
      <w:r w:rsidRPr="00664CE8">
        <w:rPr>
          <w:rFonts w:ascii="Times New Roman" w:eastAsia="Times New Roman" w:hAnsi="Times New Roman" w:cs="Times New Roman"/>
          <w:color w:val="auto"/>
          <w:sz w:val="24"/>
          <w:szCs w:val="24"/>
        </w:rPr>
        <w:t>de derechos</w:t>
      </w:r>
      <w:proofErr w:type="gramEnd"/>
      <w:r w:rsidRPr="00664CE8">
        <w:rPr>
          <w:rFonts w:ascii="Times New Roman" w:eastAsia="Times New Roman" w:hAnsi="Times New Roman" w:cs="Times New Roman"/>
          <w:color w:val="auto"/>
          <w:sz w:val="24"/>
          <w:szCs w:val="24"/>
        </w:rPr>
        <w:t>, como:</w:t>
      </w:r>
    </w:p>
    <w:p w14:paraId="12F6C858" w14:textId="77777777" w:rsidR="00664CE8" w:rsidRPr="00664CE8" w:rsidRDefault="00664CE8">
      <w:pPr>
        <w:numPr>
          <w:ilvl w:val="0"/>
          <w:numId w:val="32"/>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Una directiva anticipada. </w:t>
      </w:r>
    </w:p>
    <w:p w14:paraId="20709989" w14:textId="77777777" w:rsidR="00664CE8" w:rsidRPr="00664CE8" w:rsidRDefault="00664CE8">
      <w:pPr>
        <w:numPr>
          <w:ilvl w:val="0"/>
          <w:numId w:val="32"/>
        </w:num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 xml:space="preserve">Un plan personal de bienestar. </w:t>
      </w:r>
    </w:p>
    <w:p w14:paraId="1ABECDC6"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Muchas veces las personas nunca han sentido que tenían el derecho o un espacio seguro para sentir sus sentimientos y compartir cómo se ven y cómo se sienten esas emociones intensas.</w:t>
      </w:r>
    </w:p>
    <w:p w14:paraId="24E8F6D4" w14:textId="77777777" w:rsidR="00664CE8" w:rsidRPr="00664CE8" w:rsidRDefault="00664CE8" w:rsidP="00664CE8">
      <w:pPr>
        <w:spacing w:before="100" w:beforeAutospacing="1" w:after="100" w:afterAutospacing="1" w:line="240" w:lineRule="auto"/>
        <w:rPr>
          <w:rFonts w:ascii="Times New Roman" w:eastAsia="Times New Roman" w:hAnsi="Times New Roman" w:cs="Times New Roman"/>
          <w:color w:val="auto"/>
          <w:sz w:val="24"/>
          <w:szCs w:val="24"/>
        </w:rPr>
      </w:pPr>
      <w:r w:rsidRPr="00664CE8">
        <w:rPr>
          <w:rFonts w:ascii="Times New Roman" w:eastAsia="Times New Roman" w:hAnsi="Times New Roman" w:cs="Times New Roman"/>
          <w:color w:val="auto"/>
          <w:sz w:val="24"/>
          <w:szCs w:val="24"/>
        </w:rPr>
        <w:t>Poder hacerlo puede generar una sensación de alivio, no únicamente porque la intensidad haya disminuido.</w:t>
      </w:r>
    </w:p>
    <w:p w14:paraId="49CD4CAE" w14:textId="77777777" w:rsidR="00387806" w:rsidRPr="00387806" w:rsidRDefault="00387806" w:rsidP="0038780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387806">
        <w:rPr>
          <w:rFonts w:ascii="Times New Roman" w:eastAsia="Times New Roman" w:hAnsi="Times New Roman" w:cs="Times New Roman"/>
          <w:b/>
          <w:bCs/>
          <w:color w:val="auto"/>
          <w:kern w:val="36"/>
          <w:sz w:val="48"/>
          <w:szCs w:val="48"/>
        </w:rPr>
        <w:t>Conexión y cambio de mentalidad</w:t>
      </w:r>
    </w:p>
    <w:p w14:paraId="64037A5D"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BETHANY BALDWIN:</w:t>
      </w:r>
    </w:p>
    <w:p w14:paraId="747A22B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Solo voy </w:t>
      </w:r>
      <w:proofErr w:type="gramStart"/>
      <w:r w:rsidRPr="00387806">
        <w:rPr>
          <w:rFonts w:ascii="Times New Roman" w:eastAsia="Times New Roman" w:hAnsi="Times New Roman" w:cs="Times New Roman"/>
          <w:color w:val="auto"/>
          <w:sz w:val="24"/>
          <w:szCs w:val="24"/>
        </w:rPr>
        <w:t>a</w:t>
      </w:r>
      <w:proofErr w:type="gramEnd"/>
      <w:r w:rsidRPr="00387806">
        <w:rPr>
          <w:rFonts w:ascii="Times New Roman" w:eastAsia="Times New Roman" w:hAnsi="Times New Roman" w:cs="Times New Roman"/>
          <w:color w:val="auto"/>
          <w:sz w:val="24"/>
          <w:szCs w:val="24"/>
        </w:rPr>
        <w:t xml:space="preserve"> intervenir para decir que continuemos e intentemos avanzar hasta el final de la presentación.</w:t>
      </w:r>
    </w:p>
    <w:p w14:paraId="0C93AE8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Sin embargo, tenemos mucha curiosidad por conocer las opiniones de la audiencia sobre algunas de las cosas que han escuchado y sobre sus experiencias anteriores.</w:t>
      </w:r>
    </w:p>
    <w:p w14:paraId="189AA93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 xml:space="preserve">¿Qué cosa les ayuda </w:t>
      </w:r>
      <w:proofErr w:type="gramStart"/>
      <w:r w:rsidRPr="00387806">
        <w:rPr>
          <w:rFonts w:ascii="Times New Roman" w:eastAsia="Times New Roman" w:hAnsi="Times New Roman" w:cs="Times New Roman"/>
          <w:b/>
          <w:bCs/>
          <w:color w:val="auto"/>
          <w:sz w:val="24"/>
          <w:szCs w:val="24"/>
        </w:rPr>
        <w:t>a</w:t>
      </w:r>
      <w:proofErr w:type="gramEnd"/>
      <w:r w:rsidRPr="00387806">
        <w:rPr>
          <w:rFonts w:ascii="Times New Roman" w:eastAsia="Times New Roman" w:hAnsi="Times New Roman" w:cs="Times New Roman"/>
          <w:b/>
          <w:bCs/>
          <w:color w:val="auto"/>
          <w:sz w:val="24"/>
          <w:szCs w:val="24"/>
        </w:rPr>
        <w:t xml:space="preserve"> evitar que una interacción se vuelva más acalorada?</w:t>
      </w:r>
    </w:p>
    <w:p w14:paraId="005968D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Tengo mucha curiosidad por saber qué hacen las personas cuando navegan este tipo de situaciones.</w:t>
      </w:r>
    </w:p>
    <w:p w14:paraId="0118924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Y, como pregunta de seguimiento, si tienen tiempo para compartir un poco más:</w:t>
      </w:r>
    </w:p>
    <w:p w14:paraId="26B02C7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Cuando sienten que la temperatura de una conversación está cambiando, ¿qué les ayuda a liberar esa tensión en lugar de reaccionar?</w:t>
      </w:r>
    </w:p>
    <w:p w14:paraId="4FA5EF4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Vamos a colocar esas preguntas en el chat y continuaremos avanzando.</w:t>
      </w:r>
    </w:p>
    <w:p w14:paraId="2BD9A8D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Todavía nos quedan unas 14 diapositivas, pero son diapositivas increíblemente importantes porque reflejan la dinámica de una situación a medida que, entre comillas, "se intensifica" o aumenta la intensidad.</w:t>
      </w:r>
    </w:p>
    <w:p w14:paraId="582E704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Así que agradezco a Misty y a KK que se hayan tomado el tiempo para explicar estas fases.</w:t>
      </w:r>
    </w:p>
    <w:p w14:paraId="08974F6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Podemos continuar la conversación.</w:t>
      </w:r>
    </w:p>
    <w:p w14:paraId="2FCD1D6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Sigamos adelante y pasemos a la siguiente diapositiva.</w:t>
      </w:r>
    </w:p>
    <w:p w14:paraId="6AEE824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Gracias, Misty y KK.</w:t>
      </w:r>
    </w:p>
    <w:p w14:paraId="5B082FDC"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3F5D8070">
          <v:rect id="_x0000_i1083" style="width:0;height:1.5pt" o:hralign="center" o:hrstd="t" o:hr="t" fillcolor="#a0a0a0" stroked="f"/>
        </w:pict>
      </w:r>
    </w:p>
    <w:p w14:paraId="6420FDEF"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KRISTINA KAPP (KK):</w:t>
      </w:r>
    </w:p>
    <w:p w14:paraId="60BAB30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Muchísimas gracias.</w:t>
      </w:r>
    </w:p>
    <w:p w14:paraId="75741C3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Si quieren, respondan a la pregunta en el chat.</w:t>
      </w:r>
    </w:p>
    <w:p w14:paraId="026C4F8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 una pregunta importante.</w:t>
      </w:r>
    </w:p>
    <w:p w14:paraId="103432E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Espero que uno de los principales aprendizajes sea comprender que esto es muy real y que realmente importa.</w:t>
      </w:r>
    </w:p>
    <w:p w14:paraId="3D90C21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Nosotras vivimos esto.</w:t>
      </w:r>
    </w:p>
    <w:p w14:paraId="75731A3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Hay momentos en los que puedo llamar a Misty.</w:t>
      </w:r>
    </w:p>
    <w:p w14:paraId="5BC08CD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Quiero compartir esto rápidamente porque realmente hacemos estas cosas en nuestra vida cotidiana.</w:t>
      </w:r>
    </w:p>
    <w:p w14:paraId="04E8C3A5"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Hay momentos en los que le digo:</w:t>
      </w:r>
    </w:p>
    <w:p w14:paraId="70A63DB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"Oye, estoy aquí y necesito desahogarme."</w:t>
      </w:r>
    </w:p>
    <w:p w14:paraId="349BBA0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Creo que todos necesitamos eso.</w:t>
      </w:r>
    </w:p>
    <w:p w14:paraId="553D73B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también ocurre al revés.</w:t>
      </w:r>
    </w:p>
    <w:p w14:paraId="318C278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Pero el punto es que tenemos esa conexión y realmente sabemos cuándo la otra persona necesita ese espacio, si eso tiene sentido.</w:t>
      </w:r>
    </w:p>
    <w:p w14:paraId="68D4C11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Es ese espacio seguro que realmente permite que ocurra.</w:t>
      </w:r>
    </w:p>
    <w:p w14:paraId="4500ED9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Cuando estoy alterada por algo, estoy molesta o estoy sufriendo, ella permanece tranquila y valida lo que estoy sintiendo, de la misma manera que yo lo hago por ella.</w:t>
      </w:r>
    </w:p>
    <w:p w14:paraId="4FA7B05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Existe un enorme valor en esto.</w:t>
      </w:r>
    </w:p>
    <w:p w14:paraId="6F23F3E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Quiero que sepan que </w:t>
      </w:r>
      <w:r w:rsidRPr="00387806">
        <w:rPr>
          <w:rFonts w:ascii="Times New Roman" w:eastAsia="Times New Roman" w:hAnsi="Times New Roman" w:cs="Times New Roman"/>
          <w:b/>
          <w:bCs/>
          <w:color w:val="auto"/>
          <w:sz w:val="24"/>
          <w:szCs w:val="24"/>
        </w:rPr>
        <w:t>realmente estamos viviendo aquello que estamos compartiendo</w:t>
      </w:r>
      <w:r w:rsidRPr="00387806">
        <w:rPr>
          <w:rFonts w:ascii="Times New Roman" w:eastAsia="Times New Roman" w:hAnsi="Times New Roman" w:cs="Times New Roman"/>
          <w:color w:val="auto"/>
          <w:sz w:val="24"/>
          <w:szCs w:val="24"/>
        </w:rPr>
        <w:t>.</w:t>
      </w:r>
    </w:p>
    <w:p w14:paraId="5151EFD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Este es un modelo real y vivo que desarrollé desde mi corazón y desde mi propia vida, sabiendo lo que yo no recibí y queriendo extenderlo a nuestra comunidad.</w:t>
      </w:r>
    </w:p>
    <w:p w14:paraId="4F6BDB9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Porque </w:t>
      </w:r>
      <w:r w:rsidRPr="00387806">
        <w:rPr>
          <w:rFonts w:ascii="Times New Roman" w:eastAsia="Times New Roman" w:hAnsi="Times New Roman" w:cs="Times New Roman"/>
          <w:b/>
          <w:bCs/>
          <w:color w:val="auto"/>
          <w:sz w:val="24"/>
          <w:szCs w:val="24"/>
        </w:rPr>
        <w:t>nosotros somos quienes sabemos lo que necesitamos</w:t>
      </w:r>
      <w:r w:rsidRPr="00387806">
        <w:rPr>
          <w:rFonts w:ascii="Times New Roman" w:eastAsia="Times New Roman" w:hAnsi="Times New Roman" w:cs="Times New Roman"/>
          <w:color w:val="auto"/>
          <w:sz w:val="24"/>
          <w:szCs w:val="24"/>
        </w:rPr>
        <w:t>.</w:t>
      </w:r>
    </w:p>
    <w:p w14:paraId="77D4BFD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Creo que </w:t>
      </w:r>
      <w:proofErr w:type="gramStart"/>
      <w:r w:rsidRPr="00387806">
        <w:rPr>
          <w:rFonts w:ascii="Times New Roman" w:eastAsia="Times New Roman" w:hAnsi="Times New Roman" w:cs="Times New Roman"/>
          <w:color w:val="auto"/>
          <w:sz w:val="24"/>
          <w:szCs w:val="24"/>
        </w:rPr>
        <w:t>a veces</w:t>
      </w:r>
      <w:proofErr w:type="gramEnd"/>
      <w:r w:rsidRPr="00387806">
        <w:rPr>
          <w:rFonts w:ascii="Times New Roman" w:eastAsia="Times New Roman" w:hAnsi="Times New Roman" w:cs="Times New Roman"/>
          <w:color w:val="auto"/>
          <w:sz w:val="24"/>
          <w:szCs w:val="24"/>
        </w:rPr>
        <w:t xml:space="preserve"> olvidamos eso.</w:t>
      </w:r>
    </w:p>
    <w:p w14:paraId="37D0A8F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Volvemos a aceptar lo que se nos dice en lugar de que nos pregunten qué queremos dentro de ese espacio.</w:t>
      </w:r>
    </w:p>
    <w:p w14:paraId="5AEE1FE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Solo quería agregar eso. </w:t>
      </w:r>
    </w:p>
    <w:p w14:paraId="7C4AF8DF"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011514BE">
          <v:rect id="_x0000_i1084" style="width:0;height:1.5pt" o:hralign="center" o:hrstd="t" o:hr="t" fillcolor="#a0a0a0" stroked="f"/>
        </w:pict>
      </w:r>
    </w:p>
    <w:p w14:paraId="633A6AEF" w14:textId="77777777" w:rsidR="00387806" w:rsidRPr="00387806" w:rsidRDefault="00387806" w:rsidP="0038780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387806">
        <w:rPr>
          <w:rFonts w:ascii="Times New Roman" w:eastAsia="Times New Roman" w:hAnsi="Times New Roman" w:cs="Times New Roman"/>
          <w:b/>
          <w:bCs/>
          <w:color w:val="auto"/>
          <w:kern w:val="36"/>
          <w:sz w:val="48"/>
          <w:szCs w:val="48"/>
        </w:rPr>
        <w:t>Conectar sin igualar la intensidad</w:t>
      </w:r>
    </w:p>
    <w:p w14:paraId="532550A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Como dije anteriormente, no igualen la intensidad.</w:t>
      </w:r>
    </w:p>
    <w:p w14:paraId="5993095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Mantengan un tono estable, pero permanezcan involucrados.</w:t>
      </w:r>
    </w:p>
    <w:p w14:paraId="78DAABD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Acérquense a la incomodidad, como dijo Misty.</w:t>
      </w:r>
    </w:p>
    <w:p w14:paraId="78004C3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Hacerle saber a la persona que les importa tanto que están dispuestos a permanecer allí durante ese momento...</w:t>
      </w:r>
    </w:p>
    <w:p w14:paraId="3E79FC9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Casi me emociona porque es algo muy hermoso.</w:t>
      </w:r>
    </w:p>
    <w:p w14:paraId="68DC998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Creo que muchas veces minimizamos esas emociones y queremos silenciarlas.</w:t>
      </w:r>
    </w:p>
    <w:p w14:paraId="71FBAED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Pero esto forma parte del recorrido humano.</w:t>
      </w:r>
    </w:p>
    <w:p w14:paraId="5F6FF25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Creo que lo olvidamos.</w:t>
      </w:r>
    </w:p>
    <w:p w14:paraId="64B07A9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Conectarse realmente con una persona mientras siente sus sentimientos y atraviesa todas esas emociones es poderoso.</w:t>
      </w:r>
    </w:p>
    <w:p w14:paraId="615B2F1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Está trabajando con esas emociones en lugar de reprimirlas.</w:t>
      </w:r>
    </w:p>
    <w:p w14:paraId="022B8A5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Con demasiada frecuencia ocurren explosiones porque las personas han sido obligadas a reprimir sus emociones o porque nunca han tenido un espacio seguro para compartir esas experiencias.</w:t>
      </w:r>
    </w:p>
    <w:p w14:paraId="5B65CE9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La conexión también ayuda a calmar el sistema nervioso, como ya mencionamos.</w:t>
      </w:r>
    </w:p>
    <w:p w14:paraId="6BB270A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Además, ayuda </w:t>
      </w:r>
      <w:proofErr w:type="gramStart"/>
      <w:r w:rsidRPr="00387806">
        <w:rPr>
          <w:rFonts w:ascii="Times New Roman" w:eastAsia="Times New Roman" w:hAnsi="Times New Roman" w:cs="Times New Roman"/>
          <w:color w:val="auto"/>
          <w:sz w:val="24"/>
          <w:szCs w:val="24"/>
        </w:rPr>
        <w:t>a</w:t>
      </w:r>
      <w:proofErr w:type="gramEnd"/>
      <w:r w:rsidRPr="00387806">
        <w:rPr>
          <w:rFonts w:ascii="Times New Roman" w:eastAsia="Times New Roman" w:hAnsi="Times New Roman" w:cs="Times New Roman"/>
          <w:color w:val="auto"/>
          <w:sz w:val="24"/>
          <w:szCs w:val="24"/>
        </w:rPr>
        <w:t xml:space="preserve"> equilibrar las dinámicas de poder.</w:t>
      </w:r>
    </w:p>
    <w:p w14:paraId="3798E80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Ese equilibrio de poder es realmente importante.</w:t>
      </w:r>
    </w:p>
    <w:p w14:paraId="000A05E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No dominamos ni reprimimos.</w:t>
      </w:r>
    </w:p>
    <w:p w14:paraId="1B91FD1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Nos encontramos con cada persona donde está.</w:t>
      </w:r>
    </w:p>
    <w:p w14:paraId="4AA7F4D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Misty es mi par.</w:t>
      </w:r>
    </w:p>
    <w:p w14:paraId="286993A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Yo me encuentro con ella donde está y ella se encuentra conmigo donde estoy.</w:t>
      </w:r>
    </w:p>
    <w:p w14:paraId="755277E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algunos días nos encontramos mientras ambas estamos llorando.</w:t>
      </w:r>
    </w:p>
    <w:p w14:paraId="77CF045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eso también está bien.</w:t>
      </w:r>
    </w:p>
    <w:p w14:paraId="5BE6E15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Pero se trata realmente de vivir la vida en conexión.</w:t>
      </w:r>
    </w:p>
    <w:p w14:paraId="435E9434"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20C97E83">
          <v:rect id="_x0000_i1085" style="width:0;height:1.5pt" o:hralign="center" o:hrstd="t" o:hr="t" fillcolor="#a0a0a0" stroked="f"/>
        </w:pict>
      </w:r>
    </w:p>
    <w:p w14:paraId="1E685613" w14:textId="77777777" w:rsidR="00387806" w:rsidRPr="00387806" w:rsidRDefault="00387806" w:rsidP="00387806">
      <w:pPr>
        <w:spacing w:before="100" w:beforeAutospacing="1" w:after="100" w:afterAutospacing="1" w:line="240" w:lineRule="auto"/>
        <w:outlineLvl w:val="1"/>
        <w:rPr>
          <w:rFonts w:ascii="Times New Roman" w:eastAsia="Times New Roman" w:hAnsi="Times New Roman" w:cs="Times New Roman"/>
          <w:b/>
          <w:bCs/>
          <w:color w:val="auto"/>
          <w:sz w:val="36"/>
          <w:szCs w:val="36"/>
        </w:rPr>
      </w:pPr>
      <w:r w:rsidRPr="00387806">
        <w:rPr>
          <w:rFonts w:ascii="Times New Roman" w:eastAsia="Times New Roman" w:hAnsi="Times New Roman" w:cs="Times New Roman"/>
          <w:b/>
          <w:bCs/>
          <w:color w:val="auto"/>
          <w:sz w:val="36"/>
          <w:szCs w:val="36"/>
        </w:rPr>
        <w:t>La conexión también puede ser silenciosa</w:t>
      </w:r>
    </w:p>
    <w:p w14:paraId="23BADFC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Puede ocurrir que esté trabajando con alguien de nuestra comunidad y todo lo que necesitemos sea mirarnos desde el otro lado de la habitación y respirar profundamente.</w:t>
      </w:r>
    </w:p>
    <w:p w14:paraId="5328D7E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 una comunicación silenciosa.</w:t>
      </w:r>
    </w:p>
    <w:p w14:paraId="60F05CC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Pero la persona </w:t>
      </w:r>
      <w:proofErr w:type="gramStart"/>
      <w:r w:rsidRPr="00387806">
        <w:rPr>
          <w:rFonts w:ascii="Times New Roman" w:eastAsia="Times New Roman" w:hAnsi="Times New Roman" w:cs="Times New Roman"/>
          <w:color w:val="auto"/>
          <w:sz w:val="24"/>
          <w:szCs w:val="24"/>
        </w:rPr>
        <w:t>sabe</w:t>
      </w:r>
      <w:proofErr w:type="gramEnd"/>
      <w:r w:rsidRPr="00387806">
        <w:rPr>
          <w:rFonts w:ascii="Times New Roman" w:eastAsia="Times New Roman" w:hAnsi="Times New Roman" w:cs="Times New Roman"/>
          <w:color w:val="auto"/>
          <w:sz w:val="24"/>
          <w:szCs w:val="24"/>
        </w:rPr>
        <w:t xml:space="preserve"> que estoy allí con ella.</w:t>
      </w:r>
    </w:p>
    <w:p w14:paraId="0023917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Incluso podemos estar en medio de una reunión.</w:t>
      </w:r>
    </w:p>
    <w:p w14:paraId="6F912A6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Esa respiración comunica:</w:t>
      </w:r>
    </w:p>
    <w:p w14:paraId="2F154C0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"Estoy viendo lo que ocurre y estoy aquí contigo."</w:t>
      </w:r>
    </w:p>
    <w:p w14:paraId="5F13564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Incluso cuando hay otra conversación ocurriendo alrededor de nosotros.</w:t>
      </w:r>
    </w:p>
    <w:p w14:paraId="03E1CD8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Solo quiero destacar eso.</w:t>
      </w:r>
    </w:p>
    <w:p w14:paraId="0897089E"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6D0737FD">
          <v:rect id="_x0000_i1086" style="width:0;height:1.5pt" o:hralign="center" o:hrstd="t" o:hr="t" fillcolor="#a0a0a0" stroked="f"/>
        </w:pict>
      </w:r>
    </w:p>
    <w:p w14:paraId="253254F1" w14:textId="77777777" w:rsidR="00387806" w:rsidRPr="00387806" w:rsidRDefault="00387806" w:rsidP="0038780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387806">
        <w:rPr>
          <w:rFonts w:ascii="Times New Roman" w:eastAsia="Times New Roman" w:hAnsi="Times New Roman" w:cs="Times New Roman"/>
          <w:b/>
          <w:bCs/>
          <w:color w:val="auto"/>
          <w:kern w:val="36"/>
          <w:sz w:val="48"/>
          <w:szCs w:val="48"/>
        </w:rPr>
        <w:t>Cambiar nuestra mentalidad</w:t>
      </w:r>
    </w:p>
    <w:p w14:paraId="16F1563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Este es un tema muy importante.</w:t>
      </w:r>
    </w:p>
    <w:p w14:paraId="4385BD25"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No somos personas que arreglan, ayudan o administran.</w:t>
      </w:r>
    </w:p>
    <w:p w14:paraId="7CB6189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Ninguno de nosotros es un "caso" que necesita ser administrado.</w:t>
      </w:r>
    </w:p>
    <w:p w14:paraId="70DB5FF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Me sorprende que todavía utilicemos ese tipo de lenguaje.</w:t>
      </w:r>
    </w:p>
    <w:p w14:paraId="2AFE005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Estamos hablando de:</w:t>
      </w:r>
    </w:p>
    <w:p w14:paraId="6D5EFF10" w14:textId="77777777" w:rsidR="00387806" w:rsidRPr="00387806" w:rsidRDefault="00387806">
      <w:pPr>
        <w:numPr>
          <w:ilvl w:val="0"/>
          <w:numId w:val="33"/>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Conexión de ser humano a ser humano. </w:t>
      </w:r>
    </w:p>
    <w:p w14:paraId="706BE845" w14:textId="77777777" w:rsidR="00387806" w:rsidRPr="00387806" w:rsidRDefault="00387806">
      <w:pPr>
        <w:numPr>
          <w:ilvl w:val="0"/>
          <w:numId w:val="33"/>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Compasión de persona a persona. </w:t>
      </w:r>
    </w:p>
    <w:p w14:paraId="76BA88CA" w14:textId="77777777" w:rsidR="00387806" w:rsidRPr="00387806" w:rsidRDefault="00387806">
      <w:pPr>
        <w:numPr>
          <w:ilvl w:val="0"/>
          <w:numId w:val="33"/>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Apoyo auténtico entre pares. </w:t>
      </w:r>
    </w:p>
    <w:p w14:paraId="6D1E929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proofErr w:type="gramStart"/>
      <w:r w:rsidRPr="00387806">
        <w:rPr>
          <w:rFonts w:ascii="Times New Roman" w:eastAsia="Times New Roman" w:hAnsi="Times New Roman" w:cs="Times New Roman"/>
          <w:color w:val="auto"/>
          <w:sz w:val="24"/>
          <w:szCs w:val="24"/>
        </w:rPr>
        <w:t>Misty, ¿</w:t>
      </w:r>
      <w:proofErr w:type="gramEnd"/>
      <w:r w:rsidRPr="00387806">
        <w:rPr>
          <w:rFonts w:ascii="Times New Roman" w:eastAsia="Times New Roman" w:hAnsi="Times New Roman" w:cs="Times New Roman"/>
          <w:color w:val="auto"/>
          <w:sz w:val="24"/>
          <w:szCs w:val="24"/>
        </w:rPr>
        <w:t>quieres agregar algo?</w:t>
      </w:r>
    </w:p>
    <w:p w14:paraId="48EB53CC"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48FBC66E">
          <v:rect id="_x0000_i1087" style="width:0;height:1.5pt" o:hralign="center" o:hrstd="t" o:hr="t" fillcolor="#a0a0a0" stroked="f"/>
        </w:pict>
      </w:r>
    </w:p>
    <w:p w14:paraId="06FA8CF5"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MISTY DION:</w:t>
      </w:r>
    </w:p>
    <w:p w14:paraId="54FE504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No.</w:t>
      </w:r>
    </w:p>
    <w:p w14:paraId="3B5B3D6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Continúa.</w:t>
      </w:r>
    </w:p>
    <w:p w14:paraId="364FE22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Lo único que puedo decir, KK, es que la conexión humana que tenemos dentro de nuestra comunidad constituye la esencia de lo que protege a las personas de terminar en:</w:t>
      </w:r>
    </w:p>
    <w:p w14:paraId="31A2BE91" w14:textId="77777777" w:rsidR="00387806" w:rsidRPr="00387806" w:rsidRDefault="00387806">
      <w:pPr>
        <w:numPr>
          <w:ilvl w:val="0"/>
          <w:numId w:val="34"/>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Una institución. </w:t>
      </w:r>
    </w:p>
    <w:p w14:paraId="4B758B74" w14:textId="77777777" w:rsidR="00387806" w:rsidRPr="00387806" w:rsidRDefault="00387806">
      <w:pPr>
        <w:numPr>
          <w:ilvl w:val="0"/>
          <w:numId w:val="34"/>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Una tutela. </w:t>
      </w:r>
    </w:p>
    <w:p w14:paraId="7773C59E" w14:textId="77777777" w:rsidR="00387806" w:rsidRPr="00387806" w:rsidRDefault="00387806">
      <w:pPr>
        <w:numPr>
          <w:ilvl w:val="0"/>
          <w:numId w:val="34"/>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O situaciones similares. </w:t>
      </w:r>
    </w:p>
    <w:p w14:paraId="2F712E7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Porque saben que pueden levantar el teléfono y llamar.</w:t>
      </w:r>
    </w:p>
    <w:p w14:paraId="2411676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Eso es </w:t>
      </w:r>
      <w:r w:rsidRPr="00387806">
        <w:rPr>
          <w:rFonts w:ascii="Times New Roman" w:eastAsia="Times New Roman" w:hAnsi="Times New Roman" w:cs="Times New Roman"/>
          <w:b/>
          <w:bCs/>
          <w:color w:val="auto"/>
          <w:sz w:val="24"/>
          <w:szCs w:val="24"/>
        </w:rPr>
        <w:t>toma de decisiones con apoyo</w:t>
      </w:r>
      <w:r w:rsidRPr="00387806">
        <w:rPr>
          <w:rFonts w:ascii="Times New Roman" w:eastAsia="Times New Roman" w:hAnsi="Times New Roman" w:cs="Times New Roman"/>
          <w:color w:val="auto"/>
          <w:sz w:val="24"/>
          <w:szCs w:val="24"/>
        </w:rPr>
        <w:t>.</w:t>
      </w:r>
    </w:p>
    <w:p w14:paraId="4AB9774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funciona en ambas direcciones.</w:t>
      </w:r>
    </w:p>
    <w:p w14:paraId="4822690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 fundamental.</w:t>
      </w:r>
    </w:p>
    <w:p w14:paraId="6B23801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Sin esa conexión, no puede existir.</w:t>
      </w:r>
    </w:p>
    <w:p w14:paraId="4BF5D0B1"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7DF84033">
          <v:rect id="_x0000_i1088" style="width:0;height:1.5pt" o:hralign="center" o:hrstd="t" o:hr="t" fillcolor="#a0a0a0" stroked="f"/>
        </w:pict>
      </w:r>
    </w:p>
    <w:p w14:paraId="3053E427"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KRISTINA KAPP (KK):</w:t>
      </w:r>
    </w:p>
    <w:p w14:paraId="1D647B7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 ese espacio seguro.</w:t>
      </w:r>
    </w:p>
    <w:p w14:paraId="32E07EA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Eso es realmente importante.</w:t>
      </w:r>
    </w:p>
    <w:p w14:paraId="6966EBD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Creo que muchas veces no reconocemos el valor de aquello por lo que históricamente se luchó.</w:t>
      </w:r>
    </w:p>
    <w:p w14:paraId="2C733D0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Pensemos incluso en el propio movimiento.</w:t>
      </w:r>
    </w:p>
    <w:p w14:paraId="5BF9E54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Probablemente también parecía enojo, ¿verdad?</w:t>
      </w:r>
    </w:p>
    <w:p w14:paraId="1CDEA30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Pero era </w:t>
      </w:r>
      <w:r w:rsidRPr="00387806">
        <w:rPr>
          <w:rFonts w:ascii="Times New Roman" w:eastAsia="Times New Roman" w:hAnsi="Times New Roman" w:cs="Times New Roman"/>
          <w:b/>
          <w:bCs/>
          <w:color w:val="auto"/>
          <w:sz w:val="24"/>
          <w:szCs w:val="24"/>
        </w:rPr>
        <w:t>pasión por la justicia y por los derechos</w:t>
      </w:r>
      <w:r w:rsidRPr="00387806">
        <w:rPr>
          <w:rFonts w:ascii="Times New Roman" w:eastAsia="Times New Roman" w:hAnsi="Times New Roman" w:cs="Times New Roman"/>
          <w:color w:val="auto"/>
          <w:sz w:val="24"/>
          <w:szCs w:val="24"/>
        </w:rPr>
        <w:t>.</w:t>
      </w:r>
    </w:p>
    <w:p w14:paraId="2421E8A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esa pasión es precisamente la razón por la que estamos aquí ahora mismo.</w:t>
      </w:r>
    </w:p>
    <w:p w14:paraId="43E78B6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Creo que necesitamos pensar en eso.</w:t>
      </w:r>
    </w:p>
    <w:p w14:paraId="24DC2A3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Piensen en la conexión y colaboración comunitaria y en lo que hizo falta para llegar hasta el Capitolio.</w:t>
      </w:r>
    </w:p>
    <w:p w14:paraId="2D4B549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 veces necesitamos mirar hacia atrás para poder avanzar.</w:t>
      </w:r>
    </w:p>
    <w:p w14:paraId="3DFA21C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Gracias, Misty. </w:t>
      </w:r>
    </w:p>
    <w:p w14:paraId="3FEF2DE8"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37C3E75A">
          <v:rect id="_x0000_i1089" style="width:0;height:1.5pt" o:hralign="center" o:hrstd="t" o:hr="t" fillcolor="#a0a0a0" stroked="f"/>
        </w:pict>
      </w:r>
    </w:p>
    <w:p w14:paraId="55C0E9DB" w14:textId="77777777" w:rsidR="00387806" w:rsidRPr="00387806" w:rsidRDefault="00387806" w:rsidP="0038780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387806">
        <w:rPr>
          <w:rFonts w:ascii="Times New Roman" w:eastAsia="Times New Roman" w:hAnsi="Times New Roman" w:cs="Times New Roman"/>
          <w:b/>
          <w:bCs/>
          <w:color w:val="auto"/>
          <w:kern w:val="36"/>
          <w:sz w:val="48"/>
          <w:szCs w:val="48"/>
        </w:rPr>
        <w:t>Descentrarse y no controlar</w:t>
      </w:r>
    </w:p>
    <w:p w14:paraId="64D868D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Este es otro tema importante.</w:t>
      </w:r>
    </w:p>
    <w:p w14:paraId="5D3A409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Como personas que brindamos apoyo, muchas veces </w:t>
      </w:r>
      <w:r w:rsidRPr="00387806">
        <w:rPr>
          <w:rFonts w:ascii="Times New Roman" w:eastAsia="Times New Roman" w:hAnsi="Times New Roman" w:cs="Times New Roman"/>
          <w:b/>
          <w:bCs/>
          <w:color w:val="auto"/>
          <w:sz w:val="24"/>
          <w:szCs w:val="24"/>
        </w:rPr>
        <w:t>somos nosotros quienes sentimos miedo</w:t>
      </w:r>
      <w:r w:rsidRPr="00387806">
        <w:rPr>
          <w:rFonts w:ascii="Times New Roman" w:eastAsia="Times New Roman" w:hAnsi="Times New Roman" w:cs="Times New Roman"/>
          <w:color w:val="auto"/>
          <w:sz w:val="24"/>
          <w:szCs w:val="24"/>
        </w:rPr>
        <w:t xml:space="preserve"> ante aquello que consideramos una crisis.</w:t>
      </w:r>
    </w:p>
    <w:p w14:paraId="1ECBD35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Creo que si realmente le preguntáramos a la persona:</w:t>
      </w:r>
    </w:p>
    <w:p w14:paraId="0C769FB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"¿Esto es una crisis para ti?"</w:t>
      </w:r>
    </w:p>
    <w:p w14:paraId="3DD93E4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quizá nos respondería que no.</w:t>
      </w:r>
    </w:p>
    <w:p w14:paraId="52367EE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Pero puede sentirse como una crisis para nosotros porque estamos incómodos.</w:t>
      </w:r>
    </w:p>
    <w:p w14:paraId="0FB0749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La incomodidad no equivale a una crisis.</w:t>
      </w:r>
    </w:p>
    <w:p w14:paraId="7F7474B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Quiero ser muy clara al respecto.</w:t>
      </w:r>
    </w:p>
    <w:p w14:paraId="31AE06A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La incomodidad no equivale a una crisis.</w:t>
      </w:r>
    </w:p>
    <w:p w14:paraId="7C42898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Cuando identificamos incorrectamente la incomodidad como una crisis, pueden aparecer:</w:t>
      </w:r>
    </w:p>
    <w:p w14:paraId="1FA34E8C" w14:textId="77777777" w:rsidR="00387806" w:rsidRPr="00387806" w:rsidRDefault="00387806">
      <w:pPr>
        <w:numPr>
          <w:ilvl w:val="0"/>
          <w:numId w:val="35"/>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institucionalización. </w:t>
      </w:r>
    </w:p>
    <w:p w14:paraId="57091B69" w14:textId="77777777" w:rsidR="00387806" w:rsidRPr="00387806" w:rsidRDefault="00387806">
      <w:pPr>
        <w:numPr>
          <w:ilvl w:val="0"/>
          <w:numId w:val="35"/>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coerción. </w:t>
      </w:r>
    </w:p>
    <w:p w14:paraId="136D811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nuestro trabajo consiste en proteger a nuestra comunidad de daños adicionales.</w:t>
      </w:r>
    </w:p>
    <w:p w14:paraId="6AFDD8B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Descéntrense en la manera en que responden.</w:t>
      </w:r>
    </w:p>
    <w:p w14:paraId="276FFFB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Manténganse:</w:t>
      </w:r>
    </w:p>
    <w:p w14:paraId="0EB29090" w14:textId="77777777" w:rsidR="00387806" w:rsidRPr="00387806" w:rsidRDefault="00387806">
      <w:pPr>
        <w:numPr>
          <w:ilvl w:val="0"/>
          <w:numId w:val="36"/>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Tranquilos. </w:t>
      </w:r>
    </w:p>
    <w:p w14:paraId="73609FCE" w14:textId="77777777" w:rsidR="00387806" w:rsidRPr="00387806" w:rsidRDefault="00387806">
      <w:pPr>
        <w:numPr>
          <w:ilvl w:val="0"/>
          <w:numId w:val="36"/>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Estables. </w:t>
      </w:r>
    </w:p>
    <w:p w14:paraId="5CDF8437" w14:textId="77777777" w:rsidR="00387806" w:rsidRPr="00387806" w:rsidRDefault="00387806">
      <w:pPr>
        <w:numPr>
          <w:ilvl w:val="0"/>
          <w:numId w:val="36"/>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Presentes. </w:t>
      </w:r>
    </w:p>
    <w:p w14:paraId="05E01ED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Yo evitaría utilizar la palabra "ayudar".</w:t>
      </w:r>
    </w:p>
    <w:p w14:paraId="020C681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Queremos crear espacio para la vulnerabilidad y la participación.</w:t>
      </w:r>
    </w:p>
    <w:p w14:paraId="3102EEFC"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718F473A">
          <v:rect id="_x0000_i1090" style="width:0;height:1.5pt" o:hralign="center" o:hrstd="t" o:hr="t" fillcolor="#a0a0a0" stroked="f"/>
        </w:pict>
      </w:r>
    </w:p>
    <w:p w14:paraId="58971A35" w14:textId="77777777" w:rsidR="00387806" w:rsidRPr="00387806" w:rsidRDefault="00387806" w:rsidP="00387806">
      <w:pPr>
        <w:spacing w:before="100" w:beforeAutospacing="1" w:after="100" w:afterAutospacing="1" w:line="240" w:lineRule="auto"/>
        <w:outlineLvl w:val="1"/>
        <w:rPr>
          <w:rFonts w:ascii="Times New Roman" w:eastAsia="Times New Roman" w:hAnsi="Times New Roman" w:cs="Times New Roman"/>
          <w:b/>
          <w:bCs/>
          <w:color w:val="auto"/>
          <w:sz w:val="36"/>
          <w:szCs w:val="36"/>
        </w:rPr>
      </w:pPr>
      <w:r w:rsidRPr="00387806">
        <w:rPr>
          <w:rFonts w:ascii="Times New Roman" w:eastAsia="Times New Roman" w:hAnsi="Times New Roman" w:cs="Times New Roman"/>
          <w:b/>
          <w:bCs/>
          <w:color w:val="auto"/>
          <w:sz w:val="36"/>
          <w:szCs w:val="36"/>
        </w:rPr>
        <w:t>La vulnerabilidad no es negativa</w:t>
      </w:r>
    </w:p>
    <w:p w14:paraId="37D539D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La vulnerabilidad no es una palabra negativa.</w:t>
      </w:r>
    </w:p>
    <w:p w14:paraId="0A19F8F5"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Creo que con demasiada frecuencia se utiliza como si lo fuera.</w:t>
      </w:r>
    </w:p>
    <w:p w14:paraId="2170736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Olvidamos que todos somos seres humanos.</w:t>
      </w:r>
    </w:p>
    <w:p w14:paraId="7208B45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Sí, dije que he llorado.</w:t>
      </w:r>
    </w:p>
    <w:p w14:paraId="52FBAA6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Creo que ya he dicho tres veces durante este seminario web que he llorado.</w:t>
      </w:r>
    </w:p>
    <w:p w14:paraId="1BC5E74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Todos somos humanos.</w:t>
      </w:r>
    </w:p>
    <w:p w14:paraId="124538F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Lloramos.</w:t>
      </w:r>
    </w:p>
    <w:p w14:paraId="04A68CA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Gritamos.</w:t>
      </w:r>
    </w:p>
    <w:p w14:paraId="046FD73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No sé por qué algunas personas tenemos que silenciar esas cosas.</w:t>
      </w:r>
    </w:p>
    <w:p w14:paraId="51A010F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Puede dar miedo porque expresar nuestras emociones en determinados lugares puede llevar incluso a que perdamos nuestros derechos.</w:t>
      </w:r>
    </w:p>
    <w:p w14:paraId="04B72E6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Solo estoy siendo honesta al respecto.</w:t>
      </w:r>
    </w:p>
    <w:p w14:paraId="027C872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Lo hemos visto ocurrir demasiadas veces.</w:t>
      </w:r>
    </w:p>
    <w:p w14:paraId="7E5AAE0C"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20AC6C9D">
          <v:rect id="_x0000_i1091" style="width:0;height:1.5pt" o:hralign="center" o:hrstd="t" o:hr="t" fillcolor="#a0a0a0" stroked="f"/>
        </w:pict>
      </w:r>
    </w:p>
    <w:p w14:paraId="77D4075B" w14:textId="77777777" w:rsidR="00387806" w:rsidRPr="00387806" w:rsidRDefault="00387806" w:rsidP="0038780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387806">
        <w:rPr>
          <w:rFonts w:ascii="Times New Roman" w:eastAsia="Times New Roman" w:hAnsi="Times New Roman" w:cs="Times New Roman"/>
          <w:b/>
          <w:bCs/>
          <w:color w:val="auto"/>
          <w:kern w:val="36"/>
          <w:sz w:val="48"/>
          <w:szCs w:val="48"/>
        </w:rPr>
        <w:t>Centrarse en el cuerpo durante la desescalada</w:t>
      </w:r>
    </w:p>
    <w:p w14:paraId="1C2B2EB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Utilizando la respuesta de </w:t>
      </w:r>
      <w:r w:rsidRPr="00387806">
        <w:rPr>
          <w:rFonts w:ascii="Times New Roman" w:eastAsia="Times New Roman" w:hAnsi="Times New Roman" w:cs="Times New Roman"/>
          <w:b/>
          <w:bCs/>
          <w:color w:val="auto"/>
          <w:sz w:val="24"/>
          <w:szCs w:val="24"/>
        </w:rPr>
        <w:t>WHAM</w:t>
      </w:r>
      <w:r w:rsidRPr="00387806">
        <w:rPr>
          <w:rFonts w:ascii="Times New Roman" w:eastAsia="Times New Roman" w:hAnsi="Times New Roman" w:cs="Times New Roman"/>
          <w:color w:val="auto"/>
          <w:sz w:val="24"/>
          <w:szCs w:val="24"/>
        </w:rPr>
        <w:t>, presten atención a:</w:t>
      </w:r>
    </w:p>
    <w:p w14:paraId="3FABD150" w14:textId="77777777" w:rsidR="00387806" w:rsidRPr="00387806" w:rsidRDefault="00387806">
      <w:pPr>
        <w:numPr>
          <w:ilvl w:val="0"/>
          <w:numId w:val="37"/>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Su respiración. </w:t>
      </w:r>
    </w:p>
    <w:p w14:paraId="3D89B1B2" w14:textId="77777777" w:rsidR="00387806" w:rsidRPr="00387806" w:rsidRDefault="00387806">
      <w:pPr>
        <w:numPr>
          <w:ilvl w:val="0"/>
          <w:numId w:val="37"/>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 xml:space="preserve">Su cuerpo. </w:t>
      </w:r>
    </w:p>
    <w:p w14:paraId="6672C604" w14:textId="77777777" w:rsidR="00387806" w:rsidRPr="00387806" w:rsidRDefault="00387806">
      <w:pPr>
        <w:numPr>
          <w:ilvl w:val="0"/>
          <w:numId w:val="37"/>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intensidad física. </w:t>
      </w:r>
    </w:p>
    <w:p w14:paraId="5C2364D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Incluso pueden observar las venas del cuello.</w:t>
      </w:r>
    </w:p>
    <w:p w14:paraId="54DF65D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Podemos sentir físicamente cuando nos estamos enojando.</w:t>
      </w:r>
    </w:p>
    <w:p w14:paraId="1952C0A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Nuestro tono cambia.</w:t>
      </w:r>
    </w:p>
    <w:p w14:paraId="16B4739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Todo cambia.</w:t>
      </w:r>
    </w:p>
    <w:p w14:paraId="23C3744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También podemos utilizar estas señales como parte de la desescalada.</w:t>
      </w:r>
    </w:p>
    <w:p w14:paraId="1C50640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Reduzcan la velocidad de la respiración.</w:t>
      </w:r>
    </w:p>
    <w:p w14:paraId="531ABFD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Quizá dejen de hablar.</w:t>
      </w:r>
    </w:p>
    <w:p w14:paraId="443E0CF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Realicen exhalaciones largas.</w:t>
      </w:r>
    </w:p>
    <w:p w14:paraId="1B836D1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 medida que disminuye la intensidad, normalmente también disminuye la postura defensiva.</w:t>
      </w:r>
    </w:p>
    <w:p w14:paraId="1BFCE8A5"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Los brazos pueden dejar de estar cruzados.</w:t>
      </w:r>
    </w:p>
    <w:p w14:paraId="5075BAE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La postura puede volverse más abierta.</w:t>
      </w:r>
    </w:p>
    <w:p w14:paraId="4F8F721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Respondan sin agregar más intensidad.</w:t>
      </w:r>
    </w:p>
    <w:p w14:paraId="4D192EE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Su estabilidad se convierte en esa plataforma que mantiene a la persona centrada.</w:t>
      </w:r>
    </w:p>
    <w:p w14:paraId="5A293D7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Puede ser tan sencillo como:</w:t>
      </w:r>
    </w:p>
    <w:p w14:paraId="7B28E1FD" w14:textId="77777777" w:rsidR="00387806" w:rsidRPr="00387806" w:rsidRDefault="00387806">
      <w:pPr>
        <w:numPr>
          <w:ilvl w:val="0"/>
          <w:numId w:val="38"/>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Una palabra. </w:t>
      </w:r>
    </w:p>
    <w:p w14:paraId="6A72913B" w14:textId="77777777" w:rsidR="00387806" w:rsidRPr="00387806" w:rsidRDefault="00387806">
      <w:pPr>
        <w:numPr>
          <w:ilvl w:val="0"/>
          <w:numId w:val="38"/>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El contacto de una mano. </w:t>
      </w:r>
    </w:p>
    <w:p w14:paraId="483A7B0B" w14:textId="77777777" w:rsidR="00387806" w:rsidRPr="00387806" w:rsidRDefault="00387806">
      <w:pPr>
        <w:numPr>
          <w:ilvl w:val="0"/>
          <w:numId w:val="38"/>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Un </w:t>
      </w:r>
      <w:r w:rsidRPr="00387806">
        <w:rPr>
          <w:rFonts w:ascii="Times New Roman" w:eastAsia="Times New Roman" w:hAnsi="Times New Roman" w:cs="Times New Roman"/>
          <w:b/>
          <w:bCs/>
          <w:color w:val="auto"/>
          <w:sz w:val="24"/>
          <w:szCs w:val="24"/>
        </w:rPr>
        <w:t>"Estoy aquí."</w:t>
      </w:r>
      <w:r w:rsidRPr="00387806">
        <w:rPr>
          <w:rFonts w:ascii="Times New Roman" w:eastAsia="Times New Roman" w:hAnsi="Times New Roman" w:cs="Times New Roman"/>
          <w:color w:val="auto"/>
          <w:sz w:val="24"/>
          <w:szCs w:val="24"/>
        </w:rPr>
        <w:t xml:space="preserve"> </w:t>
      </w:r>
    </w:p>
    <w:p w14:paraId="068F437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Eso significa que ustedes están funcionando como un ancla.</w:t>
      </w:r>
    </w:p>
    <w:p w14:paraId="411B15D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Están validando y sosteniendo ese ambiente.</w:t>
      </w:r>
    </w:p>
    <w:p w14:paraId="472210D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Son el termostato que ayuda a mantener un espacio seguro para que la persona pueda expresarse.</w:t>
      </w:r>
    </w:p>
    <w:p w14:paraId="00EC7D8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Permanecemos estables dentro de ese diálogo. </w:t>
      </w:r>
    </w:p>
    <w:p w14:paraId="0B98FFE3"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11CF9649">
          <v:rect id="_x0000_i1092" style="width:0;height:1.5pt" o:hralign="center" o:hrstd="t" o:hr="t" fillcolor="#a0a0a0" stroked="f"/>
        </w:pict>
      </w:r>
    </w:p>
    <w:p w14:paraId="079D5866" w14:textId="77777777" w:rsidR="00387806" w:rsidRPr="00387806" w:rsidRDefault="00387806" w:rsidP="0038780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387806">
        <w:rPr>
          <w:rFonts w:ascii="Times New Roman" w:eastAsia="Times New Roman" w:hAnsi="Times New Roman" w:cs="Times New Roman"/>
          <w:b/>
          <w:bCs/>
          <w:color w:val="auto"/>
          <w:kern w:val="36"/>
          <w:sz w:val="48"/>
          <w:szCs w:val="48"/>
        </w:rPr>
        <w:t>Prácticas centradas en la sanación</w:t>
      </w:r>
    </w:p>
    <w:p w14:paraId="3A54F11F"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lastRenderedPageBreak/>
        <w:t>KRISTINA KAPP (KK):</w:t>
      </w:r>
    </w:p>
    <w:p w14:paraId="67B30CF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Misty, voy a pedirte que expliques esta parte porque es importante.</w:t>
      </w:r>
    </w:p>
    <w:p w14:paraId="5B0521AB"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MISTY DION:</w:t>
      </w:r>
    </w:p>
    <w:p w14:paraId="6EE970F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Utilicen prácticas centradas en la sanación.</w:t>
      </w:r>
    </w:p>
    <w:p w14:paraId="0C9F976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No se alejen.</w:t>
      </w:r>
    </w:p>
    <w:p w14:paraId="617F7AE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Acérquense y manténganse centrados.</w:t>
      </w:r>
    </w:p>
    <w:p w14:paraId="729B6DE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Alejémonos del modelo médico.</w:t>
      </w:r>
    </w:p>
    <w:p w14:paraId="4FD4EDC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Las prácticas informadas por el trauma no son lo que necesitamos.</w:t>
      </w:r>
    </w:p>
    <w:p w14:paraId="36B376B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Necesitamos centrarnos en la sanación y encontrarnos con las personas </w:t>
      </w:r>
      <w:r w:rsidRPr="00387806">
        <w:rPr>
          <w:rFonts w:ascii="Times New Roman" w:eastAsia="Times New Roman" w:hAnsi="Times New Roman" w:cs="Times New Roman"/>
          <w:b/>
          <w:bCs/>
          <w:color w:val="auto"/>
          <w:sz w:val="24"/>
          <w:szCs w:val="24"/>
        </w:rPr>
        <w:t>como pares</w:t>
      </w:r>
      <w:r w:rsidRPr="00387806">
        <w:rPr>
          <w:rFonts w:ascii="Times New Roman" w:eastAsia="Times New Roman" w:hAnsi="Times New Roman" w:cs="Times New Roman"/>
          <w:color w:val="auto"/>
          <w:sz w:val="24"/>
          <w:szCs w:val="24"/>
        </w:rPr>
        <w:t>.</w:t>
      </w:r>
    </w:p>
    <w:p w14:paraId="1DDE088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Concéntrense en:</w:t>
      </w:r>
    </w:p>
    <w:p w14:paraId="69F9BF70" w14:textId="77777777" w:rsidR="00387806" w:rsidRPr="00387806" w:rsidRDefault="00387806">
      <w:pPr>
        <w:numPr>
          <w:ilvl w:val="0"/>
          <w:numId w:val="39"/>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El bienestar. </w:t>
      </w:r>
    </w:p>
    <w:p w14:paraId="2D3225D2" w14:textId="77777777" w:rsidR="00387806" w:rsidRPr="00387806" w:rsidRDefault="00387806">
      <w:pPr>
        <w:numPr>
          <w:ilvl w:val="0"/>
          <w:numId w:val="39"/>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cultura. </w:t>
      </w:r>
    </w:p>
    <w:p w14:paraId="77E1C5F9" w14:textId="77777777" w:rsidR="00387806" w:rsidRPr="00387806" w:rsidRDefault="00387806">
      <w:pPr>
        <w:numPr>
          <w:ilvl w:val="0"/>
          <w:numId w:val="39"/>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identidad individual. </w:t>
      </w:r>
    </w:p>
    <w:p w14:paraId="2B74D5B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Pregunten:</w:t>
      </w:r>
    </w:p>
    <w:p w14:paraId="3C38D6A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"¿Qué está provocando este problema?"</w:t>
      </w:r>
    </w:p>
    <w:p w14:paraId="6B8EBAF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Después utilicen la escucha reflexiva para que la persona sepa que ustedes comprenden y que no están interpretando lo que ocurre como un ataque personal.</w:t>
      </w:r>
    </w:p>
    <w:p w14:paraId="5DA6DBA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Pueden trabajar juntos para atravesar la situación.</w:t>
      </w:r>
    </w:p>
    <w:p w14:paraId="6545C51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Utilicen:</w:t>
      </w:r>
    </w:p>
    <w:p w14:paraId="40A64C35" w14:textId="77777777" w:rsidR="00387806" w:rsidRPr="00387806" w:rsidRDefault="00387806">
      <w:pPr>
        <w:numPr>
          <w:ilvl w:val="0"/>
          <w:numId w:val="40"/>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El lenguaje corporal. </w:t>
      </w:r>
    </w:p>
    <w:p w14:paraId="46C67315" w14:textId="77777777" w:rsidR="00387806" w:rsidRPr="00387806" w:rsidRDefault="00387806">
      <w:pPr>
        <w:numPr>
          <w:ilvl w:val="0"/>
          <w:numId w:val="40"/>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El contacto visual. </w:t>
      </w:r>
    </w:p>
    <w:p w14:paraId="4639C0B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La persona puede sentirlo.</w:t>
      </w:r>
    </w:p>
    <w:p w14:paraId="30A2653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ustedes también pueden sentirlo.</w:t>
      </w:r>
    </w:p>
    <w:p w14:paraId="61121F8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Sabemos cuándo estamos en presencia de alguien que realmente está sentado con nosotros y atravesando la situación junto con nosotros.</w:t>
      </w:r>
    </w:p>
    <w:p w14:paraId="0F4FBC5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Se trata de trabajar desde ese enfoque holístico y centrado.</w:t>
      </w:r>
    </w:p>
    <w:p w14:paraId="00F8D742"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63C51A6D">
          <v:rect id="_x0000_i1093" style="width:0;height:1.5pt" o:hralign="center" o:hrstd="t" o:hr="t" fillcolor="#a0a0a0" stroked="f"/>
        </w:pict>
      </w:r>
    </w:p>
    <w:p w14:paraId="6566B24D"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lastRenderedPageBreak/>
        <w:t>KRISTINA KAPP (KK):</w:t>
      </w:r>
    </w:p>
    <w:p w14:paraId="2FD31E1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Absolutamente, Misty.</w:t>
      </w:r>
    </w:p>
    <w:p w14:paraId="513585A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Quiero volver un momento a la diapositiva anterior para hablar de </w:t>
      </w:r>
      <w:r w:rsidRPr="00387806">
        <w:rPr>
          <w:rFonts w:ascii="Times New Roman" w:eastAsia="Times New Roman" w:hAnsi="Times New Roman" w:cs="Times New Roman"/>
          <w:b/>
          <w:bCs/>
          <w:color w:val="auto"/>
          <w:sz w:val="24"/>
          <w:szCs w:val="24"/>
        </w:rPr>
        <w:t>afirmar y validar</w:t>
      </w:r>
      <w:r w:rsidRPr="00387806">
        <w:rPr>
          <w:rFonts w:ascii="Times New Roman" w:eastAsia="Times New Roman" w:hAnsi="Times New Roman" w:cs="Times New Roman"/>
          <w:color w:val="auto"/>
          <w:sz w:val="24"/>
          <w:szCs w:val="24"/>
        </w:rPr>
        <w:t>.</w:t>
      </w:r>
    </w:p>
    <w:p w14:paraId="0D5483AD"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Ese símbolo de:</w:t>
      </w:r>
    </w:p>
    <w:p w14:paraId="7E4C45E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"Estoy aquí contigo."</w:t>
      </w:r>
    </w:p>
    <w:p w14:paraId="4F23C39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Quizá no tengamos exactamente la misma experiencia porque cada persona es experta en su propia experiencia de vida.</w:t>
      </w:r>
    </w:p>
    <w:p w14:paraId="2A13ECC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Sin embargo, puede existir una comprensión compartida.</w:t>
      </w:r>
    </w:p>
    <w:p w14:paraId="59701FA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Voy a repetir que </w:t>
      </w:r>
      <w:r w:rsidRPr="00387806">
        <w:rPr>
          <w:rFonts w:ascii="Times New Roman" w:eastAsia="Times New Roman" w:hAnsi="Times New Roman" w:cs="Times New Roman"/>
          <w:b/>
          <w:bCs/>
          <w:color w:val="auto"/>
          <w:sz w:val="24"/>
          <w:szCs w:val="24"/>
        </w:rPr>
        <w:t xml:space="preserve">dar testimonio y validar probablemente </w:t>
      </w:r>
      <w:proofErr w:type="gramStart"/>
      <w:r w:rsidRPr="00387806">
        <w:rPr>
          <w:rFonts w:ascii="Times New Roman" w:eastAsia="Times New Roman" w:hAnsi="Times New Roman" w:cs="Times New Roman"/>
          <w:b/>
          <w:bCs/>
          <w:color w:val="auto"/>
          <w:sz w:val="24"/>
          <w:szCs w:val="24"/>
        </w:rPr>
        <w:t>sean dos</w:t>
      </w:r>
      <w:proofErr w:type="gramEnd"/>
      <w:r w:rsidRPr="00387806">
        <w:rPr>
          <w:rFonts w:ascii="Times New Roman" w:eastAsia="Times New Roman" w:hAnsi="Times New Roman" w:cs="Times New Roman"/>
          <w:b/>
          <w:bCs/>
          <w:color w:val="auto"/>
          <w:sz w:val="24"/>
          <w:szCs w:val="24"/>
        </w:rPr>
        <w:t xml:space="preserve"> de las cosas más poderosas que podemos hacer y ofrecer</w:t>
      </w:r>
      <w:r w:rsidRPr="00387806">
        <w:rPr>
          <w:rFonts w:ascii="Times New Roman" w:eastAsia="Times New Roman" w:hAnsi="Times New Roman" w:cs="Times New Roman"/>
          <w:color w:val="auto"/>
          <w:sz w:val="24"/>
          <w:szCs w:val="24"/>
        </w:rPr>
        <w:t>.</w:t>
      </w:r>
    </w:p>
    <w:p w14:paraId="3D7A554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Ese es:</w:t>
      </w:r>
    </w:p>
    <w:p w14:paraId="192767CE" w14:textId="77777777" w:rsidR="00387806" w:rsidRPr="00387806" w:rsidRDefault="00387806">
      <w:pPr>
        <w:numPr>
          <w:ilvl w:val="0"/>
          <w:numId w:val="41"/>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El poder de la presencia. </w:t>
      </w:r>
    </w:p>
    <w:p w14:paraId="17C614D8" w14:textId="77777777" w:rsidR="00387806" w:rsidRPr="00387806" w:rsidRDefault="00387806">
      <w:pPr>
        <w:numPr>
          <w:ilvl w:val="0"/>
          <w:numId w:val="41"/>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El poder del apoyo entre pares. </w:t>
      </w:r>
    </w:p>
    <w:p w14:paraId="251A4F2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el apoyo entre pares es uno de nuestros servicios básicos fundamentales.</w:t>
      </w:r>
    </w:p>
    <w:p w14:paraId="7D5A625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Creo que a veces olvidamos cómo se ve realmente dentro de un </w:t>
      </w:r>
      <w:r w:rsidRPr="00387806">
        <w:rPr>
          <w:rFonts w:ascii="Times New Roman" w:eastAsia="Times New Roman" w:hAnsi="Times New Roman" w:cs="Times New Roman"/>
          <w:b/>
          <w:bCs/>
          <w:color w:val="auto"/>
          <w:sz w:val="24"/>
          <w:szCs w:val="24"/>
        </w:rPr>
        <w:t>modelo social</w:t>
      </w:r>
      <w:r w:rsidRPr="00387806">
        <w:rPr>
          <w:rFonts w:ascii="Times New Roman" w:eastAsia="Times New Roman" w:hAnsi="Times New Roman" w:cs="Times New Roman"/>
          <w:color w:val="auto"/>
          <w:sz w:val="24"/>
          <w:szCs w:val="24"/>
        </w:rPr>
        <w:t>, en lugar de un modelo médico o de un sistema tradicional de prestación de servicios.</w:t>
      </w:r>
    </w:p>
    <w:p w14:paraId="0F7C0DD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Creo que nunca debemos decirle a una persona:</w:t>
      </w:r>
    </w:p>
    <w:p w14:paraId="252B770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"Cálmate."</w:t>
      </w:r>
    </w:p>
    <w:p w14:paraId="0F82086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 algo que escuchamos con demasiada frecuencia.</w:t>
      </w:r>
    </w:p>
    <w:p w14:paraId="0A8A495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"Cálmate. No es para tanto."</w:t>
      </w:r>
    </w:p>
    <w:p w14:paraId="762C5F3A"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1B93B25F">
          <v:rect id="_x0000_i1094" style="width:0;height:1.5pt" o:hralign="center" o:hrstd="t" o:hr="t" fillcolor="#a0a0a0" stroked="f"/>
        </w:pict>
      </w:r>
    </w:p>
    <w:p w14:paraId="1F4E1EFF"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MISTY DION:</w:t>
      </w:r>
    </w:p>
    <w:p w14:paraId="1307D7E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Me alegra que volvieras </w:t>
      </w:r>
      <w:proofErr w:type="gramStart"/>
      <w:r w:rsidRPr="00387806">
        <w:rPr>
          <w:rFonts w:ascii="Times New Roman" w:eastAsia="Times New Roman" w:hAnsi="Times New Roman" w:cs="Times New Roman"/>
          <w:color w:val="auto"/>
          <w:sz w:val="24"/>
          <w:szCs w:val="24"/>
        </w:rPr>
        <w:t>a</w:t>
      </w:r>
      <w:proofErr w:type="gramEnd"/>
      <w:r w:rsidRPr="00387806">
        <w:rPr>
          <w:rFonts w:ascii="Times New Roman" w:eastAsia="Times New Roman" w:hAnsi="Times New Roman" w:cs="Times New Roman"/>
          <w:color w:val="auto"/>
          <w:sz w:val="24"/>
          <w:szCs w:val="24"/>
        </w:rPr>
        <w:t xml:space="preserve"> esa diapositiva porque ese es el núcleo del problema.</w:t>
      </w:r>
    </w:p>
    <w:p w14:paraId="2EF2ACC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Gracias por señalarlo.</w:t>
      </w:r>
    </w:p>
    <w:p w14:paraId="2EDA614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Decirle a alguien que se calme o indicarle que su reacción no está justificada es algo fundamental que debemos evitar.</w:t>
      </w:r>
    </w:p>
    <w:p w14:paraId="0AD2894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Permitan que la persona sienta la emoción.</w:t>
      </w:r>
    </w:p>
    <w:p w14:paraId="49E85FC0"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Acompáñenla dentro de esa emoción.</w:t>
      </w:r>
    </w:p>
    <w:p w14:paraId="72AE1A1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¿De qué otra manera puede atravesarla si no puede experimentarla con ustedes?</w:t>
      </w:r>
    </w:p>
    <w:p w14:paraId="1C2CFB25"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0C2EBA23">
          <v:rect id="_x0000_i1095" style="width:0;height:1.5pt" o:hralign="center" o:hrstd="t" o:hr="t" fillcolor="#a0a0a0" stroked="f"/>
        </w:pict>
      </w:r>
    </w:p>
    <w:p w14:paraId="04AB72DE" w14:textId="77777777" w:rsidR="00387806" w:rsidRPr="00387806" w:rsidRDefault="00387806" w:rsidP="0038780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387806">
        <w:rPr>
          <w:rFonts w:ascii="Times New Roman" w:eastAsia="Times New Roman" w:hAnsi="Times New Roman" w:cs="Times New Roman"/>
          <w:b/>
          <w:bCs/>
          <w:color w:val="auto"/>
          <w:kern w:val="36"/>
          <w:sz w:val="48"/>
          <w:szCs w:val="48"/>
        </w:rPr>
        <w:t>Prácticas centradas en la sanación</w:t>
      </w:r>
    </w:p>
    <w:p w14:paraId="40625982"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BETHANY BALDWIN:</w:t>
      </w:r>
    </w:p>
    <w:p w14:paraId="1810A62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Habla Bethany.</w:t>
      </w:r>
    </w:p>
    <w:p w14:paraId="51C3A69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Solo quiero mencionar que todavía nos quedan 13 diapositivas y tenemos unos 10 minutos antes de pasar a las preguntas y respuestas.</w:t>
      </w:r>
    </w:p>
    <w:p w14:paraId="59DA1EE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Gracias.</w:t>
      </w:r>
    </w:p>
    <w:p w14:paraId="1FE08B64"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KRISTINA KAPP (KK):</w:t>
      </w:r>
    </w:p>
    <w:p w14:paraId="04503E65"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No hay problema.</w:t>
      </w:r>
    </w:p>
    <w:p w14:paraId="15764B9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Siguiente diapositiva.</w:t>
      </w:r>
    </w:p>
    <w:p w14:paraId="763F6BD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Misty ya habló un poco sobre esto, así que voy a repasarlo rápidamente.</w:t>
      </w:r>
    </w:p>
    <w:p w14:paraId="7A1A3FC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Pasar de un enfoque </w:t>
      </w:r>
      <w:r w:rsidRPr="00387806">
        <w:rPr>
          <w:rFonts w:ascii="Times New Roman" w:eastAsia="Times New Roman" w:hAnsi="Times New Roman" w:cs="Times New Roman"/>
          <w:b/>
          <w:bCs/>
          <w:color w:val="auto"/>
          <w:sz w:val="24"/>
          <w:szCs w:val="24"/>
        </w:rPr>
        <w:t>informado por el trauma</w:t>
      </w:r>
      <w:r w:rsidRPr="00387806">
        <w:rPr>
          <w:rFonts w:ascii="Times New Roman" w:eastAsia="Times New Roman" w:hAnsi="Times New Roman" w:cs="Times New Roman"/>
          <w:color w:val="auto"/>
          <w:sz w:val="24"/>
          <w:szCs w:val="24"/>
        </w:rPr>
        <w:t xml:space="preserve"> a uno </w:t>
      </w:r>
      <w:r w:rsidRPr="00387806">
        <w:rPr>
          <w:rFonts w:ascii="Times New Roman" w:eastAsia="Times New Roman" w:hAnsi="Times New Roman" w:cs="Times New Roman"/>
          <w:b/>
          <w:bCs/>
          <w:color w:val="auto"/>
          <w:sz w:val="24"/>
          <w:szCs w:val="24"/>
        </w:rPr>
        <w:t>centrado en la sanación</w:t>
      </w:r>
      <w:r w:rsidRPr="00387806">
        <w:rPr>
          <w:rFonts w:ascii="Times New Roman" w:eastAsia="Times New Roman" w:hAnsi="Times New Roman" w:cs="Times New Roman"/>
          <w:color w:val="auto"/>
          <w:sz w:val="24"/>
          <w:szCs w:val="24"/>
        </w:rPr>
        <w:t xml:space="preserve"> es realmente importante.</w:t>
      </w:r>
    </w:p>
    <w:p w14:paraId="5C0E63A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Trabajar exclusivamente desde una práctica informada por el trauma puede mantenernos dentro del modelo médico y pasar por alto el corazón fundamental de la Vida Independiente, que se basa en el </w:t>
      </w:r>
      <w:r w:rsidRPr="00387806">
        <w:rPr>
          <w:rFonts w:ascii="Times New Roman" w:eastAsia="Times New Roman" w:hAnsi="Times New Roman" w:cs="Times New Roman"/>
          <w:b/>
          <w:bCs/>
          <w:color w:val="auto"/>
          <w:sz w:val="24"/>
          <w:szCs w:val="24"/>
        </w:rPr>
        <w:t>modelo social</w:t>
      </w:r>
      <w:r w:rsidRPr="00387806">
        <w:rPr>
          <w:rFonts w:ascii="Times New Roman" w:eastAsia="Times New Roman" w:hAnsi="Times New Roman" w:cs="Times New Roman"/>
          <w:color w:val="auto"/>
          <w:sz w:val="24"/>
          <w:szCs w:val="24"/>
        </w:rPr>
        <w:t>.</w:t>
      </w:r>
    </w:p>
    <w:p w14:paraId="2F10EE55"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También puede pasar por alto:</w:t>
      </w:r>
    </w:p>
    <w:p w14:paraId="3793FA5D" w14:textId="77777777" w:rsidR="00387806" w:rsidRPr="00387806" w:rsidRDefault="00387806">
      <w:pPr>
        <w:numPr>
          <w:ilvl w:val="0"/>
          <w:numId w:val="42"/>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capacidad de acción. </w:t>
      </w:r>
    </w:p>
    <w:p w14:paraId="42F88033" w14:textId="77777777" w:rsidR="00387806" w:rsidRPr="00387806" w:rsidRDefault="00387806">
      <w:pPr>
        <w:numPr>
          <w:ilvl w:val="0"/>
          <w:numId w:val="42"/>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autonomía. </w:t>
      </w:r>
    </w:p>
    <w:p w14:paraId="525B0A21"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77A77919">
          <v:rect id="_x0000_i1096" style="width:0;height:1.5pt" o:hralign="center" o:hrstd="t" o:hr="t" fillcolor="#a0a0a0" stroked="f"/>
        </w:pict>
      </w:r>
    </w:p>
    <w:p w14:paraId="09A07985" w14:textId="77777777" w:rsidR="00387806" w:rsidRPr="00387806" w:rsidRDefault="00387806" w:rsidP="00387806">
      <w:pPr>
        <w:spacing w:before="100" w:beforeAutospacing="1" w:after="100" w:afterAutospacing="1" w:line="240" w:lineRule="auto"/>
        <w:outlineLvl w:val="1"/>
        <w:rPr>
          <w:rFonts w:ascii="Times New Roman" w:eastAsia="Times New Roman" w:hAnsi="Times New Roman" w:cs="Times New Roman"/>
          <w:b/>
          <w:bCs/>
          <w:color w:val="auto"/>
          <w:sz w:val="36"/>
          <w:szCs w:val="36"/>
        </w:rPr>
      </w:pPr>
      <w:r w:rsidRPr="00387806">
        <w:rPr>
          <w:rFonts w:ascii="Times New Roman" w:eastAsia="Times New Roman" w:hAnsi="Times New Roman" w:cs="Times New Roman"/>
          <w:b/>
          <w:bCs/>
          <w:color w:val="auto"/>
          <w:sz w:val="36"/>
          <w:szCs w:val="36"/>
        </w:rPr>
        <w:t>Priorizar en lugar de controlar</w:t>
      </w:r>
    </w:p>
    <w:p w14:paraId="6C629B83"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Prioricen.</w:t>
      </w:r>
    </w:p>
    <w:p w14:paraId="1DF4D34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No controlen.</w:t>
      </w:r>
    </w:p>
    <w:p w14:paraId="5459E07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Prioricen </w:t>
      </w:r>
      <w:r w:rsidRPr="00387806">
        <w:rPr>
          <w:rFonts w:ascii="Times New Roman" w:eastAsia="Times New Roman" w:hAnsi="Times New Roman" w:cs="Times New Roman"/>
          <w:b/>
          <w:bCs/>
          <w:color w:val="auto"/>
          <w:sz w:val="24"/>
          <w:szCs w:val="24"/>
        </w:rPr>
        <w:t>el espacio en lugar de la presión</w:t>
      </w:r>
      <w:r w:rsidRPr="00387806">
        <w:rPr>
          <w:rFonts w:ascii="Times New Roman" w:eastAsia="Times New Roman" w:hAnsi="Times New Roman" w:cs="Times New Roman"/>
          <w:color w:val="auto"/>
          <w:sz w:val="24"/>
          <w:szCs w:val="24"/>
        </w:rPr>
        <w:t>.</w:t>
      </w:r>
    </w:p>
    <w:p w14:paraId="1704623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La presión y el control pueden generar una respuesta emocional.</w:t>
      </w:r>
    </w:p>
    <w:p w14:paraId="1E38819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También pueden elevar la intensidad muy rápidamente.</w:t>
      </w:r>
    </w:p>
    <w:p w14:paraId="78CF6A3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Eviten caer en la trampa de intentar forzar inmediatamente una resolución.</w:t>
      </w:r>
    </w:p>
    <w:p w14:paraId="482BD32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Ese es un punto importante.</w:t>
      </w:r>
    </w:p>
    <w:p w14:paraId="5451023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Proporcionen:</w:t>
      </w:r>
    </w:p>
    <w:p w14:paraId="42CE0F61" w14:textId="77777777" w:rsidR="00387806" w:rsidRPr="00387806" w:rsidRDefault="00387806">
      <w:pPr>
        <w:numPr>
          <w:ilvl w:val="0"/>
          <w:numId w:val="43"/>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Tiempo. </w:t>
      </w:r>
    </w:p>
    <w:p w14:paraId="7630E68F" w14:textId="77777777" w:rsidR="00387806" w:rsidRPr="00387806" w:rsidRDefault="00387806">
      <w:pPr>
        <w:numPr>
          <w:ilvl w:val="0"/>
          <w:numId w:val="43"/>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Espacio. </w:t>
      </w:r>
    </w:p>
    <w:p w14:paraId="4D09F27C" w14:textId="77777777" w:rsidR="00387806" w:rsidRPr="00387806" w:rsidRDefault="00387806">
      <w:pPr>
        <w:numPr>
          <w:ilvl w:val="0"/>
          <w:numId w:val="43"/>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Oportunidad para procesar. </w:t>
      </w:r>
    </w:p>
    <w:p w14:paraId="11A866AD" w14:textId="77777777" w:rsidR="00387806" w:rsidRPr="00387806" w:rsidRDefault="00387806">
      <w:pPr>
        <w:numPr>
          <w:ilvl w:val="0"/>
          <w:numId w:val="43"/>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Espacio para respirar. </w:t>
      </w:r>
    </w:p>
    <w:p w14:paraId="0477B65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Como digo:</w:t>
      </w:r>
    </w:p>
    <w:p w14:paraId="7F9B09F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Den gracia dentro del espacio.</w:t>
      </w:r>
    </w:p>
    <w:p w14:paraId="79DAF557"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Ahora tenemos este modelo GRACE como referencia.</w:t>
      </w:r>
    </w:p>
    <w:p w14:paraId="600300E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recibirán herramientas y materiales que podrán utilizar para ponerlo en práctica.</w:t>
      </w:r>
    </w:p>
    <w:p w14:paraId="6E470A0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Ese espacio para respirar ayuda a restaurar:</w:t>
      </w:r>
    </w:p>
    <w:p w14:paraId="365822B5" w14:textId="77777777" w:rsidR="00387806" w:rsidRPr="00387806" w:rsidRDefault="00387806">
      <w:pPr>
        <w:numPr>
          <w:ilvl w:val="0"/>
          <w:numId w:val="44"/>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autodeterminación. </w:t>
      </w:r>
    </w:p>
    <w:p w14:paraId="6E3838EA" w14:textId="77777777" w:rsidR="00387806" w:rsidRPr="00387806" w:rsidRDefault="00387806">
      <w:pPr>
        <w:numPr>
          <w:ilvl w:val="0"/>
          <w:numId w:val="44"/>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La autonomía. </w:t>
      </w:r>
    </w:p>
    <w:p w14:paraId="7DEC6DED" w14:textId="77777777" w:rsidR="00387806" w:rsidRPr="00387806" w:rsidRDefault="00387806">
      <w:pPr>
        <w:numPr>
          <w:ilvl w:val="0"/>
          <w:numId w:val="44"/>
        </w:num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El control. </w:t>
      </w:r>
    </w:p>
    <w:p w14:paraId="7242264A" w14:textId="77777777" w:rsidR="00387806" w:rsidRPr="00387806" w:rsidRDefault="00387806" w:rsidP="00387806">
      <w:pPr>
        <w:spacing w:after="0"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pict w14:anchorId="6EDDB09C">
          <v:rect id="_x0000_i1097" style="width:0;height:1.5pt" o:hralign="center" o:hrstd="t" o:hr="t" fillcolor="#a0a0a0" stroked="f"/>
        </w:pict>
      </w:r>
    </w:p>
    <w:p w14:paraId="6EC3D533" w14:textId="77777777" w:rsidR="00387806" w:rsidRPr="00387806" w:rsidRDefault="00387806" w:rsidP="0038780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387806">
        <w:rPr>
          <w:rFonts w:ascii="Times New Roman" w:eastAsia="Times New Roman" w:hAnsi="Times New Roman" w:cs="Times New Roman"/>
          <w:b/>
          <w:bCs/>
          <w:color w:val="auto"/>
          <w:kern w:val="36"/>
          <w:sz w:val="48"/>
          <w:szCs w:val="48"/>
        </w:rPr>
        <w:t>Cuándo retirarse y buscar apoyo</w:t>
      </w:r>
    </w:p>
    <w:p w14:paraId="69D6EA27"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KRISTINA KAPP (KK):</w:t>
      </w:r>
    </w:p>
    <w:p w14:paraId="74E1D845"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¿Cuándo debemos retirarnos y cuándo debemos buscar apoyo?</w:t>
      </w:r>
    </w:p>
    <w:p w14:paraId="1732C3C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Misty, sé que este tema era realmente importante para ti.</w:t>
      </w:r>
    </w:p>
    <w:p w14:paraId="118E8FAE"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¿Quieres abordar esta diapositiva?</w:t>
      </w:r>
    </w:p>
    <w:p w14:paraId="252AB185" w14:textId="77777777" w:rsidR="00387806" w:rsidRPr="00387806" w:rsidRDefault="00387806" w:rsidP="0038780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387806">
        <w:rPr>
          <w:rFonts w:ascii="Times New Roman" w:eastAsia="Times New Roman" w:hAnsi="Times New Roman" w:cs="Times New Roman"/>
          <w:b/>
          <w:bCs/>
          <w:color w:val="auto"/>
          <w:sz w:val="27"/>
          <w:szCs w:val="27"/>
        </w:rPr>
        <w:t>MISTY DION:</w:t>
      </w:r>
    </w:p>
    <w:p w14:paraId="71E914B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Claro.</w:t>
      </w:r>
    </w:p>
    <w:p w14:paraId="15CC31F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Saber cuándo retirarse y buscar apoyo es fundamental.</w:t>
      </w:r>
    </w:p>
    <w:p w14:paraId="55A635EF"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Sé que sigo hablando de las situaciones de tutela y de la toma de decisiones con apoyo.</w:t>
      </w:r>
    </w:p>
    <w:p w14:paraId="6470042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lastRenderedPageBreak/>
        <w:t>Me encanta que KK nos haya proporcionado estas herramientas porque este es precisamente el punto donde muchas veces las cosas salen mal.</w:t>
      </w:r>
    </w:p>
    <w:p w14:paraId="385CA024"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Debemos recordar que estamos </w:t>
      </w:r>
      <w:r w:rsidRPr="00387806">
        <w:rPr>
          <w:rFonts w:ascii="Times New Roman" w:eastAsia="Times New Roman" w:hAnsi="Times New Roman" w:cs="Times New Roman"/>
          <w:b/>
          <w:bCs/>
          <w:color w:val="auto"/>
          <w:sz w:val="24"/>
          <w:szCs w:val="24"/>
        </w:rPr>
        <w:t>honrando y protegiendo a la persona, a nuestro par</w:t>
      </w:r>
      <w:r w:rsidRPr="00387806">
        <w:rPr>
          <w:rFonts w:ascii="Times New Roman" w:eastAsia="Times New Roman" w:hAnsi="Times New Roman" w:cs="Times New Roman"/>
          <w:color w:val="auto"/>
          <w:sz w:val="24"/>
          <w:szCs w:val="24"/>
        </w:rPr>
        <w:t>, mientras atraviesa esta situación.</w:t>
      </w:r>
    </w:p>
    <w:p w14:paraId="5478599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La seguridad es lo primero, pero sin imponer más restricciones de las necesarias.</w:t>
      </w:r>
    </w:p>
    <w:p w14:paraId="2812183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Cuando sea posible, comuniquen claramente sus propios límites.</w:t>
      </w:r>
    </w:p>
    <w:p w14:paraId="5938342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Asegúrense de que la persona comprenda que ustedes están allí con ella.</w:t>
      </w:r>
    </w:p>
    <w:p w14:paraId="5C356FC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 xml:space="preserve">Si existe un problema de seguridad, lo abordamos </w:t>
      </w:r>
      <w:r w:rsidRPr="00387806">
        <w:rPr>
          <w:rFonts w:ascii="Times New Roman" w:eastAsia="Times New Roman" w:hAnsi="Times New Roman" w:cs="Times New Roman"/>
          <w:b/>
          <w:bCs/>
          <w:color w:val="auto"/>
          <w:sz w:val="24"/>
          <w:szCs w:val="24"/>
        </w:rPr>
        <w:t>juntos</w:t>
      </w:r>
      <w:r w:rsidRPr="00387806">
        <w:rPr>
          <w:rFonts w:ascii="Times New Roman" w:eastAsia="Times New Roman" w:hAnsi="Times New Roman" w:cs="Times New Roman"/>
          <w:color w:val="auto"/>
          <w:sz w:val="24"/>
          <w:szCs w:val="24"/>
        </w:rPr>
        <w:t>.</w:t>
      </w:r>
    </w:p>
    <w:p w14:paraId="090E9E5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Podemos detenernos.</w:t>
      </w:r>
    </w:p>
    <w:p w14:paraId="10DDDA3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Podemos tomar descansos.</w:t>
      </w:r>
    </w:p>
    <w:p w14:paraId="2A08F23B"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Podemos decir:</w:t>
      </w:r>
    </w:p>
    <w:p w14:paraId="34418625"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"Quiero continuar apoyándote, y estoy dispuesta a permanecer contigo y atravesar esto juntos."</w:t>
      </w:r>
    </w:p>
    <w:p w14:paraId="50C40292"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Pidamos ayuda y apoyo para nosotros mismos y para el consumidor cuando sea necesario.</w:t>
      </w:r>
    </w:p>
    <w:p w14:paraId="0AA37FAC"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Debemos recordar que esto puede ser realmente difícil.</w:t>
      </w:r>
    </w:p>
    <w:p w14:paraId="3D659ACA"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Tenemos que mantenernos fieles a nosotros mismos para poder mantenernos fieles a la persona.</w:t>
      </w:r>
    </w:p>
    <w:p w14:paraId="7DEFFEC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Si dicen:</w:t>
      </w:r>
    </w:p>
    <w:p w14:paraId="7B0E6931"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"Tomemos cinco minutos."</w:t>
      </w:r>
    </w:p>
    <w:p w14:paraId="72E66686"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Entonces realmente tómense esos cinco minutos.</w:t>
      </w:r>
    </w:p>
    <w:p w14:paraId="0BF807E9"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color w:val="auto"/>
          <w:sz w:val="24"/>
          <w:szCs w:val="24"/>
        </w:rPr>
        <w:t>Y después regresen.</w:t>
      </w:r>
    </w:p>
    <w:p w14:paraId="45543868" w14:textId="77777777" w:rsidR="00387806" w:rsidRPr="00387806" w:rsidRDefault="00387806" w:rsidP="00387806">
      <w:pPr>
        <w:spacing w:before="100" w:beforeAutospacing="1" w:after="100" w:afterAutospacing="1" w:line="240" w:lineRule="auto"/>
        <w:rPr>
          <w:rFonts w:ascii="Times New Roman" w:eastAsia="Times New Roman" w:hAnsi="Times New Roman" w:cs="Times New Roman"/>
          <w:color w:val="auto"/>
          <w:sz w:val="24"/>
          <w:szCs w:val="24"/>
        </w:rPr>
      </w:pPr>
      <w:r w:rsidRPr="00387806">
        <w:rPr>
          <w:rFonts w:ascii="Times New Roman" w:eastAsia="Times New Roman" w:hAnsi="Times New Roman" w:cs="Times New Roman"/>
          <w:b/>
          <w:bCs/>
          <w:color w:val="auto"/>
          <w:sz w:val="24"/>
          <w:szCs w:val="24"/>
        </w:rPr>
        <w:t>No dejen a la persona esperando sin saber qué ocurrirá.</w:t>
      </w:r>
      <w:r w:rsidRPr="00387806">
        <w:rPr>
          <w:rFonts w:ascii="Times New Roman" w:eastAsia="Times New Roman" w:hAnsi="Times New Roman" w:cs="Times New Roman"/>
          <w:color w:val="auto"/>
          <w:sz w:val="24"/>
          <w:szCs w:val="24"/>
        </w:rPr>
        <w:t xml:space="preserve"> </w:t>
      </w:r>
    </w:p>
    <w:p w14:paraId="047DB81E"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Desescalada, elección informada y contacto con las fuerzas del orden</w:t>
      </w:r>
    </w:p>
    <w:p w14:paraId="660D0BA5" w14:textId="77777777" w:rsidR="005B4456" w:rsidRPr="005B4456" w:rsidRDefault="005B4456" w:rsidP="005B445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5B4456">
        <w:rPr>
          <w:rFonts w:ascii="Times New Roman" w:eastAsia="Times New Roman" w:hAnsi="Times New Roman" w:cs="Times New Roman"/>
          <w:b/>
          <w:bCs/>
          <w:color w:val="auto"/>
          <w:sz w:val="27"/>
          <w:szCs w:val="27"/>
        </w:rPr>
        <w:t>MISTY DION:</w:t>
      </w:r>
    </w:p>
    <w:p w14:paraId="1D84B45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Desescalada, elección informada y contacto con las fuerzas del orden.</w:t>
      </w:r>
    </w:p>
    <w:p w14:paraId="07079A65"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Primero debemos </w:t>
      </w:r>
      <w:r w:rsidRPr="005B4456">
        <w:rPr>
          <w:rFonts w:ascii="Times New Roman" w:eastAsia="Times New Roman" w:hAnsi="Times New Roman" w:cs="Times New Roman"/>
          <w:b/>
          <w:bCs/>
          <w:color w:val="auto"/>
          <w:sz w:val="24"/>
          <w:szCs w:val="24"/>
        </w:rPr>
        <w:t>centrar a la persona y recordar la seguridad</w:t>
      </w:r>
      <w:r w:rsidRPr="005B4456">
        <w:rPr>
          <w:rFonts w:ascii="Times New Roman" w:eastAsia="Times New Roman" w:hAnsi="Times New Roman" w:cs="Times New Roman"/>
          <w:color w:val="auto"/>
          <w:sz w:val="24"/>
          <w:szCs w:val="24"/>
        </w:rPr>
        <w:t>.</w:t>
      </w:r>
    </w:p>
    <w:p w14:paraId="49BAC2E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lastRenderedPageBreak/>
        <w:t>Pero también debemos recordar nuestra función dentro del movimiento de Vida Independiente.</w:t>
      </w:r>
    </w:p>
    <w:p w14:paraId="1CD4B45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Tenemos que respetar:</w:t>
      </w:r>
    </w:p>
    <w:p w14:paraId="2717814A" w14:textId="77777777" w:rsidR="005B4456" w:rsidRPr="005B4456" w:rsidRDefault="005B4456">
      <w:pPr>
        <w:numPr>
          <w:ilvl w:val="0"/>
          <w:numId w:val="45"/>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La autonomía de la persona. </w:t>
      </w:r>
    </w:p>
    <w:p w14:paraId="4BC7CE3F" w14:textId="77777777" w:rsidR="005B4456" w:rsidRPr="005B4456" w:rsidRDefault="005B4456">
      <w:pPr>
        <w:numPr>
          <w:ilvl w:val="0"/>
          <w:numId w:val="45"/>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Su control. </w:t>
      </w:r>
    </w:p>
    <w:p w14:paraId="4B4022F9" w14:textId="77777777" w:rsidR="005B4456" w:rsidRPr="005B4456" w:rsidRDefault="005B4456">
      <w:pPr>
        <w:numPr>
          <w:ilvl w:val="0"/>
          <w:numId w:val="45"/>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Su autodeterminación. </w:t>
      </w:r>
    </w:p>
    <w:p w14:paraId="768A8D5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Debemos considerar primero los </w:t>
      </w:r>
      <w:r w:rsidRPr="005B4456">
        <w:rPr>
          <w:rFonts w:ascii="Times New Roman" w:eastAsia="Times New Roman" w:hAnsi="Times New Roman" w:cs="Times New Roman"/>
          <w:b/>
          <w:bCs/>
          <w:color w:val="auto"/>
          <w:sz w:val="24"/>
          <w:szCs w:val="24"/>
        </w:rPr>
        <w:t>apoyos alternativos</w:t>
      </w:r>
      <w:r w:rsidRPr="005B4456">
        <w:rPr>
          <w:rFonts w:ascii="Times New Roman" w:eastAsia="Times New Roman" w:hAnsi="Times New Roman" w:cs="Times New Roman"/>
          <w:color w:val="auto"/>
          <w:sz w:val="24"/>
          <w:szCs w:val="24"/>
        </w:rPr>
        <w:t xml:space="preserve"> antes de involucrar a las fuerzas del orden.</w:t>
      </w:r>
    </w:p>
    <w:p w14:paraId="3C5DF9A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Asegurémonos de mantener esa conversación con la persona.</w:t>
      </w:r>
    </w:p>
    <w:p w14:paraId="7C3E956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Asegurémonos de que comprenda cómo sería apoyarla y proteger su bienestar emocional.</w:t>
      </w:r>
    </w:p>
    <w:p w14:paraId="07F5F97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Esto se aplica tanto a nuestra gente como a nosotros mismos.</w:t>
      </w:r>
    </w:p>
    <w:p w14:paraId="02711A70"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Tenemos que resistir el impulso de involucrar automáticamente a un sistema de respuesta.</w:t>
      </w:r>
    </w:p>
    <w:p w14:paraId="480FEEFD"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Debemos avanzar hacia un apoyo </w:t>
      </w:r>
      <w:r w:rsidRPr="005B4456">
        <w:rPr>
          <w:rFonts w:ascii="Times New Roman" w:eastAsia="Times New Roman" w:hAnsi="Times New Roman" w:cs="Times New Roman"/>
          <w:b/>
          <w:bCs/>
          <w:color w:val="auto"/>
          <w:sz w:val="24"/>
          <w:szCs w:val="24"/>
        </w:rPr>
        <w:t>individualizado y voluntario</w:t>
      </w:r>
      <w:r w:rsidRPr="005B4456">
        <w:rPr>
          <w:rFonts w:ascii="Times New Roman" w:eastAsia="Times New Roman" w:hAnsi="Times New Roman" w:cs="Times New Roman"/>
          <w:color w:val="auto"/>
          <w:sz w:val="24"/>
          <w:szCs w:val="24"/>
        </w:rPr>
        <w:t>.</w:t>
      </w:r>
    </w:p>
    <w:p w14:paraId="2650318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Porque es dentro de ese apoyo voluntario donde comienzan la verdadera confianza y el verdadero trabajo.</w:t>
      </w:r>
    </w:p>
    <w:p w14:paraId="6D8831A6"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Estamos viviendo la vida junto </w:t>
      </w:r>
      <w:proofErr w:type="gramStart"/>
      <w:r w:rsidRPr="005B4456">
        <w:rPr>
          <w:rFonts w:ascii="Times New Roman" w:eastAsia="Times New Roman" w:hAnsi="Times New Roman" w:cs="Times New Roman"/>
          <w:color w:val="auto"/>
          <w:sz w:val="24"/>
          <w:szCs w:val="24"/>
        </w:rPr>
        <w:t>con</w:t>
      </w:r>
      <w:proofErr w:type="gramEnd"/>
      <w:r w:rsidRPr="005B4456">
        <w:rPr>
          <w:rFonts w:ascii="Times New Roman" w:eastAsia="Times New Roman" w:hAnsi="Times New Roman" w:cs="Times New Roman"/>
          <w:color w:val="auto"/>
          <w:sz w:val="24"/>
          <w:szCs w:val="24"/>
        </w:rPr>
        <w:t xml:space="preserve"> las personas y experimentando la situación con ellas, en lugar de verla como "su problema" y simplemente llamar </w:t>
      </w:r>
      <w:proofErr w:type="gramStart"/>
      <w:r w:rsidRPr="005B4456">
        <w:rPr>
          <w:rFonts w:ascii="Times New Roman" w:eastAsia="Times New Roman" w:hAnsi="Times New Roman" w:cs="Times New Roman"/>
          <w:color w:val="auto"/>
          <w:sz w:val="24"/>
          <w:szCs w:val="24"/>
        </w:rPr>
        <w:t>a</w:t>
      </w:r>
      <w:proofErr w:type="gramEnd"/>
      <w:r w:rsidRPr="005B4456">
        <w:rPr>
          <w:rFonts w:ascii="Times New Roman" w:eastAsia="Times New Roman" w:hAnsi="Times New Roman" w:cs="Times New Roman"/>
          <w:color w:val="auto"/>
          <w:sz w:val="24"/>
          <w:szCs w:val="24"/>
        </w:rPr>
        <w:t xml:space="preserve"> otra persona para que intervenga.</w:t>
      </w:r>
    </w:p>
    <w:p w14:paraId="1CE59CF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Te dejaré terminar esa parte, KK.</w:t>
      </w:r>
    </w:p>
    <w:p w14:paraId="2FC2E2A1"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Para mí, ahí es donde también podría comenzar </w:t>
      </w:r>
      <w:proofErr w:type="gramStart"/>
      <w:r w:rsidRPr="005B4456">
        <w:rPr>
          <w:rFonts w:ascii="Times New Roman" w:eastAsia="Times New Roman" w:hAnsi="Times New Roman" w:cs="Times New Roman"/>
          <w:color w:val="auto"/>
          <w:sz w:val="24"/>
          <w:szCs w:val="24"/>
        </w:rPr>
        <w:t>a</w:t>
      </w:r>
      <w:proofErr w:type="gramEnd"/>
      <w:r w:rsidRPr="005B4456">
        <w:rPr>
          <w:rFonts w:ascii="Times New Roman" w:eastAsia="Times New Roman" w:hAnsi="Times New Roman" w:cs="Times New Roman"/>
          <w:color w:val="auto"/>
          <w:sz w:val="24"/>
          <w:szCs w:val="24"/>
        </w:rPr>
        <w:t xml:space="preserve"> aparecer la tutela.</w:t>
      </w:r>
    </w:p>
    <w:p w14:paraId="627D17D9"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4BC525B5">
          <v:rect id="_x0000_i1113" style="width:0;height:1.5pt" o:hralign="center" o:hrstd="t" o:hr="t" fillcolor="#a0a0a0" stroked="f"/>
        </w:pict>
      </w:r>
    </w:p>
    <w:p w14:paraId="7408C61B" w14:textId="77777777" w:rsidR="005B4456" w:rsidRPr="005B4456" w:rsidRDefault="005B4456" w:rsidP="005B445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5B4456">
        <w:rPr>
          <w:rFonts w:ascii="Times New Roman" w:eastAsia="Times New Roman" w:hAnsi="Times New Roman" w:cs="Times New Roman"/>
          <w:b/>
          <w:bCs/>
          <w:color w:val="auto"/>
          <w:sz w:val="27"/>
          <w:szCs w:val="27"/>
        </w:rPr>
        <w:t>KRISTINA KAPP (KK):</w:t>
      </w:r>
    </w:p>
    <w:p w14:paraId="0FA4F7B1"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Misty está dando exactamente en el clavo.</w:t>
      </w:r>
    </w:p>
    <w:p w14:paraId="46BEFAC5"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Muchas veces </w:t>
      </w:r>
      <w:r w:rsidRPr="005B4456">
        <w:rPr>
          <w:rFonts w:ascii="Times New Roman" w:eastAsia="Times New Roman" w:hAnsi="Times New Roman" w:cs="Times New Roman"/>
          <w:b/>
          <w:bCs/>
          <w:color w:val="auto"/>
          <w:sz w:val="24"/>
          <w:szCs w:val="24"/>
        </w:rPr>
        <w:t>nosotros somos quienes nos sentimos incómodos</w:t>
      </w:r>
      <w:r w:rsidRPr="005B4456">
        <w:rPr>
          <w:rFonts w:ascii="Times New Roman" w:eastAsia="Times New Roman" w:hAnsi="Times New Roman" w:cs="Times New Roman"/>
          <w:color w:val="auto"/>
          <w:sz w:val="24"/>
          <w:szCs w:val="24"/>
        </w:rPr>
        <w:t>.</w:t>
      </w:r>
    </w:p>
    <w:p w14:paraId="27A73D9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Existe esa reacción automática ante la incomodidad que nos hace alejarnos.</w:t>
      </w:r>
    </w:p>
    <w:p w14:paraId="55F3BF5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Consideren, en cambio, acercarse </w:t>
      </w:r>
      <w:proofErr w:type="gramStart"/>
      <w:r w:rsidRPr="005B4456">
        <w:rPr>
          <w:rFonts w:ascii="Times New Roman" w:eastAsia="Times New Roman" w:hAnsi="Times New Roman" w:cs="Times New Roman"/>
          <w:color w:val="auto"/>
          <w:sz w:val="24"/>
          <w:szCs w:val="24"/>
        </w:rPr>
        <w:t>a</w:t>
      </w:r>
      <w:proofErr w:type="gramEnd"/>
      <w:r w:rsidRPr="005B4456">
        <w:rPr>
          <w:rFonts w:ascii="Times New Roman" w:eastAsia="Times New Roman" w:hAnsi="Times New Roman" w:cs="Times New Roman"/>
          <w:color w:val="auto"/>
          <w:sz w:val="24"/>
          <w:szCs w:val="24"/>
        </w:rPr>
        <w:t xml:space="preserve"> esa incomodidad y permanecer dentro de ella junto </w:t>
      </w:r>
      <w:proofErr w:type="gramStart"/>
      <w:r w:rsidRPr="005B4456">
        <w:rPr>
          <w:rFonts w:ascii="Times New Roman" w:eastAsia="Times New Roman" w:hAnsi="Times New Roman" w:cs="Times New Roman"/>
          <w:color w:val="auto"/>
          <w:sz w:val="24"/>
          <w:szCs w:val="24"/>
        </w:rPr>
        <w:t>con</w:t>
      </w:r>
      <w:proofErr w:type="gramEnd"/>
      <w:r w:rsidRPr="005B4456">
        <w:rPr>
          <w:rFonts w:ascii="Times New Roman" w:eastAsia="Times New Roman" w:hAnsi="Times New Roman" w:cs="Times New Roman"/>
          <w:color w:val="auto"/>
          <w:sz w:val="24"/>
          <w:szCs w:val="24"/>
        </w:rPr>
        <w:t xml:space="preserve"> la persona mientras navega por lo que está ocurriendo.</w:t>
      </w:r>
    </w:p>
    <w:p w14:paraId="03018BB6"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Con demasiada frecuencia asumimos automáticamente el control y eliminamos la capacidad de elección.</w:t>
      </w:r>
    </w:p>
    <w:p w14:paraId="6D5983A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En lugar de eso, podemos ser muy claros.</w:t>
      </w:r>
    </w:p>
    <w:p w14:paraId="1E1D9DC1"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lastRenderedPageBreak/>
        <w:t>Si hemos llegado a un punto determinado y escuchamos que la persona dice que no se siente segura, podemos decir:</w:t>
      </w:r>
    </w:p>
    <w:p w14:paraId="7139C31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"Creo que necesitamos hablar sobre que tú hagas esa llamada mientras yo permanezco aquí para apoyarte."</w:t>
      </w:r>
    </w:p>
    <w:p w14:paraId="4FFF0CB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Pero sigue siendo </w:t>
      </w:r>
      <w:r w:rsidRPr="005B4456">
        <w:rPr>
          <w:rFonts w:ascii="Times New Roman" w:eastAsia="Times New Roman" w:hAnsi="Times New Roman" w:cs="Times New Roman"/>
          <w:b/>
          <w:bCs/>
          <w:color w:val="auto"/>
          <w:sz w:val="24"/>
          <w:szCs w:val="24"/>
        </w:rPr>
        <w:t>la persona quien realiza la acción</w:t>
      </w:r>
      <w:r w:rsidRPr="005B4456">
        <w:rPr>
          <w:rFonts w:ascii="Times New Roman" w:eastAsia="Times New Roman" w:hAnsi="Times New Roman" w:cs="Times New Roman"/>
          <w:color w:val="auto"/>
          <w:sz w:val="24"/>
          <w:szCs w:val="24"/>
        </w:rPr>
        <w:t>.</w:t>
      </w:r>
    </w:p>
    <w:p w14:paraId="0698D3B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No nosotros.</w:t>
      </w:r>
    </w:p>
    <w:p w14:paraId="2FFF6654"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Porque si rompemos esa confianza y ocurre una intervención, existe una posibilidad muy real de que no volvamos a ver </w:t>
      </w:r>
      <w:proofErr w:type="gramStart"/>
      <w:r w:rsidRPr="005B4456">
        <w:rPr>
          <w:rFonts w:ascii="Times New Roman" w:eastAsia="Times New Roman" w:hAnsi="Times New Roman" w:cs="Times New Roman"/>
          <w:color w:val="auto"/>
          <w:sz w:val="24"/>
          <w:szCs w:val="24"/>
        </w:rPr>
        <w:t>a</w:t>
      </w:r>
      <w:proofErr w:type="gramEnd"/>
      <w:r w:rsidRPr="005B4456">
        <w:rPr>
          <w:rFonts w:ascii="Times New Roman" w:eastAsia="Times New Roman" w:hAnsi="Times New Roman" w:cs="Times New Roman"/>
          <w:color w:val="auto"/>
          <w:sz w:val="24"/>
          <w:szCs w:val="24"/>
        </w:rPr>
        <w:t xml:space="preserve"> esa persona.</w:t>
      </w:r>
    </w:p>
    <w:p w14:paraId="7405839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Esa es una de las partes realmente difíciles de todo esto.</w:t>
      </w:r>
    </w:p>
    <w:p w14:paraId="129671A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Cuando se realizan intervenciones, puede resultar extremadamente difícil incluso navegar por lo que ocurre después y por el lugar al que trasladan a la persona.</w:t>
      </w:r>
    </w:p>
    <w:p w14:paraId="3093E5A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Hay muchísimo detrás de eso.</w:t>
      </w:r>
    </w:p>
    <w:p w14:paraId="34DEB99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Por eso debemos honrar a la persona.</w:t>
      </w:r>
    </w:p>
    <w:p w14:paraId="5F81F7D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Pregunten directamente:</w:t>
      </w:r>
    </w:p>
    <w:p w14:paraId="180D0EB4" w14:textId="77777777" w:rsidR="005B4456" w:rsidRPr="005B4456" w:rsidRDefault="005B4456">
      <w:pPr>
        <w:numPr>
          <w:ilvl w:val="0"/>
          <w:numId w:val="46"/>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¿Qué necesitas? </w:t>
      </w:r>
    </w:p>
    <w:p w14:paraId="47F9D9F2" w14:textId="77777777" w:rsidR="005B4456" w:rsidRPr="005B4456" w:rsidRDefault="005B4456">
      <w:pPr>
        <w:numPr>
          <w:ilvl w:val="0"/>
          <w:numId w:val="46"/>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¿Qué podrías necesitar? </w:t>
      </w:r>
    </w:p>
    <w:p w14:paraId="572AE87D" w14:textId="77777777" w:rsidR="005B4456" w:rsidRPr="005B4456" w:rsidRDefault="005B4456">
      <w:pPr>
        <w:numPr>
          <w:ilvl w:val="0"/>
          <w:numId w:val="46"/>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¿Qué quieres? </w:t>
      </w:r>
    </w:p>
    <w:p w14:paraId="2425D981" w14:textId="77777777" w:rsidR="005B4456" w:rsidRPr="005B4456" w:rsidRDefault="005B4456">
      <w:pPr>
        <w:numPr>
          <w:ilvl w:val="0"/>
          <w:numId w:val="46"/>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¿Cuáles son las mejores estrategias para ti cuando te sientes de esta manera? </w:t>
      </w:r>
    </w:p>
    <w:p w14:paraId="5B15F86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Como ya dije, cada uno de nosotros es experto en su propia experiencia de vida.</w:t>
      </w:r>
    </w:p>
    <w:p w14:paraId="74E6D596"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Y se sorprenderían de cómo, en ocasiones, las cosas más pequeñas pueden marcar una gran diferencia. </w:t>
      </w:r>
    </w:p>
    <w:p w14:paraId="569CE3B6"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65446AD1">
          <v:rect id="_x0000_i1114" style="width:0;height:1.5pt" o:hralign="center" o:hrstd="t" o:hr="t" fillcolor="#a0a0a0" stroked="f"/>
        </w:pict>
      </w:r>
    </w:p>
    <w:p w14:paraId="5BD89FA6"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Identificar las necesidades inmediatas y evitar las suposiciones</w:t>
      </w:r>
    </w:p>
    <w:p w14:paraId="207177AD"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Identifiquen cualquier necesidad inmediata del consumidor.</w:t>
      </w:r>
    </w:p>
    <w:p w14:paraId="3C08EF8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Comprueben si existen preocupaciones reales y específicas en ese momento.</w:t>
      </w:r>
    </w:p>
    <w:p w14:paraId="3DDAEDE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Pregúntense:</w:t>
      </w:r>
    </w:p>
    <w:p w14:paraId="12E5B686"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"¿Estoy verdaderamente presente en este momento o estoy basándome en suposiciones?"</w:t>
      </w:r>
    </w:p>
    <w:p w14:paraId="1197F2F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lastRenderedPageBreak/>
        <w:t>Por ejemplo, que una persona diga:</w:t>
      </w:r>
    </w:p>
    <w:p w14:paraId="0D50E817"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"Ya no quiero estar aquí."</w:t>
      </w:r>
    </w:p>
    <w:p w14:paraId="73E48595"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no significa automáticamente que exista riesgo de autolesión.</w:t>
      </w:r>
    </w:p>
    <w:p w14:paraId="20E58D0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Tenemos que ser conscientes de que pueden decirse muchas cosas desde la emoción y que esas expresiones pueden ser utilizadas —y de hecho son utilizadas— en nuestra contra.</w:t>
      </w:r>
    </w:p>
    <w:p w14:paraId="2161298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No supongan. Pregunten.</w:t>
      </w:r>
    </w:p>
    <w:p w14:paraId="2782F8E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Este es un punto enorme.</w:t>
      </w:r>
    </w:p>
    <w:p w14:paraId="6693C674"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Creo que no hemos hablado lo suficiente sobre esto.</w:t>
      </w:r>
    </w:p>
    <w:p w14:paraId="4E3138BD"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0CC2BA82">
          <v:rect id="_x0000_i1115" style="width:0;height:1.5pt" o:hralign="center" o:hrstd="t" o:hr="t" fillcolor="#a0a0a0" stroked="f"/>
        </w:pict>
      </w:r>
    </w:p>
    <w:p w14:paraId="515A9A61"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Priorizar apoyos alternativos</w:t>
      </w:r>
    </w:p>
    <w:p w14:paraId="1BE14E6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Cuando hablamos de desescalada, elección informada y contacto con las fuerzas del orden, debemos priorizar los </w:t>
      </w:r>
      <w:r w:rsidRPr="005B4456">
        <w:rPr>
          <w:rFonts w:ascii="Times New Roman" w:eastAsia="Times New Roman" w:hAnsi="Times New Roman" w:cs="Times New Roman"/>
          <w:b/>
          <w:bCs/>
          <w:color w:val="auto"/>
          <w:sz w:val="24"/>
          <w:szCs w:val="24"/>
        </w:rPr>
        <w:t>apoyos alternativos</w:t>
      </w:r>
      <w:r w:rsidRPr="005B4456">
        <w:rPr>
          <w:rFonts w:ascii="Times New Roman" w:eastAsia="Times New Roman" w:hAnsi="Times New Roman" w:cs="Times New Roman"/>
          <w:color w:val="auto"/>
          <w:sz w:val="24"/>
          <w:szCs w:val="24"/>
        </w:rPr>
        <w:t>.</w:t>
      </w:r>
    </w:p>
    <w:p w14:paraId="2D89DD7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¿Saben cuáles existen dentro de su propia comunidad?</w:t>
      </w:r>
    </w:p>
    <w:p w14:paraId="1D014D4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¿Saben cómo es un servicio de </w:t>
      </w:r>
      <w:r w:rsidRPr="005B4456">
        <w:rPr>
          <w:rFonts w:ascii="Times New Roman" w:eastAsia="Times New Roman" w:hAnsi="Times New Roman" w:cs="Times New Roman"/>
          <w:b/>
          <w:bCs/>
          <w:color w:val="auto"/>
          <w:sz w:val="24"/>
          <w:szCs w:val="24"/>
        </w:rPr>
        <w:t>relevo entre pares (peer respite)</w:t>
      </w:r>
      <w:r w:rsidRPr="005B4456">
        <w:rPr>
          <w:rFonts w:ascii="Times New Roman" w:eastAsia="Times New Roman" w:hAnsi="Times New Roman" w:cs="Times New Roman"/>
          <w:color w:val="auto"/>
          <w:sz w:val="24"/>
          <w:szCs w:val="24"/>
        </w:rPr>
        <w:t>?</w:t>
      </w:r>
    </w:p>
    <w:p w14:paraId="55FFA2F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¿Existen </w:t>
      </w:r>
      <w:r w:rsidRPr="005B4456">
        <w:rPr>
          <w:rFonts w:ascii="Times New Roman" w:eastAsia="Times New Roman" w:hAnsi="Times New Roman" w:cs="Times New Roman"/>
          <w:b/>
          <w:bCs/>
          <w:color w:val="auto"/>
          <w:sz w:val="24"/>
          <w:szCs w:val="24"/>
        </w:rPr>
        <w:t>líneas cálidas de apoyo entre pares (peer warmlines)</w:t>
      </w:r>
      <w:r w:rsidRPr="005B4456">
        <w:rPr>
          <w:rFonts w:ascii="Times New Roman" w:eastAsia="Times New Roman" w:hAnsi="Times New Roman" w:cs="Times New Roman"/>
          <w:color w:val="auto"/>
          <w:sz w:val="24"/>
          <w:szCs w:val="24"/>
        </w:rPr>
        <w:t>?</w:t>
      </w:r>
    </w:p>
    <w:p w14:paraId="4B1AF02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 nuestra función y nuestra responsabilidad mantenernos informados.</w:t>
      </w:r>
    </w:p>
    <w:p w14:paraId="637D25D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Exploren los apoyos comunitarios.</w:t>
      </w:r>
    </w:p>
    <w:p w14:paraId="5321C97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Utilicen técnicas como centrarse.</w:t>
      </w:r>
    </w:p>
    <w:p w14:paraId="523A35E4"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También pueden recurrir </w:t>
      </w:r>
      <w:proofErr w:type="gramStart"/>
      <w:r w:rsidRPr="005B4456">
        <w:rPr>
          <w:rFonts w:ascii="Times New Roman" w:eastAsia="Times New Roman" w:hAnsi="Times New Roman" w:cs="Times New Roman"/>
          <w:color w:val="auto"/>
          <w:sz w:val="24"/>
          <w:szCs w:val="24"/>
        </w:rPr>
        <w:t>a</w:t>
      </w:r>
      <w:proofErr w:type="gramEnd"/>
      <w:r w:rsidRPr="005B4456">
        <w:rPr>
          <w:rFonts w:ascii="Times New Roman" w:eastAsia="Times New Roman" w:hAnsi="Times New Roman" w:cs="Times New Roman"/>
          <w:color w:val="auto"/>
          <w:sz w:val="24"/>
          <w:szCs w:val="24"/>
        </w:rPr>
        <w:t xml:space="preserve"> aliados de confianza dentro de otras organizaciones.</w:t>
      </w:r>
    </w:p>
    <w:p w14:paraId="1E324200"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Esto es realmente importante porque con demasiada frecuencia damos un salto enorme directamente hacia una respuesta de crisis mediante el </w:t>
      </w:r>
      <w:r w:rsidRPr="005B4456">
        <w:rPr>
          <w:rFonts w:ascii="Times New Roman" w:eastAsia="Times New Roman" w:hAnsi="Times New Roman" w:cs="Times New Roman"/>
          <w:b/>
          <w:bCs/>
          <w:color w:val="auto"/>
          <w:sz w:val="24"/>
          <w:szCs w:val="24"/>
        </w:rPr>
        <w:t>988</w:t>
      </w:r>
      <w:r w:rsidRPr="005B4456">
        <w:rPr>
          <w:rFonts w:ascii="Times New Roman" w:eastAsia="Times New Roman" w:hAnsi="Times New Roman" w:cs="Times New Roman"/>
          <w:color w:val="auto"/>
          <w:sz w:val="24"/>
          <w:szCs w:val="24"/>
        </w:rPr>
        <w:t>.</w:t>
      </w:r>
    </w:p>
    <w:p w14:paraId="091AA922"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2579B3E4">
          <v:rect id="_x0000_i1116" style="width:0;height:1.5pt" o:hralign="center" o:hrstd="t" o:hr="t" fillcolor="#a0a0a0" stroked="f"/>
        </w:pict>
      </w:r>
    </w:p>
    <w:p w14:paraId="5ED73A7E"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Evaluar el impacto</w:t>
      </w:r>
    </w:p>
    <w:p w14:paraId="01EBD60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Evalúen el impacto.</w:t>
      </w:r>
    </w:p>
    <w:p w14:paraId="4F7DC33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Consideren cómo una intervención de las fuerzas del orden podría afectar negativamente a una persona debido a:</w:t>
      </w:r>
    </w:p>
    <w:p w14:paraId="26B739E7" w14:textId="77777777" w:rsidR="005B4456" w:rsidRPr="005B4456" w:rsidRDefault="005B4456">
      <w:pPr>
        <w:numPr>
          <w:ilvl w:val="0"/>
          <w:numId w:val="47"/>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lastRenderedPageBreak/>
        <w:t xml:space="preserve">Su discapacidad. </w:t>
      </w:r>
    </w:p>
    <w:p w14:paraId="5E351561" w14:textId="77777777" w:rsidR="005B4456" w:rsidRPr="005B4456" w:rsidRDefault="005B4456">
      <w:pPr>
        <w:numPr>
          <w:ilvl w:val="0"/>
          <w:numId w:val="47"/>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Su trauma. </w:t>
      </w:r>
    </w:p>
    <w:p w14:paraId="35820880" w14:textId="77777777" w:rsidR="005B4456" w:rsidRPr="005B4456" w:rsidRDefault="005B4456">
      <w:pPr>
        <w:numPr>
          <w:ilvl w:val="0"/>
          <w:numId w:val="47"/>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Su idioma. </w:t>
      </w:r>
    </w:p>
    <w:p w14:paraId="588CDD4E" w14:textId="77777777" w:rsidR="005B4456" w:rsidRPr="005B4456" w:rsidRDefault="005B4456">
      <w:pPr>
        <w:numPr>
          <w:ilvl w:val="0"/>
          <w:numId w:val="47"/>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Otras identidades. </w:t>
      </w:r>
    </w:p>
    <w:p w14:paraId="2F12EC21" w14:textId="77777777" w:rsidR="005B4456" w:rsidRPr="005B4456" w:rsidRDefault="005B4456">
      <w:pPr>
        <w:numPr>
          <w:ilvl w:val="0"/>
          <w:numId w:val="47"/>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Sus interseccionalidades. </w:t>
      </w:r>
    </w:p>
    <w:p w14:paraId="03F96BF5"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Todo ello puede producir daños reales dentro de los sistemas impulsados por sesgos.</w:t>
      </w:r>
    </w:p>
    <w:p w14:paraId="12AF51CD"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Quiero detenerme brevemente aquí porque precisamente por eso este tema es tan importante.</w:t>
      </w:r>
    </w:p>
    <w:p w14:paraId="6AE1D6F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Creo que muchas veces no hemos considerado suficientemente el riesgo que puede representar esa interacción.</w:t>
      </w:r>
    </w:p>
    <w:p w14:paraId="7501F74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Quizá porque resulta incómodo.</w:t>
      </w:r>
    </w:p>
    <w:p w14:paraId="6779898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Pero si realmente vamos a ser honestos y auténticos, creo que ha llegado el momento de hablar transparentemente sobre estas situaciones cotidianas. </w:t>
      </w:r>
    </w:p>
    <w:p w14:paraId="3C9D2B26"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48F7012D">
          <v:rect id="_x0000_i1117" style="width:0;height:1.5pt" o:hralign="center" o:hrstd="t" o:hr="t" fillcolor="#a0a0a0" stroked="f"/>
        </w:pict>
      </w:r>
    </w:p>
    <w:p w14:paraId="748D325C"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Desescalada, elección informada y dignidad del riesgo</w:t>
      </w:r>
    </w:p>
    <w:p w14:paraId="67D1E04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Creo que estamos acercándonos al final.</w:t>
      </w:r>
    </w:p>
    <w:p w14:paraId="7996743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Desescalada y elección informada.</w:t>
      </w:r>
    </w:p>
    <w:p w14:paraId="1BF61D95"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Honren la dignidad del riesgo.</w:t>
      </w:r>
    </w:p>
    <w:p w14:paraId="4BD9934D"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Distingan entre una situación que realmente presenta un peligro inmediato y una situación relacionada con la </w:t>
      </w:r>
      <w:r w:rsidRPr="005B4456">
        <w:rPr>
          <w:rFonts w:ascii="Times New Roman" w:eastAsia="Times New Roman" w:hAnsi="Times New Roman" w:cs="Times New Roman"/>
          <w:b/>
          <w:bCs/>
          <w:color w:val="auto"/>
          <w:sz w:val="24"/>
          <w:szCs w:val="24"/>
        </w:rPr>
        <w:t>dignidad del riesgo</w:t>
      </w:r>
      <w:r w:rsidRPr="005B4456">
        <w:rPr>
          <w:rFonts w:ascii="Times New Roman" w:eastAsia="Times New Roman" w:hAnsi="Times New Roman" w:cs="Times New Roman"/>
          <w:color w:val="auto"/>
          <w:sz w:val="24"/>
          <w:szCs w:val="24"/>
        </w:rPr>
        <w:t xml:space="preserve">, donde el par </w:t>
      </w:r>
      <w:proofErr w:type="gramStart"/>
      <w:r w:rsidRPr="005B4456">
        <w:rPr>
          <w:rFonts w:ascii="Times New Roman" w:eastAsia="Times New Roman" w:hAnsi="Times New Roman" w:cs="Times New Roman"/>
          <w:color w:val="auto"/>
          <w:sz w:val="24"/>
          <w:szCs w:val="24"/>
        </w:rPr>
        <w:t>decide</w:t>
      </w:r>
      <w:proofErr w:type="gramEnd"/>
      <w:r w:rsidRPr="005B4456">
        <w:rPr>
          <w:rFonts w:ascii="Times New Roman" w:eastAsia="Times New Roman" w:hAnsi="Times New Roman" w:cs="Times New Roman"/>
          <w:color w:val="auto"/>
          <w:sz w:val="24"/>
          <w:szCs w:val="24"/>
        </w:rPr>
        <w:t>:</w:t>
      </w:r>
    </w:p>
    <w:p w14:paraId="74F4D752" w14:textId="77777777" w:rsidR="005B4456" w:rsidRPr="005B4456" w:rsidRDefault="005B4456">
      <w:pPr>
        <w:numPr>
          <w:ilvl w:val="0"/>
          <w:numId w:val="48"/>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Asumir un riesgo. </w:t>
      </w:r>
    </w:p>
    <w:p w14:paraId="6FF569A2" w14:textId="77777777" w:rsidR="005B4456" w:rsidRPr="005B4456" w:rsidRDefault="005B4456">
      <w:pPr>
        <w:numPr>
          <w:ilvl w:val="0"/>
          <w:numId w:val="48"/>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Manejar una situación de manera diferente a como nosotros lo haríamos. </w:t>
      </w:r>
    </w:p>
    <w:p w14:paraId="34E26E01" w14:textId="77777777" w:rsidR="005B4456" w:rsidRPr="005B4456" w:rsidRDefault="005B4456">
      <w:pPr>
        <w:numPr>
          <w:ilvl w:val="0"/>
          <w:numId w:val="48"/>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Tomar una decisión distinta de la que nosotros recomendaríamos o fomentaríamos. </w:t>
      </w:r>
    </w:p>
    <w:p w14:paraId="6DA2E37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proofErr w:type="gramStart"/>
      <w:r w:rsidRPr="005B4456">
        <w:rPr>
          <w:rFonts w:ascii="Times New Roman" w:eastAsia="Times New Roman" w:hAnsi="Times New Roman" w:cs="Times New Roman"/>
          <w:color w:val="auto"/>
          <w:sz w:val="24"/>
          <w:szCs w:val="24"/>
        </w:rPr>
        <w:t>Y, ¿</w:t>
      </w:r>
      <w:proofErr w:type="gramEnd"/>
      <w:r w:rsidRPr="005B4456">
        <w:rPr>
          <w:rFonts w:ascii="Times New Roman" w:eastAsia="Times New Roman" w:hAnsi="Times New Roman" w:cs="Times New Roman"/>
          <w:color w:val="auto"/>
          <w:sz w:val="24"/>
          <w:szCs w:val="24"/>
        </w:rPr>
        <w:t>saben qué?</w:t>
      </w:r>
    </w:p>
    <w:p w14:paraId="1CFD5AE5"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Tomar una mala decisión sigue siendo un derecho.</w:t>
      </w:r>
    </w:p>
    <w:p w14:paraId="3E94D70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No tenemos que estar de acuerdo con todas las decisiones.</w:t>
      </w:r>
    </w:p>
    <w:p w14:paraId="6F0A57E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Pero las preocupaciones inmediatas de seguridad sí deben abordarse primero.</w:t>
      </w:r>
    </w:p>
    <w:p w14:paraId="7ADBE8E6"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Eso será lo principal que debemos identificar.</w:t>
      </w:r>
    </w:p>
    <w:p w14:paraId="6182BC9C"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46F502E6">
          <v:rect id="_x0000_i1118" style="width:0;height:1.5pt" o:hralign="center" o:hrstd="t" o:hr="t" fillcolor="#a0a0a0" stroked="f"/>
        </w:pict>
      </w:r>
    </w:p>
    <w:p w14:paraId="6F8A8CA7"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lastRenderedPageBreak/>
        <w:t>Definir los límites para una emergencia</w:t>
      </w:r>
    </w:p>
    <w:p w14:paraId="3142D6A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Definan claramente los límites de una emergencia.</w:t>
      </w:r>
    </w:p>
    <w:p w14:paraId="6C31CBC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Limiten la participación de las fuerzas del orden estrictamente a situaciones en las que exista:</w:t>
      </w:r>
    </w:p>
    <w:p w14:paraId="4D62E4C9" w14:textId="77777777" w:rsidR="005B4456" w:rsidRPr="005B4456" w:rsidRDefault="005B4456">
      <w:pPr>
        <w:numPr>
          <w:ilvl w:val="0"/>
          <w:numId w:val="49"/>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Un peligro físico inmediato que amenace la vida. </w:t>
      </w:r>
    </w:p>
    <w:p w14:paraId="65EFD10D" w14:textId="77777777" w:rsidR="005B4456" w:rsidRPr="005B4456" w:rsidRDefault="005B4456">
      <w:pPr>
        <w:numPr>
          <w:ilvl w:val="0"/>
          <w:numId w:val="49"/>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O una obligación organizacional que no deje ninguna otra alternativa. </w:t>
      </w:r>
    </w:p>
    <w:p w14:paraId="3C33DE5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¿Está bien?</w:t>
      </w:r>
    </w:p>
    <w:p w14:paraId="2CE5FB7D"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407D0C71">
          <v:rect id="_x0000_i1119" style="width:0;height:1.5pt" o:hralign="center" o:hrstd="t" o:hr="t" fillcolor="#a0a0a0" stroked="f"/>
        </w:pict>
      </w:r>
    </w:p>
    <w:p w14:paraId="0DEDA741"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Practicar la transparencia radical</w:t>
      </w:r>
    </w:p>
    <w:p w14:paraId="71362EF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Esto es realmente importante.</w:t>
      </w:r>
    </w:p>
    <w:p w14:paraId="46B4CF70"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Aquí volvemos nuevamente a las políticas.</w:t>
      </w:r>
    </w:p>
    <w:p w14:paraId="2186D28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En mi organización tenemos un </w:t>
      </w:r>
      <w:r w:rsidRPr="005B4456">
        <w:rPr>
          <w:rFonts w:ascii="Times New Roman" w:eastAsia="Times New Roman" w:hAnsi="Times New Roman" w:cs="Times New Roman"/>
          <w:b/>
          <w:bCs/>
          <w:color w:val="auto"/>
          <w:sz w:val="24"/>
          <w:szCs w:val="24"/>
        </w:rPr>
        <w:t>paquete de bienvenida</w:t>
      </w:r>
      <w:r w:rsidRPr="005B4456">
        <w:rPr>
          <w:rFonts w:ascii="Times New Roman" w:eastAsia="Times New Roman" w:hAnsi="Times New Roman" w:cs="Times New Roman"/>
          <w:color w:val="auto"/>
          <w:sz w:val="24"/>
          <w:szCs w:val="24"/>
        </w:rPr>
        <w:t>.</w:t>
      </w:r>
    </w:p>
    <w:p w14:paraId="4C4772E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Cuando una persona se comunica con nosotros, recibe ese paquete.</w:t>
      </w:r>
    </w:p>
    <w:p w14:paraId="6C0F533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La transparencia radical comienza desde el principio.</w:t>
      </w:r>
    </w:p>
    <w:p w14:paraId="22F95721"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Las directivas anticipadas y los planes de bienestar hacen algo muy similar dentro del trabajo de Vida Independiente.</w:t>
      </w:r>
    </w:p>
    <w:p w14:paraId="52904C27"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Eso es transparencia radical.</w:t>
      </w:r>
    </w:p>
    <w:p w14:paraId="04C652B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Porque no todos somos </w:t>
      </w:r>
      <w:r w:rsidRPr="005B4456">
        <w:rPr>
          <w:rFonts w:ascii="Times New Roman" w:eastAsia="Times New Roman" w:hAnsi="Times New Roman" w:cs="Times New Roman"/>
          <w:b/>
          <w:bCs/>
          <w:color w:val="auto"/>
          <w:sz w:val="24"/>
          <w:szCs w:val="24"/>
        </w:rPr>
        <w:t>informantes obligatorios (mandatory reporters)</w:t>
      </w:r>
      <w:r w:rsidRPr="005B4456">
        <w:rPr>
          <w:rFonts w:ascii="Times New Roman" w:eastAsia="Times New Roman" w:hAnsi="Times New Roman" w:cs="Times New Roman"/>
          <w:color w:val="auto"/>
          <w:sz w:val="24"/>
          <w:szCs w:val="24"/>
        </w:rPr>
        <w:t>.</w:t>
      </w:r>
    </w:p>
    <w:p w14:paraId="47608C40"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Creo que a veces no nos damos cuenta de eso.</w:t>
      </w:r>
    </w:p>
    <w:p w14:paraId="5DF1558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Si se determina que debe realizarse un informe obligatorio o una llamada a las fuerzas del orden, </w:t>
      </w:r>
      <w:r w:rsidRPr="005B4456">
        <w:rPr>
          <w:rFonts w:ascii="Times New Roman" w:eastAsia="Times New Roman" w:hAnsi="Times New Roman" w:cs="Times New Roman"/>
          <w:b/>
          <w:bCs/>
          <w:color w:val="auto"/>
          <w:sz w:val="24"/>
          <w:szCs w:val="24"/>
        </w:rPr>
        <w:t>informen inmediatamente a su par</w:t>
      </w:r>
      <w:r w:rsidRPr="005B4456">
        <w:rPr>
          <w:rFonts w:ascii="Times New Roman" w:eastAsia="Times New Roman" w:hAnsi="Times New Roman" w:cs="Times New Roman"/>
          <w:color w:val="auto"/>
          <w:sz w:val="24"/>
          <w:szCs w:val="24"/>
        </w:rPr>
        <w:t>.</w:t>
      </w:r>
    </w:p>
    <w:p w14:paraId="0E6C0E6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Podemos decir:</w:t>
      </w:r>
    </w:p>
    <w:p w14:paraId="6271CC9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"Debido a las responsabilidades de mi trabajo, es posible que tenga que realizar esta llamada. Me gustaría que lo hiciéramos juntos."</w:t>
      </w:r>
    </w:p>
    <w:p w14:paraId="42C21BF6"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Cuando llegamos </w:t>
      </w:r>
      <w:proofErr w:type="gramStart"/>
      <w:r w:rsidRPr="005B4456">
        <w:rPr>
          <w:rFonts w:ascii="Times New Roman" w:eastAsia="Times New Roman" w:hAnsi="Times New Roman" w:cs="Times New Roman"/>
          <w:color w:val="auto"/>
          <w:sz w:val="24"/>
          <w:szCs w:val="24"/>
        </w:rPr>
        <w:t>a</w:t>
      </w:r>
      <w:proofErr w:type="gramEnd"/>
      <w:r w:rsidRPr="005B4456">
        <w:rPr>
          <w:rFonts w:ascii="Times New Roman" w:eastAsia="Times New Roman" w:hAnsi="Times New Roman" w:cs="Times New Roman"/>
          <w:color w:val="auto"/>
          <w:sz w:val="24"/>
          <w:szCs w:val="24"/>
        </w:rPr>
        <w:t xml:space="preserve"> ese límite, ya debemos haber sido transparentes respecto a dónde se encuentra.</w:t>
      </w:r>
    </w:p>
    <w:p w14:paraId="2BB7902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Podemos decir:</w:t>
      </w:r>
    </w:p>
    <w:p w14:paraId="3C22BFB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"Voy a darte el espacio. ¿Quieres hacer tú la llamada? Estoy aquí contigo."</w:t>
      </w:r>
    </w:p>
    <w:p w14:paraId="1C2210F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lastRenderedPageBreak/>
        <w:t>Si tiene que ocurrir, puede ocurrir de esa manera.</w:t>
      </w:r>
    </w:p>
    <w:p w14:paraId="61F0ED9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Eso se ve muy diferente a simplemente decir:</w:t>
      </w:r>
    </w:p>
    <w:p w14:paraId="72D8170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"Tengo que hacer la llamada."</w:t>
      </w:r>
    </w:p>
    <w:p w14:paraId="66F8E2A0"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y aumentar todavía más la intensidad o incluso utilizar esa intervención de una manera que pueda sentirse como un arma contra la persona. </w:t>
      </w:r>
    </w:p>
    <w:p w14:paraId="751B0809"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1853318E">
          <v:rect id="_x0000_i1120" style="width:0;height:1.5pt" o:hralign="center" o:hrstd="t" o:hr="t" fillcolor="#a0a0a0" stroked="f"/>
        </w:pict>
      </w:r>
    </w:p>
    <w:p w14:paraId="29104166"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Defender a la persona dentro del sistema</w:t>
      </w:r>
    </w:p>
    <w:p w14:paraId="6FA9B0E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Cuando somos informantes obligatorios, también podemos defender </w:t>
      </w:r>
      <w:proofErr w:type="gramStart"/>
      <w:r w:rsidRPr="005B4456">
        <w:rPr>
          <w:rFonts w:ascii="Times New Roman" w:eastAsia="Times New Roman" w:hAnsi="Times New Roman" w:cs="Times New Roman"/>
          <w:color w:val="auto"/>
          <w:sz w:val="24"/>
          <w:szCs w:val="24"/>
        </w:rPr>
        <w:t>a la</w:t>
      </w:r>
      <w:proofErr w:type="gramEnd"/>
      <w:r w:rsidRPr="005B4456">
        <w:rPr>
          <w:rFonts w:ascii="Times New Roman" w:eastAsia="Times New Roman" w:hAnsi="Times New Roman" w:cs="Times New Roman"/>
          <w:color w:val="auto"/>
          <w:sz w:val="24"/>
          <w:szCs w:val="24"/>
        </w:rPr>
        <w:t xml:space="preserve"> persona dentro del sistema.</w:t>
      </w:r>
    </w:p>
    <w:p w14:paraId="5BF49FB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Apoyen a su par en cualquier actividad de autodefensa.</w:t>
      </w:r>
    </w:p>
    <w:p w14:paraId="52A08EB1"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Asegúrense de que conozca sus derechos.</w:t>
      </w:r>
    </w:p>
    <w:p w14:paraId="748EFA4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Y, si es posible, tengan preparada una </w:t>
      </w:r>
      <w:r w:rsidRPr="005B4456">
        <w:rPr>
          <w:rFonts w:ascii="Times New Roman" w:eastAsia="Times New Roman" w:hAnsi="Times New Roman" w:cs="Times New Roman"/>
          <w:b/>
          <w:bCs/>
          <w:color w:val="auto"/>
          <w:sz w:val="24"/>
          <w:szCs w:val="24"/>
        </w:rPr>
        <w:t>directiva anticipada</w:t>
      </w:r>
      <w:r w:rsidRPr="005B4456">
        <w:rPr>
          <w:rFonts w:ascii="Times New Roman" w:eastAsia="Times New Roman" w:hAnsi="Times New Roman" w:cs="Times New Roman"/>
          <w:color w:val="auto"/>
          <w:sz w:val="24"/>
          <w:szCs w:val="24"/>
        </w:rPr>
        <w:t>.</w:t>
      </w:r>
    </w:p>
    <w:p w14:paraId="2C23ADA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De esta manera sabrán cuáles son las alternativas a las que pueden recurrir si la situación se intensifica.</w:t>
      </w:r>
    </w:p>
    <w:p w14:paraId="6FC9233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Ya existe </w:t>
      </w:r>
      <w:proofErr w:type="gramStart"/>
      <w:r w:rsidRPr="005B4456">
        <w:rPr>
          <w:rFonts w:ascii="Times New Roman" w:eastAsia="Times New Roman" w:hAnsi="Times New Roman" w:cs="Times New Roman"/>
          <w:color w:val="auto"/>
          <w:sz w:val="24"/>
          <w:szCs w:val="24"/>
        </w:rPr>
        <w:t>un plan</w:t>
      </w:r>
      <w:proofErr w:type="gramEnd"/>
      <w:r w:rsidRPr="005B4456">
        <w:rPr>
          <w:rFonts w:ascii="Times New Roman" w:eastAsia="Times New Roman" w:hAnsi="Times New Roman" w:cs="Times New Roman"/>
          <w:color w:val="auto"/>
          <w:sz w:val="24"/>
          <w:szCs w:val="24"/>
        </w:rPr>
        <w:t>.</w:t>
      </w:r>
    </w:p>
    <w:p w14:paraId="12584554"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Y quizá no sea necesario realizar esa llamada de mayor intensidad.</w:t>
      </w:r>
    </w:p>
    <w:p w14:paraId="5F686D46"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Eso es </w:t>
      </w:r>
      <w:r w:rsidRPr="005B4456">
        <w:rPr>
          <w:rFonts w:ascii="Times New Roman" w:eastAsia="Times New Roman" w:hAnsi="Times New Roman" w:cs="Times New Roman"/>
          <w:b/>
          <w:bCs/>
          <w:color w:val="auto"/>
          <w:sz w:val="24"/>
          <w:szCs w:val="24"/>
        </w:rPr>
        <w:t>prevención positiva y proactiva</w:t>
      </w:r>
      <w:r w:rsidRPr="005B4456">
        <w:rPr>
          <w:rFonts w:ascii="Times New Roman" w:eastAsia="Times New Roman" w:hAnsi="Times New Roman" w:cs="Times New Roman"/>
          <w:color w:val="auto"/>
          <w:sz w:val="24"/>
          <w:szCs w:val="24"/>
        </w:rPr>
        <w:t>.</w:t>
      </w:r>
    </w:p>
    <w:p w14:paraId="4434F464"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4AA0DAA5">
          <v:rect id="_x0000_i1121" style="width:0;height:1.5pt" o:hralign="center" o:hrstd="t" o:hr="t" fillcolor="#a0a0a0" stroked="f"/>
        </w:pict>
      </w:r>
    </w:p>
    <w:p w14:paraId="3E9071A0"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Comprometerse con la elección informada</w:t>
      </w:r>
    </w:p>
    <w:p w14:paraId="4663E40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¿No sería más sencillo hacerlo siempre de una sola manera?</w:t>
      </w:r>
    </w:p>
    <w:p w14:paraId="0130101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Llamar al 988.</w:t>
      </w:r>
    </w:p>
    <w:p w14:paraId="2BE67F5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Traer al equipo de crisis.</w:t>
      </w:r>
    </w:p>
    <w:p w14:paraId="44AF70BD"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Dejar que ellos se hagan cargo.</w:t>
      </w:r>
    </w:p>
    <w:p w14:paraId="1984E2F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No.</w:t>
      </w:r>
    </w:p>
    <w:p w14:paraId="1A0490F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Así no es como lo hacemos.</w:t>
      </w:r>
    </w:p>
    <w:p w14:paraId="3C3984F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Comprométanse con la </w:t>
      </w:r>
      <w:r w:rsidRPr="005B4456">
        <w:rPr>
          <w:rFonts w:ascii="Times New Roman" w:eastAsia="Times New Roman" w:hAnsi="Times New Roman" w:cs="Times New Roman"/>
          <w:b/>
          <w:bCs/>
          <w:color w:val="auto"/>
          <w:sz w:val="24"/>
          <w:szCs w:val="24"/>
        </w:rPr>
        <w:t>elección informada</w:t>
      </w:r>
      <w:r w:rsidRPr="005B4456">
        <w:rPr>
          <w:rFonts w:ascii="Times New Roman" w:eastAsia="Times New Roman" w:hAnsi="Times New Roman" w:cs="Times New Roman"/>
          <w:color w:val="auto"/>
          <w:sz w:val="24"/>
          <w:szCs w:val="24"/>
        </w:rPr>
        <w:t>.</w:t>
      </w:r>
    </w:p>
    <w:p w14:paraId="05AF6EB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lastRenderedPageBreak/>
        <w:t>Asegúrense de que el consumidor esté completamente informado y comprenda que cualquier decisión de involucrar a las fuerzas del orden:</w:t>
      </w:r>
    </w:p>
    <w:p w14:paraId="36367084" w14:textId="77777777" w:rsidR="005B4456" w:rsidRPr="005B4456" w:rsidRDefault="005B4456">
      <w:pPr>
        <w:numPr>
          <w:ilvl w:val="0"/>
          <w:numId w:val="50"/>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Sea deliberada. </w:t>
      </w:r>
    </w:p>
    <w:p w14:paraId="6187473A" w14:textId="77777777" w:rsidR="005B4456" w:rsidRPr="005B4456" w:rsidRDefault="005B4456">
      <w:pPr>
        <w:numPr>
          <w:ilvl w:val="0"/>
          <w:numId w:val="50"/>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Busque minimizar el daño. </w:t>
      </w:r>
    </w:p>
    <w:p w14:paraId="1DC45CA8" w14:textId="77777777" w:rsidR="005B4456" w:rsidRPr="005B4456" w:rsidRDefault="005B4456">
      <w:pPr>
        <w:numPr>
          <w:ilvl w:val="0"/>
          <w:numId w:val="50"/>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No sea simplemente una respuesta automática predeterminada. </w:t>
      </w:r>
    </w:p>
    <w:p w14:paraId="112351A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Como dije anteriormente:</w:t>
      </w:r>
    </w:p>
    <w:p w14:paraId="13013FF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No queremos una respuesta automática.</w:t>
      </w:r>
    </w:p>
    <w:p w14:paraId="32002367"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17F0BF6A">
          <v:rect id="_x0000_i1122" style="width:0;height:1.5pt" o:hralign="center" o:hrstd="t" o:hr="t" fillcolor="#a0a0a0" stroked="f"/>
        </w:pict>
      </w:r>
    </w:p>
    <w:p w14:paraId="4A5AE821"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Si es necesario involucrar a las fuerzas del orden</w:t>
      </w:r>
    </w:p>
    <w:p w14:paraId="1C881F4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Si siquiera estamos hablando de involucrar a las fuerzas del orden, quizá puedan observar una reacción física inmediata de la persona que está con ustedes.</w:t>
      </w:r>
    </w:p>
    <w:p w14:paraId="2D2549E7"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Compartan los objetivos y describan claramente las preocupaciones específicas relacionadas con la seguridad.</w:t>
      </w:r>
    </w:p>
    <w:p w14:paraId="0A90EB9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Hechos, no suposiciones.</w:t>
      </w:r>
    </w:p>
    <w:p w14:paraId="74AB2DC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Esto es realmente importante.</w:t>
      </w:r>
    </w:p>
    <w:p w14:paraId="6607823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Separen:</w:t>
      </w:r>
    </w:p>
    <w:p w14:paraId="491BFCF5" w14:textId="77777777" w:rsidR="005B4456" w:rsidRPr="005B4456" w:rsidRDefault="005B4456">
      <w:pPr>
        <w:numPr>
          <w:ilvl w:val="0"/>
          <w:numId w:val="51"/>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Los hechos. </w:t>
      </w:r>
    </w:p>
    <w:p w14:paraId="51C40F94" w14:textId="77777777" w:rsidR="005B4456" w:rsidRPr="005B4456" w:rsidRDefault="005B4456">
      <w:pPr>
        <w:numPr>
          <w:ilvl w:val="0"/>
          <w:numId w:val="51"/>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Las especulaciones. </w:t>
      </w:r>
    </w:p>
    <w:p w14:paraId="69969307" w14:textId="77777777" w:rsidR="005B4456" w:rsidRPr="005B4456" w:rsidRDefault="005B4456">
      <w:pPr>
        <w:numPr>
          <w:ilvl w:val="0"/>
          <w:numId w:val="51"/>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Los sesgos. </w:t>
      </w:r>
    </w:p>
    <w:p w14:paraId="509373D2" w14:textId="77777777" w:rsidR="005B4456" w:rsidRPr="005B4456" w:rsidRDefault="005B4456">
      <w:pPr>
        <w:numPr>
          <w:ilvl w:val="0"/>
          <w:numId w:val="51"/>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Las suposiciones. </w:t>
      </w:r>
    </w:p>
    <w:p w14:paraId="43CF17EE" w14:textId="77777777" w:rsidR="005B4456" w:rsidRPr="005B4456" w:rsidRDefault="005B4456">
      <w:pPr>
        <w:numPr>
          <w:ilvl w:val="0"/>
          <w:numId w:val="51"/>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Las conjeturas. </w:t>
      </w:r>
    </w:p>
    <w:p w14:paraId="7AD5DAB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Sean específicos.</w:t>
      </w:r>
    </w:p>
    <w:p w14:paraId="7935068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Siempre que sea posible, permitan que la persona </w:t>
      </w:r>
      <w:r w:rsidRPr="005B4456">
        <w:rPr>
          <w:rFonts w:ascii="Times New Roman" w:eastAsia="Times New Roman" w:hAnsi="Times New Roman" w:cs="Times New Roman"/>
          <w:b/>
          <w:bCs/>
          <w:color w:val="auto"/>
          <w:sz w:val="24"/>
          <w:szCs w:val="24"/>
        </w:rPr>
        <w:t>hable por sí misma</w:t>
      </w:r>
      <w:r w:rsidRPr="005B4456">
        <w:rPr>
          <w:rFonts w:ascii="Times New Roman" w:eastAsia="Times New Roman" w:hAnsi="Times New Roman" w:cs="Times New Roman"/>
          <w:color w:val="auto"/>
          <w:sz w:val="24"/>
          <w:szCs w:val="24"/>
        </w:rPr>
        <w:t>.</w:t>
      </w:r>
    </w:p>
    <w:p w14:paraId="02487E14"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Como dijimos desde el principio, si hemos llegado a un punto donde este tiene que ser el siguiente paso porque no existe otra alternativa, podemos decir:</w:t>
      </w:r>
    </w:p>
    <w:p w14:paraId="321983AF"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"Quiero que hagamos esto aquí juntos. Tú puedes hablar y yo estaré aquí contigo."</w:t>
      </w:r>
    </w:p>
    <w:p w14:paraId="17DD8FD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De esa manera todavía mantenemos nuestros valores fundamentales de </w:t>
      </w:r>
      <w:r w:rsidRPr="005B4456">
        <w:rPr>
          <w:rFonts w:ascii="Times New Roman" w:eastAsia="Times New Roman" w:hAnsi="Times New Roman" w:cs="Times New Roman"/>
          <w:b/>
          <w:bCs/>
          <w:color w:val="auto"/>
          <w:sz w:val="24"/>
          <w:szCs w:val="24"/>
        </w:rPr>
        <w:t>autodirección</w:t>
      </w:r>
      <w:r w:rsidRPr="005B4456">
        <w:rPr>
          <w:rFonts w:ascii="Times New Roman" w:eastAsia="Times New Roman" w:hAnsi="Times New Roman" w:cs="Times New Roman"/>
          <w:color w:val="auto"/>
          <w:sz w:val="24"/>
          <w:szCs w:val="24"/>
        </w:rPr>
        <w:t>.</w:t>
      </w:r>
    </w:p>
    <w:p w14:paraId="29E31B1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Sean específicos respecto a cualquier amenaza.</w:t>
      </w:r>
    </w:p>
    <w:p w14:paraId="08933D37"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lastRenderedPageBreak/>
        <w:t>Indiquen claramente si existe:</w:t>
      </w:r>
    </w:p>
    <w:p w14:paraId="13A02420" w14:textId="77777777" w:rsidR="005B4456" w:rsidRPr="005B4456" w:rsidRDefault="005B4456">
      <w:pPr>
        <w:numPr>
          <w:ilvl w:val="0"/>
          <w:numId w:val="52"/>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Un arma. </w:t>
      </w:r>
    </w:p>
    <w:p w14:paraId="01969B7F" w14:textId="77777777" w:rsidR="005B4456" w:rsidRPr="005B4456" w:rsidRDefault="005B4456">
      <w:pPr>
        <w:numPr>
          <w:ilvl w:val="0"/>
          <w:numId w:val="52"/>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Una amenaza explícita. </w:t>
      </w:r>
    </w:p>
    <w:p w14:paraId="09D80FA3" w14:textId="77777777" w:rsidR="005B4456" w:rsidRPr="005B4456" w:rsidRDefault="005B4456">
      <w:pPr>
        <w:numPr>
          <w:ilvl w:val="0"/>
          <w:numId w:val="52"/>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Riesgo de autolesión. </w:t>
      </w:r>
    </w:p>
    <w:p w14:paraId="40DC920B" w14:textId="77777777" w:rsidR="005B4456" w:rsidRPr="005B4456" w:rsidRDefault="005B4456">
      <w:pPr>
        <w:numPr>
          <w:ilvl w:val="0"/>
          <w:numId w:val="52"/>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Otro peligro conocido. </w:t>
      </w:r>
    </w:p>
    <w:p w14:paraId="68DB8D51"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09EC0653">
          <v:rect id="_x0000_i1123" style="width:0;height:1.5pt" o:hralign="center" o:hrstd="t" o:hr="t" fillcolor="#a0a0a0" stroked="f"/>
        </w:pict>
      </w:r>
    </w:p>
    <w:p w14:paraId="49C9525D"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Comunicar las necesidades de acceso</w:t>
      </w:r>
    </w:p>
    <w:p w14:paraId="4B698FE1"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Compartan también las necesidades de comunicación y acceso.</w:t>
      </w:r>
    </w:p>
    <w:p w14:paraId="2BC17944"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Esto puede incluir:</w:t>
      </w:r>
    </w:p>
    <w:p w14:paraId="3855E6F7" w14:textId="77777777" w:rsidR="005B4456" w:rsidRPr="005B4456" w:rsidRDefault="005B4456">
      <w:pPr>
        <w:numPr>
          <w:ilvl w:val="0"/>
          <w:numId w:val="53"/>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AAC (Comunicación Aumentativa y Alternativa).</w:t>
      </w:r>
      <w:r w:rsidRPr="005B4456">
        <w:rPr>
          <w:rFonts w:ascii="Times New Roman" w:eastAsia="Times New Roman" w:hAnsi="Times New Roman" w:cs="Times New Roman"/>
          <w:color w:val="auto"/>
          <w:sz w:val="24"/>
          <w:szCs w:val="24"/>
        </w:rPr>
        <w:t xml:space="preserve"> </w:t>
      </w:r>
    </w:p>
    <w:p w14:paraId="528A7396" w14:textId="77777777" w:rsidR="005B4456" w:rsidRPr="005B4456" w:rsidRDefault="005B4456">
      <w:pPr>
        <w:numPr>
          <w:ilvl w:val="0"/>
          <w:numId w:val="53"/>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Tiempo adicional para comunicarse. </w:t>
      </w:r>
    </w:p>
    <w:p w14:paraId="248123E0" w14:textId="77777777" w:rsidR="005B4456" w:rsidRPr="005B4456" w:rsidRDefault="005B4456">
      <w:pPr>
        <w:numPr>
          <w:ilvl w:val="0"/>
          <w:numId w:val="53"/>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Estrategias de desescalada. </w:t>
      </w:r>
    </w:p>
    <w:p w14:paraId="094A0ED0" w14:textId="77777777" w:rsidR="005B4456" w:rsidRPr="005B4456" w:rsidRDefault="005B4456">
      <w:pPr>
        <w:numPr>
          <w:ilvl w:val="0"/>
          <w:numId w:val="53"/>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Los puntos de fricción conocidos. </w:t>
      </w:r>
    </w:p>
    <w:p w14:paraId="7926EB25" w14:textId="77777777" w:rsidR="005B4456" w:rsidRPr="005B4456" w:rsidRDefault="005B4456">
      <w:pPr>
        <w:numPr>
          <w:ilvl w:val="0"/>
          <w:numId w:val="53"/>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Los enfoques que han funcionado anteriormente. </w:t>
      </w:r>
    </w:p>
    <w:p w14:paraId="6517E360"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Mantengan ese tono tranquilo.</w:t>
      </w:r>
    </w:p>
    <w:p w14:paraId="607ABA4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Mantengan ese espacio seguro junto con su par.</w:t>
      </w:r>
    </w:p>
    <w:p w14:paraId="5F4A39C5"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Si la llamada tiene que realizarse, continúen allí con la persona.</w:t>
      </w:r>
    </w:p>
    <w:p w14:paraId="3D9728F0"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No aumenten su propia intensidad ni se molesten con ella.</w:t>
      </w:r>
    </w:p>
    <w:p w14:paraId="6B0A4804"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3EBB5633">
          <v:rect id="_x0000_i1124" style="width:0;height:1.5pt" o:hralign="center" o:hrstd="t" o:hr="t" fillcolor="#a0a0a0" stroked="f"/>
        </w:pict>
      </w:r>
    </w:p>
    <w:p w14:paraId="0479B093"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Mantener la voz de la persona en el centro</w:t>
      </w:r>
    </w:p>
    <w:p w14:paraId="4B77B944"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¿Qué pasos y alternativas ya se han intentado?</w:t>
      </w:r>
    </w:p>
    <w:p w14:paraId="4B0B3294"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Esto también forma parte del enfoque proactivo y de las directivas anticipadas.</w:t>
      </w:r>
    </w:p>
    <w:p w14:paraId="07A03F8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Así podemos prepararnos con antelación.</w:t>
      </w:r>
    </w:p>
    <w:p w14:paraId="29B280ED"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Uno de los problemas que tenemos es que, una vez que se identifica el </w:t>
      </w:r>
      <w:r w:rsidRPr="005B4456">
        <w:rPr>
          <w:rFonts w:ascii="Times New Roman" w:eastAsia="Times New Roman" w:hAnsi="Times New Roman" w:cs="Times New Roman"/>
          <w:b/>
          <w:bCs/>
          <w:color w:val="auto"/>
          <w:sz w:val="24"/>
          <w:szCs w:val="24"/>
        </w:rPr>
        <w:t>988</w:t>
      </w:r>
      <w:r w:rsidRPr="005B4456">
        <w:rPr>
          <w:rFonts w:ascii="Times New Roman" w:eastAsia="Times New Roman" w:hAnsi="Times New Roman" w:cs="Times New Roman"/>
          <w:color w:val="auto"/>
          <w:sz w:val="24"/>
          <w:szCs w:val="24"/>
        </w:rPr>
        <w:t xml:space="preserve"> como la respuesta, con frecuencia todo lo demás desaparece.</w:t>
      </w:r>
    </w:p>
    <w:p w14:paraId="4008DE3D"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Si esa intervención realmente tiene que ocurrir, </w:t>
      </w:r>
      <w:r w:rsidRPr="005B4456">
        <w:rPr>
          <w:rFonts w:ascii="Times New Roman" w:eastAsia="Times New Roman" w:hAnsi="Times New Roman" w:cs="Times New Roman"/>
          <w:b/>
          <w:bCs/>
          <w:color w:val="auto"/>
          <w:sz w:val="24"/>
          <w:szCs w:val="24"/>
        </w:rPr>
        <w:t>mantengan en el centro la voz del par y del consumidor</w:t>
      </w:r>
      <w:r w:rsidRPr="005B4456">
        <w:rPr>
          <w:rFonts w:ascii="Times New Roman" w:eastAsia="Times New Roman" w:hAnsi="Times New Roman" w:cs="Times New Roman"/>
          <w:color w:val="auto"/>
          <w:sz w:val="24"/>
          <w:szCs w:val="24"/>
        </w:rPr>
        <w:t>.</w:t>
      </w:r>
    </w:p>
    <w:p w14:paraId="2F429158"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No abandonen todo lo demás pensando:</w:t>
      </w:r>
    </w:p>
    <w:p w14:paraId="27CEA5E0"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lastRenderedPageBreak/>
        <w:t>"Bien, ahora ellos se encargarán de la situación."</w:t>
      </w:r>
    </w:p>
    <w:p w14:paraId="3DBE521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Creo que es importante permanecer presentes y atravesar el proceso junto </w:t>
      </w:r>
      <w:proofErr w:type="gramStart"/>
      <w:r w:rsidRPr="005B4456">
        <w:rPr>
          <w:rFonts w:ascii="Times New Roman" w:eastAsia="Times New Roman" w:hAnsi="Times New Roman" w:cs="Times New Roman"/>
          <w:color w:val="auto"/>
          <w:sz w:val="24"/>
          <w:szCs w:val="24"/>
        </w:rPr>
        <w:t>con</w:t>
      </w:r>
      <w:proofErr w:type="gramEnd"/>
      <w:r w:rsidRPr="005B4456">
        <w:rPr>
          <w:rFonts w:ascii="Times New Roman" w:eastAsia="Times New Roman" w:hAnsi="Times New Roman" w:cs="Times New Roman"/>
          <w:color w:val="auto"/>
          <w:sz w:val="24"/>
          <w:szCs w:val="24"/>
        </w:rPr>
        <w:t xml:space="preserve"> la persona.</w:t>
      </w:r>
    </w:p>
    <w:p w14:paraId="49606D1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Para algunas personas, lo contrario puede sentirse como abandono.</w:t>
      </w:r>
    </w:p>
    <w:p w14:paraId="1346B7D2"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Quiero que seamos conscientes de eso.</w:t>
      </w:r>
    </w:p>
    <w:p w14:paraId="1B06B54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Hablen con la persona, no sobre la persona.</w:t>
      </w:r>
    </w:p>
    <w:p w14:paraId="6B6625C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"Estoy aquí."</w:t>
      </w:r>
    </w:p>
    <w:p w14:paraId="48C46F8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b/>
          <w:bCs/>
          <w:color w:val="auto"/>
          <w:sz w:val="24"/>
          <w:szCs w:val="24"/>
        </w:rPr>
        <w:t>Nada sobre nosotros sin nosotros.</w:t>
      </w:r>
    </w:p>
    <w:p w14:paraId="32F864D7"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Ese es uno de nuestros valores fundamentales, si lo recuerdo correctamente.</w:t>
      </w:r>
    </w:p>
    <w:p w14:paraId="7E41662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Permitan que el par hable directamente con las fuerzas del orden o </w:t>
      </w:r>
      <w:proofErr w:type="gramStart"/>
      <w:r w:rsidRPr="005B4456">
        <w:rPr>
          <w:rFonts w:ascii="Times New Roman" w:eastAsia="Times New Roman" w:hAnsi="Times New Roman" w:cs="Times New Roman"/>
          <w:color w:val="auto"/>
          <w:sz w:val="24"/>
          <w:szCs w:val="24"/>
        </w:rPr>
        <w:t>con</w:t>
      </w:r>
      <w:proofErr w:type="gramEnd"/>
      <w:r w:rsidRPr="005B4456">
        <w:rPr>
          <w:rFonts w:ascii="Times New Roman" w:eastAsia="Times New Roman" w:hAnsi="Times New Roman" w:cs="Times New Roman"/>
          <w:color w:val="auto"/>
          <w:sz w:val="24"/>
          <w:szCs w:val="24"/>
        </w:rPr>
        <w:t xml:space="preserve"> la persona que responde, en lugar de hablar por él o sobre él.</w:t>
      </w:r>
    </w:p>
    <w:p w14:paraId="2DF96633"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Asegúrense de compartir adecuadamente:</w:t>
      </w:r>
    </w:p>
    <w:p w14:paraId="53D27FA1" w14:textId="77777777" w:rsidR="005B4456" w:rsidRPr="005B4456" w:rsidRDefault="005B4456">
      <w:pPr>
        <w:numPr>
          <w:ilvl w:val="0"/>
          <w:numId w:val="54"/>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Lo que la persona dice. </w:t>
      </w:r>
    </w:p>
    <w:p w14:paraId="4D7719CE" w14:textId="77777777" w:rsidR="005B4456" w:rsidRPr="005B4456" w:rsidRDefault="005B4456">
      <w:pPr>
        <w:numPr>
          <w:ilvl w:val="0"/>
          <w:numId w:val="54"/>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Lo que necesita. </w:t>
      </w:r>
    </w:p>
    <w:p w14:paraId="6D25D743" w14:textId="77777777" w:rsidR="005B4456" w:rsidRPr="005B4456" w:rsidRDefault="005B4456">
      <w:pPr>
        <w:numPr>
          <w:ilvl w:val="0"/>
          <w:numId w:val="54"/>
        </w:num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Lo que quiere. </w:t>
      </w:r>
    </w:p>
    <w:p w14:paraId="5FC026F7"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También pueden proporcionar contexto adicional.</w:t>
      </w:r>
    </w:p>
    <w:p w14:paraId="69A3B4D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Por ejemplo, pueden explicar que estuvieron utilizando el modelo GRACE, realizando respiraciones profundas o describir cualquier otro aspecto relevante del entorno y de lo que estaba ocurriendo en ese momento. </w:t>
      </w:r>
    </w:p>
    <w:p w14:paraId="485E41AD"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33E6B746">
          <v:rect id="_x0000_i1125" style="width:0;height:1.5pt" o:hralign="center" o:hrstd="t" o:hr="t" fillcolor="#a0a0a0" stroked="f"/>
        </w:pict>
      </w:r>
    </w:p>
    <w:p w14:paraId="630A56F2" w14:textId="77777777" w:rsidR="005B4456" w:rsidRPr="005B4456" w:rsidRDefault="005B4456" w:rsidP="005B445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5B4456">
        <w:rPr>
          <w:rFonts w:ascii="Times New Roman" w:eastAsia="Times New Roman" w:hAnsi="Times New Roman" w:cs="Times New Roman"/>
          <w:b/>
          <w:bCs/>
          <w:color w:val="auto"/>
          <w:sz w:val="27"/>
          <w:szCs w:val="27"/>
        </w:rPr>
        <w:t>KRISTINA KAPP (KK):</w:t>
      </w:r>
    </w:p>
    <w:p w14:paraId="1EB67E99"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proofErr w:type="gramStart"/>
      <w:r w:rsidRPr="005B4456">
        <w:rPr>
          <w:rFonts w:ascii="Times New Roman" w:eastAsia="Times New Roman" w:hAnsi="Times New Roman" w:cs="Times New Roman"/>
          <w:color w:val="auto"/>
          <w:sz w:val="24"/>
          <w:szCs w:val="24"/>
        </w:rPr>
        <w:t>Misty, ¿</w:t>
      </w:r>
      <w:proofErr w:type="gramEnd"/>
      <w:r w:rsidRPr="005B4456">
        <w:rPr>
          <w:rFonts w:ascii="Times New Roman" w:eastAsia="Times New Roman" w:hAnsi="Times New Roman" w:cs="Times New Roman"/>
          <w:color w:val="auto"/>
          <w:sz w:val="24"/>
          <w:szCs w:val="24"/>
        </w:rPr>
        <w:t>quieres encargarte de esta parte?</w:t>
      </w:r>
    </w:p>
    <w:p w14:paraId="5A2370A6"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¿Quién hará el escenario?</w:t>
      </w:r>
    </w:p>
    <w:p w14:paraId="1CA56B92" w14:textId="77777777" w:rsidR="005B4456" w:rsidRPr="005B4456" w:rsidRDefault="005B4456" w:rsidP="005B4456">
      <w:pPr>
        <w:spacing w:after="0"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pict w14:anchorId="3511BC9E">
          <v:rect id="_x0000_i1126" style="width:0;height:1.5pt" o:hralign="center" o:hrstd="t" o:hr="t" fillcolor="#a0a0a0" stroked="f"/>
        </w:pict>
      </w:r>
    </w:p>
    <w:p w14:paraId="111C7CA9" w14:textId="77777777" w:rsidR="005B4456" w:rsidRPr="005B4456" w:rsidRDefault="005B4456" w:rsidP="005B4456">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5B4456">
        <w:rPr>
          <w:rFonts w:ascii="Times New Roman" w:eastAsia="Times New Roman" w:hAnsi="Times New Roman" w:cs="Times New Roman"/>
          <w:b/>
          <w:bCs/>
          <w:color w:val="auto"/>
          <w:kern w:val="36"/>
          <w:sz w:val="48"/>
          <w:szCs w:val="48"/>
        </w:rPr>
        <w:t>Discusión entre colegas y preguntas</w:t>
      </w:r>
    </w:p>
    <w:p w14:paraId="0CE710DA" w14:textId="77777777" w:rsidR="005B4456" w:rsidRPr="005B4456" w:rsidRDefault="005B4456" w:rsidP="005B4456">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5B4456">
        <w:rPr>
          <w:rFonts w:ascii="Times New Roman" w:eastAsia="Times New Roman" w:hAnsi="Times New Roman" w:cs="Times New Roman"/>
          <w:b/>
          <w:bCs/>
          <w:color w:val="auto"/>
          <w:sz w:val="27"/>
          <w:szCs w:val="27"/>
        </w:rPr>
        <w:t>BETHANY BALDWIN:</w:t>
      </w:r>
    </w:p>
    <w:p w14:paraId="177E2A2E"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Creo que vamos a concluir la presentación y pasar a las preguntas y respuestas.</w:t>
      </w:r>
    </w:p>
    <w:p w14:paraId="5E24D5EA"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Hemos compartido en el chat el enlace con los materiales de esta sesión.</w:t>
      </w:r>
    </w:p>
    <w:p w14:paraId="462F5C7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lastRenderedPageBreak/>
        <w:t>Esta información es absolutamente fundamental.</w:t>
      </w:r>
    </w:p>
    <w:p w14:paraId="21FBB8CC"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También hemos compartido enlaces a todos los recursos que KK ha proporcionado.</w:t>
      </w:r>
    </w:p>
    <w:p w14:paraId="50ED22F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Vamos a desplazarnos hacia abajo.</w:t>
      </w:r>
    </w:p>
    <w:p w14:paraId="3463CBDB" w14:textId="77777777" w:rsidR="005B4456" w:rsidRPr="005B4456" w:rsidRDefault="005B4456" w:rsidP="005B4456">
      <w:pPr>
        <w:spacing w:before="100" w:beforeAutospacing="1" w:after="100" w:afterAutospacing="1" w:line="240" w:lineRule="auto"/>
        <w:rPr>
          <w:rFonts w:ascii="Times New Roman" w:eastAsia="Times New Roman" w:hAnsi="Times New Roman" w:cs="Times New Roman"/>
          <w:color w:val="auto"/>
          <w:sz w:val="24"/>
          <w:szCs w:val="24"/>
        </w:rPr>
      </w:pPr>
      <w:r w:rsidRPr="005B4456">
        <w:rPr>
          <w:rFonts w:ascii="Times New Roman" w:eastAsia="Times New Roman" w:hAnsi="Times New Roman" w:cs="Times New Roman"/>
          <w:color w:val="auto"/>
          <w:sz w:val="24"/>
          <w:szCs w:val="24"/>
        </w:rPr>
        <w:t xml:space="preserve">Y aquí es donde vamos a </w:t>
      </w:r>
      <w:r w:rsidRPr="005B4456">
        <w:rPr>
          <w:rFonts w:ascii="Times New Roman" w:eastAsia="Times New Roman" w:hAnsi="Times New Roman" w:cs="Times New Roman"/>
          <w:b/>
          <w:bCs/>
          <w:color w:val="auto"/>
          <w:sz w:val="24"/>
          <w:szCs w:val="24"/>
        </w:rPr>
        <w:t>detener la grabación y pasar directamente a la discusión</w:t>
      </w:r>
      <w:r w:rsidRPr="005B4456">
        <w:rPr>
          <w:rFonts w:ascii="Times New Roman" w:eastAsia="Times New Roman" w:hAnsi="Times New Roman" w:cs="Times New Roman"/>
          <w:color w:val="auto"/>
          <w:sz w:val="24"/>
          <w:szCs w:val="24"/>
        </w:rPr>
        <w:t>.</w:t>
      </w:r>
    </w:p>
    <w:p w14:paraId="117605EF" w14:textId="77777777" w:rsidR="00A75E9F" w:rsidRPr="00A75E9F" w:rsidRDefault="00A75E9F" w:rsidP="00A75E9F">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A75E9F">
        <w:rPr>
          <w:rFonts w:ascii="Times New Roman" w:eastAsia="Times New Roman" w:hAnsi="Times New Roman" w:cs="Times New Roman"/>
          <w:b/>
          <w:bCs/>
          <w:color w:val="auto"/>
          <w:kern w:val="36"/>
          <w:sz w:val="48"/>
          <w:szCs w:val="48"/>
        </w:rPr>
        <w:t>Discusión entre colegas y preguntas</w:t>
      </w:r>
    </w:p>
    <w:p w14:paraId="77CE680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(Grabación detenida.)</w:t>
      </w:r>
    </w:p>
    <w:p w14:paraId="4479DC50"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BETHANY BALDWIN:</w:t>
      </w:r>
    </w:p>
    <w:p w14:paraId="1205C800"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Odio interrumpirnos, pero quiero que tengamos el espacio necesario para participar en las discusiones entre colegas.</w:t>
      </w:r>
    </w:p>
    <w:p w14:paraId="02D660CD"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Ya hemos tenido algunas actividades excelentes y definitivamente queremos aprovechar su tiempo, KK y Misty, para abordar algunas de estas cosas, especialmente en relación con cómo se combinan en situaciones reales mientras avanzamos con la Filosofía de Vida Independiente y, al mismo tiempo, nos encontramos con ese choque con el modelo médico.</w:t>
      </w:r>
    </w:p>
    <w:p w14:paraId="754C3FC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Al pasar </w:t>
      </w:r>
      <w:proofErr w:type="gramStart"/>
      <w:r w:rsidRPr="00A75E9F">
        <w:rPr>
          <w:rFonts w:ascii="Times New Roman" w:eastAsia="Times New Roman" w:hAnsi="Times New Roman" w:cs="Times New Roman"/>
          <w:color w:val="auto"/>
          <w:sz w:val="24"/>
          <w:szCs w:val="24"/>
        </w:rPr>
        <w:t>a</w:t>
      </w:r>
      <w:proofErr w:type="gramEnd"/>
      <w:r w:rsidRPr="00A75E9F">
        <w:rPr>
          <w:rFonts w:ascii="Times New Roman" w:eastAsia="Times New Roman" w:hAnsi="Times New Roman" w:cs="Times New Roman"/>
          <w:color w:val="auto"/>
          <w:sz w:val="24"/>
          <w:szCs w:val="24"/>
        </w:rPr>
        <w:t xml:space="preserve"> esta sección, quiero dar nuevamente un enorme agradecimiento tanto a KK como a Misty por acompañarnos en esto.</w:t>
      </w:r>
    </w:p>
    <w:p w14:paraId="0938CFE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Al abrir la conversación, recuerden que estamos aquí para aprender unos de otros y participar.</w:t>
      </w:r>
    </w:p>
    <w:p w14:paraId="638CAA75" w14:textId="77777777" w:rsidR="00A75E9F" w:rsidRPr="00A75E9F" w:rsidRDefault="00A75E9F">
      <w:pPr>
        <w:numPr>
          <w:ilvl w:val="0"/>
          <w:numId w:val="55"/>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Levanten la mano. </w:t>
      </w:r>
    </w:p>
    <w:p w14:paraId="267426AB" w14:textId="77777777" w:rsidR="00A75E9F" w:rsidRPr="00A75E9F" w:rsidRDefault="00A75E9F">
      <w:pPr>
        <w:numPr>
          <w:ilvl w:val="0"/>
          <w:numId w:val="55"/>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Enciendan la cámara si se sienten cómodos. </w:t>
      </w:r>
    </w:p>
    <w:p w14:paraId="50FC31A1" w14:textId="77777777" w:rsidR="00A75E9F" w:rsidRPr="00A75E9F" w:rsidRDefault="00A75E9F">
      <w:pPr>
        <w:numPr>
          <w:ilvl w:val="0"/>
          <w:numId w:val="55"/>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Compartan preguntas, recursos o herramientas. </w:t>
      </w:r>
    </w:p>
    <w:p w14:paraId="7608E093" w14:textId="77777777" w:rsidR="00A75E9F" w:rsidRPr="00A75E9F" w:rsidRDefault="00A75E9F">
      <w:pPr>
        <w:numPr>
          <w:ilvl w:val="0"/>
          <w:numId w:val="55"/>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Aprendan de lo que otras personas compartan. </w:t>
      </w:r>
    </w:p>
    <w:p w14:paraId="4D9C679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Voy a dejar de compartir mi pantalla.</w:t>
      </w:r>
    </w:p>
    <w:p w14:paraId="043F770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Ya tenemos algunas preguntas excelentes.</w:t>
      </w:r>
    </w:p>
    <w:p w14:paraId="11C73472"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3F924B2D">
          <v:rect id="_x0000_i1141" style="width:0;height:1.5pt" o:hralign="center" o:hrstd="t" o:hr="t" fillcolor="#a0a0a0" stroked="f"/>
        </w:pict>
      </w:r>
    </w:p>
    <w:p w14:paraId="2233C385" w14:textId="77777777" w:rsidR="00A75E9F" w:rsidRPr="00A75E9F" w:rsidRDefault="00A75E9F" w:rsidP="00A75E9F">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A75E9F">
        <w:rPr>
          <w:rFonts w:ascii="Times New Roman" w:eastAsia="Times New Roman" w:hAnsi="Times New Roman" w:cs="Times New Roman"/>
          <w:b/>
          <w:bCs/>
          <w:color w:val="auto"/>
          <w:kern w:val="36"/>
          <w:sz w:val="48"/>
          <w:szCs w:val="48"/>
        </w:rPr>
        <w:t>Intensificación dentro de un entorno grupal</w:t>
      </w:r>
    </w:p>
    <w:p w14:paraId="36E09172"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Una pregunta se refiere específicamente a qué hacer cuando esto ocurre dentro de un </w:t>
      </w:r>
      <w:r w:rsidRPr="00A75E9F">
        <w:rPr>
          <w:rFonts w:ascii="Times New Roman" w:eastAsia="Times New Roman" w:hAnsi="Times New Roman" w:cs="Times New Roman"/>
          <w:b/>
          <w:bCs/>
          <w:color w:val="auto"/>
          <w:sz w:val="24"/>
          <w:szCs w:val="24"/>
        </w:rPr>
        <w:t>entorno grupal</w:t>
      </w:r>
      <w:r w:rsidRPr="00A75E9F">
        <w:rPr>
          <w:rFonts w:ascii="Times New Roman" w:eastAsia="Times New Roman" w:hAnsi="Times New Roman" w:cs="Times New Roman"/>
          <w:color w:val="auto"/>
          <w:sz w:val="24"/>
          <w:szCs w:val="24"/>
        </w:rPr>
        <w:t>.</w:t>
      </w:r>
    </w:p>
    <w:p w14:paraId="60388AD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Creo que realmente ocurre algunas veces.</w:t>
      </w:r>
    </w:p>
    <w:p w14:paraId="7434594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En situaciones de apoyo entre pares pueden surgir escenarios que rápidamente interfieren o superan los mecanismos de procesamiento y afrontamiento.</w:t>
      </w:r>
    </w:p>
    <w:p w14:paraId="1752424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lastRenderedPageBreak/>
        <w:t>¿Cómo proponen manejar situaciones que se intensifican cuando esto ocurre dentro de un grupo?</w:t>
      </w:r>
    </w:p>
    <w:p w14:paraId="49C561E7"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6A5ADC81">
          <v:rect id="_x0000_i1142" style="width:0;height:1.5pt" o:hralign="center" o:hrstd="t" o:hr="t" fillcolor="#a0a0a0" stroked="f"/>
        </w:pict>
      </w:r>
    </w:p>
    <w:p w14:paraId="3449B907"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KRISTINA KAPP (KK):</w:t>
      </w:r>
    </w:p>
    <w:p w14:paraId="0B4C20C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Muy rápidamente, Misty, quiero decir que, en primer lugar:</w:t>
      </w:r>
    </w:p>
    <w:p w14:paraId="029246F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No lo silenciamos.</w:t>
      </w:r>
    </w:p>
    <w:p w14:paraId="40B92EF2"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Eso es lo primero.</w:t>
      </w:r>
    </w:p>
    <w:p w14:paraId="1B4AE31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Creo que hacemos una pausa.</w:t>
      </w:r>
    </w:p>
    <w:p w14:paraId="22F7C14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Nunca voy </w:t>
      </w:r>
      <w:proofErr w:type="gramStart"/>
      <w:r w:rsidRPr="00A75E9F">
        <w:rPr>
          <w:rFonts w:ascii="Times New Roman" w:eastAsia="Times New Roman" w:hAnsi="Times New Roman" w:cs="Times New Roman"/>
          <w:color w:val="auto"/>
          <w:sz w:val="24"/>
          <w:szCs w:val="24"/>
        </w:rPr>
        <w:t>a</w:t>
      </w:r>
      <w:proofErr w:type="gramEnd"/>
      <w:r w:rsidRPr="00A75E9F">
        <w:rPr>
          <w:rFonts w:ascii="Times New Roman" w:eastAsia="Times New Roman" w:hAnsi="Times New Roman" w:cs="Times New Roman"/>
          <w:color w:val="auto"/>
          <w:sz w:val="24"/>
          <w:szCs w:val="24"/>
        </w:rPr>
        <w:t xml:space="preserve"> ignorarlo.</w:t>
      </w:r>
    </w:p>
    <w:p w14:paraId="15BE904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Voy a reconocerlo y validarlo.</w:t>
      </w:r>
    </w:p>
    <w:p w14:paraId="4AB25C5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Hacemos una pausa y realmente le preguntamos a la persona dentro del grupo si quiere que recorramos esto juntos o si prefiere una interacción más privada, uno a uno.</w:t>
      </w:r>
    </w:p>
    <w:p w14:paraId="378E7B2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Cuando establecen ese tono y dicen:</w:t>
      </w:r>
    </w:p>
    <w:p w14:paraId="701794C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"Pausa."</w:t>
      </w:r>
    </w:p>
    <w:p w14:paraId="53B3A20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todos pueden detenerse y respirar juntos.</w:t>
      </w:r>
    </w:p>
    <w:p w14:paraId="2D5C03F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Después pueden preguntar:</w:t>
      </w:r>
    </w:p>
    <w:p w14:paraId="3E110C9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"¿Quieres que recorramos esto contigo?"</w:t>
      </w:r>
    </w:p>
    <w:p w14:paraId="2F1E0D3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Existe una manera de permitir una expresión saludable y positiva de la emoción sin recurrir al silenciamiento y la represión que ocurren con tanta frecuencia.</w:t>
      </w:r>
    </w:p>
    <w:p w14:paraId="2EED246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Tampoco queremos expulsar a la persona del entorno grupal.</w:t>
      </w:r>
    </w:p>
    <w:p w14:paraId="5A9AA38A"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Eso puede provocar retraumatización y sentimientos de rechazo.</w:t>
      </w:r>
    </w:p>
    <w:p w14:paraId="7980C55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Misty, adelante.</w:t>
      </w:r>
    </w:p>
    <w:p w14:paraId="5C1F7D23"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3ACA34EE">
          <v:rect id="_x0000_i1143" style="width:0;height:1.5pt" o:hralign="center" o:hrstd="t" o:hr="t" fillcolor="#a0a0a0" stroked="f"/>
        </w:pict>
      </w:r>
    </w:p>
    <w:p w14:paraId="3F107C29"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MISTY DION:</w:t>
      </w:r>
    </w:p>
    <w:p w14:paraId="7677FF9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Ya respondiste.</w:t>
      </w:r>
    </w:p>
    <w:p w14:paraId="7494533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Solo quería asegurarme de que habláramos específicamente sobre </w:t>
      </w:r>
      <w:r w:rsidRPr="00A75E9F">
        <w:rPr>
          <w:rFonts w:ascii="Times New Roman" w:eastAsia="Times New Roman" w:hAnsi="Times New Roman" w:cs="Times New Roman"/>
          <w:b/>
          <w:bCs/>
          <w:color w:val="auto"/>
          <w:sz w:val="24"/>
          <w:szCs w:val="24"/>
        </w:rPr>
        <w:t>no retirar a la persona</w:t>
      </w:r>
      <w:r w:rsidRPr="00A75E9F">
        <w:rPr>
          <w:rFonts w:ascii="Times New Roman" w:eastAsia="Times New Roman" w:hAnsi="Times New Roman" w:cs="Times New Roman"/>
          <w:color w:val="auto"/>
          <w:sz w:val="24"/>
          <w:szCs w:val="24"/>
        </w:rPr>
        <w:t>.</w:t>
      </w:r>
    </w:p>
    <w:p w14:paraId="794A24D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lastRenderedPageBreak/>
        <w:t>A veces las personas intentan silenciar el problema y hacerlo desaparecer.</w:t>
      </w:r>
    </w:p>
    <w:p w14:paraId="2C748302"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 queremos hacer eso.</w:t>
      </w:r>
    </w:p>
    <w:p w14:paraId="0CD2A60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Ese puede ser precisamente el momento donde exista la mayor oportunidad de crecimiento.</w:t>
      </w:r>
    </w:p>
    <w:p w14:paraId="08389DF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El mayor crecimiento.</w:t>
      </w:r>
    </w:p>
    <w:p w14:paraId="7F108F0D"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7A5D4FCC">
          <v:rect id="_x0000_i1144" style="width:0;height:1.5pt" o:hralign="center" o:hrstd="t" o:hr="t" fillcolor="#a0a0a0" stroked="f"/>
        </w:pict>
      </w:r>
    </w:p>
    <w:p w14:paraId="394CD7C4"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KRISTINA KAPP (KK):</w:t>
      </w:r>
    </w:p>
    <w:p w14:paraId="53FE3F5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 también de conexión comunitaria.</w:t>
      </w:r>
    </w:p>
    <w:p w14:paraId="5BD19F5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Puedo decirles con total transparencia que un grupo puede realmente conectarse si acepta durante un momento esa incomodidad.</w:t>
      </w:r>
    </w:p>
    <w:p w14:paraId="13DB7EB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Porque casi siempre existe algo dentro de esa experiencia con lo que cada uno de nosotros puede relacionarse.</w:t>
      </w:r>
    </w:p>
    <w:p w14:paraId="6697FFD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 eso puede generar incluso un mayor nivel de apoyo.</w:t>
      </w:r>
    </w:p>
    <w:p w14:paraId="703F26D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Aquí es donde intentamos adaptar nuestros modelos a las expectativas del modelo médico.</w:t>
      </w:r>
    </w:p>
    <w:p w14:paraId="41C1B50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 ¿saben qué?</w:t>
      </w:r>
    </w:p>
    <w:p w14:paraId="3F4A02D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No tenemos que hacerlo.</w:t>
      </w:r>
    </w:p>
    <w:p w14:paraId="155BC84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Nuestro modelo es:</w:t>
      </w:r>
    </w:p>
    <w:p w14:paraId="7D1EFAEB" w14:textId="77777777" w:rsidR="00A75E9F" w:rsidRPr="00A75E9F" w:rsidRDefault="00A75E9F">
      <w:pPr>
        <w:numPr>
          <w:ilvl w:val="0"/>
          <w:numId w:val="56"/>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Social. </w:t>
      </w:r>
    </w:p>
    <w:p w14:paraId="288D133E" w14:textId="77777777" w:rsidR="00A75E9F" w:rsidRPr="00A75E9F" w:rsidRDefault="00A75E9F">
      <w:pPr>
        <w:numPr>
          <w:ilvl w:val="0"/>
          <w:numId w:val="56"/>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Comunitario. </w:t>
      </w:r>
    </w:p>
    <w:p w14:paraId="4727ED64" w14:textId="77777777" w:rsidR="00A75E9F" w:rsidRPr="00A75E9F" w:rsidRDefault="00A75E9F">
      <w:pPr>
        <w:numPr>
          <w:ilvl w:val="0"/>
          <w:numId w:val="56"/>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Entre pares. </w:t>
      </w:r>
    </w:p>
    <w:p w14:paraId="61CAF430" w14:textId="77777777" w:rsidR="00A75E9F" w:rsidRPr="00A75E9F" w:rsidRDefault="00A75E9F">
      <w:pPr>
        <w:numPr>
          <w:ilvl w:val="0"/>
          <w:numId w:val="56"/>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Humano. </w:t>
      </w:r>
    </w:p>
    <w:p w14:paraId="4206ADA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Creo que es realmente importante que no silenciemos simplemente aquello que resulta incómodo. </w:t>
      </w:r>
    </w:p>
    <w:p w14:paraId="153FCB50"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68CB2DEF">
          <v:rect id="_x0000_i1145" style="width:0;height:1.5pt" o:hralign="center" o:hrstd="t" o:hr="t" fillcolor="#a0a0a0" stroked="f"/>
        </w:pict>
      </w:r>
    </w:p>
    <w:p w14:paraId="4B677D06"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BETHANY BALDWIN:</w:t>
      </w:r>
    </w:p>
    <w:p w14:paraId="5C343B8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Perfecto.</w:t>
      </w:r>
    </w:p>
    <w:p w14:paraId="5ADC768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Creo que hemos tenido muchos momentos en los que las piezas comienzan </w:t>
      </w:r>
      <w:proofErr w:type="gramStart"/>
      <w:r w:rsidRPr="00A75E9F">
        <w:rPr>
          <w:rFonts w:ascii="Times New Roman" w:eastAsia="Times New Roman" w:hAnsi="Times New Roman" w:cs="Times New Roman"/>
          <w:color w:val="auto"/>
          <w:sz w:val="24"/>
          <w:szCs w:val="24"/>
        </w:rPr>
        <w:t>a</w:t>
      </w:r>
      <w:proofErr w:type="gramEnd"/>
      <w:r w:rsidRPr="00A75E9F">
        <w:rPr>
          <w:rFonts w:ascii="Times New Roman" w:eastAsia="Times New Roman" w:hAnsi="Times New Roman" w:cs="Times New Roman"/>
          <w:color w:val="auto"/>
          <w:sz w:val="24"/>
          <w:szCs w:val="24"/>
        </w:rPr>
        <w:t xml:space="preserve"> encajar.</w:t>
      </w:r>
    </w:p>
    <w:p w14:paraId="56BC9DC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¿Cuántas veces alguien ha hecho una pregunta o planteado un problema que realmente era válido y eso creó una oportunidad para conectarnos y para que otra persona pudiera decir:</w:t>
      </w:r>
    </w:p>
    <w:p w14:paraId="1CFE52C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"Nunca había pensado en eso."</w:t>
      </w:r>
    </w:p>
    <w:p w14:paraId="63BA9AE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lastRenderedPageBreak/>
        <w:t xml:space="preserve">Por ejemplo, durante una reunión de una Junta Directiva, algo tan sencillo como pedirle a una persona que se ponga de pie al hablar puede ayudar </w:t>
      </w:r>
      <w:proofErr w:type="gramStart"/>
      <w:r w:rsidRPr="00A75E9F">
        <w:rPr>
          <w:rFonts w:ascii="Times New Roman" w:eastAsia="Times New Roman" w:hAnsi="Times New Roman" w:cs="Times New Roman"/>
          <w:color w:val="auto"/>
          <w:sz w:val="24"/>
          <w:szCs w:val="24"/>
        </w:rPr>
        <w:t>a</w:t>
      </w:r>
      <w:proofErr w:type="gramEnd"/>
      <w:r w:rsidRPr="00A75E9F">
        <w:rPr>
          <w:rFonts w:ascii="Times New Roman" w:eastAsia="Times New Roman" w:hAnsi="Times New Roman" w:cs="Times New Roman"/>
          <w:color w:val="auto"/>
          <w:sz w:val="24"/>
          <w:szCs w:val="24"/>
        </w:rPr>
        <w:t xml:space="preserve"> alguien que necesita seguir visualmente quién está hablando.</w:t>
      </w:r>
    </w:p>
    <w:p w14:paraId="08D6288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En lugar de tener que estirarse alrededor de una mesa de conferencias o perder fragmentos de la conversación cuando alguien se inclina hacia atrás.</w:t>
      </w:r>
    </w:p>
    <w:p w14:paraId="1ADD7FE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Solo quería afirmar y validar todo esto también desde un nivel personal.</w:t>
      </w:r>
    </w:p>
    <w:p w14:paraId="3E7FEDD3"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55AE0828">
          <v:rect id="_x0000_i1146" style="width:0;height:1.5pt" o:hralign="center" o:hrstd="t" o:hr="t" fillcolor="#a0a0a0" stroked="f"/>
        </w:pict>
      </w:r>
    </w:p>
    <w:p w14:paraId="4CD380A2" w14:textId="77777777" w:rsidR="00A75E9F" w:rsidRPr="00A75E9F" w:rsidRDefault="00A75E9F" w:rsidP="00A75E9F">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A75E9F">
        <w:rPr>
          <w:rFonts w:ascii="Times New Roman" w:eastAsia="Times New Roman" w:hAnsi="Times New Roman" w:cs="Times New Roman"/>
          <w:b/>
          <w:bCs/>
          <w:color w:val="auto"/>
          <w:kern w:val="36"/>
          <w:sz w:val="48"/>
          <w:szCs w:val="48"/>
        </w:rPr>
        <w:t>Cuando el trabajo afecta la salud emocional del personal</w:t>
      </w:r>
    </w:p>
    <w:p w14:paraId="68FA9D8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Una pregunta que apareció en el chat es:</w:t>
      </w:r>
    </w:p>
    <w:p w14:paraId="717ABD6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¿Qué hacen cuando los consumidores con quienes trabajan están afectando su salud mental y no están seguros de cómo manejarlo?</w:t>
      </w:r>
    </w:p>
    <w:p w14:paraId="0CC1057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Me encantaría escuchar su perspectiva.</w:t>
      </w:r>
    </w:p>
    <w:p w14:paraId="63FA7E9D"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107BDAAC">
          <v:rect id="_x0000_i1147" style="width:0;height:1.5pt" o:hralign="center" o:hrstd="t" o:hr="t" fillcolor="#a0a0a0" stroked="f"/>
        </w:pict>
      </w:r>
    </w:p>
    <w:p w14:paraId="1BD84094"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KRISTINA KAPP (KK):</w:t>
      </w:r>
    </w:p>
    <w:p w14:paraId="523224B0"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Regresen la próxima semana</w:t>
      </w:r>
      <w:r w:rsidRPr="00A75E9F">
        <w:rPr>
          <w:rFonts w:ascii="Times New Roman" w:eastAsia="Times New Roman" w:hAnsi="Times New Roman" w:cs="Times New Roman"/>
          <w:color w:val="auto"/>
          <w:sz w:val="24"/>
          <w:szCs w:val="24"/>
        </w:rPr>
        <w:t>, porque vamos a prepararnos y equiparnos para esto.</w:t>
      </w:r>
    </w:p>
    <w:p w14:paraId="68B6533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Puedo responder ahora, pero realmente hablaremos sobre la </w:t>
      </w:r>
      <w:r w:rsidRPr="00A75E9F">
        <w:rPr>
          <w:rFonts w:ascii="Times New Roman" w:eastAsia="Times New Roman" w:hAnsi="Times New Roman" w:cs="Times New Roman"/>
          <w:b/>
          <w:bCs/>
          <w:color w:val="auto"/>
          <w:sz w:val="24"/>
          <w:szCs w:val="24"/>
        </w:rPr>
        <w:t>compasión hacia nosotros mismos</w:t>
      </w:r>
      <w:r w:rsidRPr="00A75E9F">
        <w:rPr>
          <w:rFonts w:ascii="Times New Roman" w:eastAsia="Times New Roman" w:hAnsi="Times New Roman" w:cs="Times New Roman"/>
          <w:color w:val="auto"/>
          <w:sz w:val="24"/>
          <w:szCs w:val="24"/>
        </w:rPr>
        <w:t>.</w:t>
      </w:r>
    </w:p>
    <w:p w14:paraId="35A4738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 podemos dar aquello que no tenemos cuando estamos vacíos.</w:t>
      </w:r>
    </w:p>
    <w:p w14:paraId="00F0BB2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 como la máscara de oxígeno.</w:t>
      </w:r>
    </w:p>
    <w:p w14:paraId="2E48174A"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Quien haya hecho esa pregunta:</w:t>
      </w:r>
    </w:p>
    <w:p w14:paraId="1EB2491A"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Pónganse primero su propia máscara de oxígeno. Siempre.</w:t>
      </w:r>
    </w:p>
    <w:p w14:paraId="38AB39E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Los límites saludables son importantes para todos nosotros.</w:t>
      </w:r>
    </w:p>
    <w:p w14:paraId="1BD9581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Sepan dónde está su límite.</w:t>
      </w:r>
    </w:p>
    <w:p w14:paraId="7C15C54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Sepan cuándo necesitan tomarse tiempo para practicar:</w:t>
      </w:r>
    </w:p>
    <w:p w14:paraId="6A3EC501" w14:textId="77777777" w:rsidR="00A75E9F" w:rsidRPr="00A75E9F" w:rsidRDefault="00A75E9F">
      <w:pPr>
        <w:numPr>
          <w:ilvl w:val="0"/>
          <w:numId w:val="57"/>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Autocuidado. </w:t>
      </w:r>
    </w:p>
    <w:p w14:paraId="0518B3D3" w14:textId="77777777" w:rsidR="00A75E9F" w:rsidRPr="00A75E9F" w:rsidRDefault="00A75E9F">
      <w:pPr>
        <w:numPr>
          <w:ilvl w:val="0"/>
          <w:numId w:val="57"/>
        </w:num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Bienestar. </w:t>
      </w:r>
    </w:p>
    <w:p w14:paraId="1FB74DD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 modélenlo como pares.</w:t>
      </w:r>
    </w:p>
    <w:p w14:paraId="56310C30"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lastRenderedPageBreak/>
        <w:t>Pero regresen la próxima semana y profundizaremos en este tema.</w:t>
      </w:r>
    </w:p>
    <w:p w14:paraId="32AD6F4C"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7A80C0C9">
          <v:rect id="_x0000_i1148" style="width:0;height:1.5pt" o:hralign="center" o:hrstd="t" o:hr="t" fillcolor="#a0a0a0" stroked="f"/>
        </w:pict>
      </w:r>
    </w:p>
    <w:p w14:paraId="429372A1"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BETHANY BALDWIN:</w:t>
      </w:r>
    </w:p>
    <w:p w14:paraId="2DA150E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Absolutamente.</w:t>
      </w:r>
    </w:p>
    <w:p w14:paraId="20AA3DA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Creo que esto también se relaciona con el apoyo entre pares.</w:t>
      </w:r>
    </w:p>
    <w:p w14:paraId="3E0D352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 importante encontrar esos puntos de conexión dentro de su organización donde puedan decir:</w:t>
      </w:r>
    </w:p>
    <w:p w14:paraId="1BBCACBA"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"Necesito trabajar en equipo con alguien para esto."</w:t>
      </w:r>
    </w:p>
    <w:p w14:paraId="303B1EB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O, como dijiste literalmente:</w:t>
      </w:r>
    </w:p>
    <w:p w14:paraId="6715D600"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"Respiremos profundamente y tomémonos cinco minutos."</w:t>
      </w:r>
    </w:p>
    <w:p w14:paraId="4BBFAC72"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 veces esos cinco minutos pueden cambiar completamente la situación.</w:t>
      </w:r>
    </w:p>
    <w:p w14:paraId="13476137"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3870EA16">
          <v:rect id="_x0000_i1149" style="width:0;height:1.5pt" o:hralign="center" o:hrstd="t" o:hr="t" fillcolor="#a0a0a0" stroked="f"/>
        </w:pict>
      </w:r>
    </w:p>
    <w:p w14:paraId="34693F9E"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KRISTINA KAPP (KK):</w:t>
      </w:r>
    </w:p>
    <w:p w14:paraId="44BA528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O utilicen nuestra propia red, ¿verdad?</w:t>
      </w:r>
    </w:p>
    <w:p w14:paraId="3AFE20B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 veces necesitamos salir de nuestra organización.</w:t>
      </w:r>
    </w:p>
    <w:p w14:paraId="42394A52"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Llamen a Misty.</w:t>
      </w:r>
    </w:p>
    <w:p w14:paraId="2AE4F6B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Llamen a KK.</w:t>
      </w:r>
    </w:p>
    <w:p w14:paraId="2CD9BCE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Eso es lo que hacemos nosotras.</w:t>
      </w:r>
    </w:p>
    <w:p w14:paraId="3830850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Salimos un poco de la situación.</w:t>
      </w:r>
    </w:p>
    <w:p w14:paraId="386CC76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Podemos estar demasiado involucrados en aquello que tenemos directamente frente a nosotros.</w:t>
      </w:r>
    </w:p>
    <w:p w14:paraId="402A43B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 veces necesitamos alejarnos un poco, salir a caminar y llamar a una persona de apoyo.</w:t>
      </w:r>
    </w:p>
    <w:p w14:paraId="307464AD"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Para Misty y para mí, muchas veces somos la persona de apoyo de la otra.</w:t>
      </w:r>
    </w:p>
    <w:p w14:paraId="7C47063A"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También tenemos otras personas.</w:t>
      </w:r>
    </w:p>
    <w:p w14:paraId="4BC6E6EA"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Pero creo que este es el ejemplo más concreto que podemos ofrecerles porque realmente forma parte de nuestra vida cotidiana.</w:t>
      </w:r>
    </w:p>
    <w:p w14:paraId="289584FD"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Realmente hacemos esto.</w:t>
      </w:r>
      <w:r w:rsidRPr="00A75E9F">
        <w:rPr>
          <w:rFonts w:ascii="Times New Roman" w:eastAsia="Times New Roman" w:hAnsi="Times New Roman" w:cs="Times New Roman"/>
          <w:color w:val="auto"/>
          <w:sz w:val="24"/>
          <w:szCs w:val="24"/>
        </w:rPr>
        <w:t xml:space="preserve"> </w:t>
      </w:r>
    </w:p>
    <w:p w14:paraId="0B1B998E"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lastRenderedPageBreak/>
        <w:pict w14:anchorId="5ED12CA0">
          <v:rect id="_x0000_i1150" style="width:0;height:1.5pt" o:hralign="center" o:hrstd="t" o:hr="t" fillcolor="#a0a0a0" stroked="f"/>
        </w:pict>
      </w:r>
    </w:p>
    <w:p w14:paraId="3CDEA68A" w14:textId="77777777" w:rsidR="00A75E9F" w:rsidRPr="00A75E9F" w:rsidRDefault="00A75E9F" w:rsidP="00A75E9F">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A75E9F">
        <w:rPr>
          <w:rFonts w:ascii="Times New Roman" w:eastAsia="Times New Roman" w:hAnsi="Times New Roman" w:cs="Times New Roman"/>
          <w:b/>
          <w:bCs/>
          <w:color w:val="auto"/>
          <w:kern w:val="36"/>
          <w:sz w:val="48"/>
          <w:szCs w:val="48"/>
        </w:rPr>
        <w:t>Cuando la comunicación cruza un límite</w:t>
      </w:r>
    </w:p>
    <w:p w14:paraId="44A7E0B0"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BETHANY BALDWIN:</w:t>
      </w:r>
    </w:p>
    <w:p w14:paraId="776390A2"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Veamos.</w:t>
      </w:r>
    </w:p>
    <w:p w14:paraId="41B088B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Voy a volver un poco hacia atrás para comprobar si hay otras preguntas.</w:t>
      </w:r>
    </w:p>
    <w:p w14:paraId="2C7ABE7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Aquí tenemos una:</w:t>
      </w:r>
    </w:p>
    <w:p w14:paraId="7BE97BB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¿Cómo debemos abordar una situación de intensificación cuando la comunicación o el comportamiento cruza la línea y se convierte, por ejemplo, en intimidación?</w:t>
      </w:r>
    </w:p>
    <w:p w14:paraId="473D482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¿Cómo determinamos qué constituye este tipo de comunicación o comportamiento?</w:t>
      </w:r>
    </w:p>
    <w:p w14:paraId="150593BA"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19A9DFC7">
          <v:rect id="_x0000_i1151" style="width:0;height:1.5pt" o:hralign="center" o:hrstd="t" o:hr="t" fillcolor="#a0a0a0" stroked="f"/>
        </w:pict>
      </w:r>
    </w:p>
    <w:p w14:paraId="120109B6"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MISTY DION:</w:t>
      </w:r>
    </w:p>
    <w:p w14:paraId="4CDE3500"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Sigan este modelo.</w:t>
      </w:r>
    </w:p>
    <w:p w14:paraId="03A42F7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Sigan este currículo.</w:t>
      </w:r>
    </w:p>
    <w:p w14:paraId="4CBCF83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Practíquenlo.</w:t>
      </w:r>
    </w:p>
    <w:p w14:paraId="088B1A9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 sé si escuché correctamente la pregunta, pero puedo compartirlo desde mi perspectiva.</w:t>
      </w:r>
    </w:p>
    <w:p w14:paraId="5B88E18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Tener una entrenadora que desarrolló este modelo, una entrenadora par a quien puedo llamar cuando estoy realmente molesta, no siempre es fácil.</w:t>
      </w:r>
    </w:p>
    <w:p w14:paraId="2D4213B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Tenemos que estar dispuestos a mirarnos a nosotros mismos y reconocer que </w:t>
      </w:r>
      <w:r w:rsidRPr="00A75E9F">
        <w:rPr>
          <w:rFonts w:ascii="Times New Roman" w:eastAsia="Times New Roman" w:hAnsi="Times New Roman" w:cs="Times New Roman"/>
          <w:b/>
          <w:bCs/>
          <w:color w:val="auto"/>
          <w:sz w:val="24"/>
          <w:szCs w:val="24"/>
        </w:rPr>
        <w:t>no siempre tenemos la razón</w:t>
      </w:r>
      <w:r w:rsidRPr="00A75E9F">
        <w:rPr>
          <w:rFonts w:ascii="Times New Roman" w:eastAsia="Times New Roman" w:hAnsi="Times New Roman" w:cs="Times New Roman"/>
          <w:color w:val="auto"/>
          <w:sz w:val="24"/>
          <w:szCs w:val="24"/>
        </w:rPr>
        <w:t>.</w:t>
      </w:r>
    </w:p>
    <w:p w14:paraId="5AFA915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 lo sabemos todo.</w:t>
      </w:r>
    </w:p>
    <w:p w14:paraId="59A5C1B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Así que sean vulnerables.</w:t>
      </w:r>
    </w:p>
    <w:p w14:paraId="47057BE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Estén dispuestos a recordar que primero estamos aquí para establecer conexiones.</w:t>
      </w:r>
    </w:p>
    <w:p w14:paraId="386EE80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La prestación de servicios viene después.</w:t>
      </w:r>
    </w:p>
    <w:p w14:paraId="11C8BE6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Están conectando a la persona con recursos, pero ustedes están allí como pares.</w:t>
      </w:r>
    </w:p>
    <w:p w14:paraId="5D3CFEB5"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24FA8D1E">
          <v:rect id="_x0000_i1152" style="width:0;height:1.5pt" o:hralign="center" o:hrstd="t" o:hr="t" fillcolor="#a0a0a0" stroked="f"/>
        </w:pict>
      </w:r>
    </w:p>
    <w:p w14:paraId="080453AD"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KRISTINA KAPP (KK):</w:t>
      </w:r>
    </w:p>
    <w:p w14:paraId="290AD93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lastRenderedPageBreak/>
        <w:t>Pero la pregunta es:</w:t>
      </w:r>
    </w:p>
    <w:p w14:paraId="203C8DE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¿Dónde está el límite?</w:t>
      </w:r>
    </w:p>
    <w:p w14:paraId="4E1D2FE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Existe una diferencia.</w:t>
      </w:r>
    </w:p>
    <w:p w14:paraId="50C3D8A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Cuando hablamos de proporcionar un espacio seguro para expresar emociones, eso </w:t>
      </w:r>
      <w:r w:rsidRPr="00A75E9F">
        <w:rPr>
          <w:rFonts w:ascii="Times New Roman" w:eastAsia="Times New Roman" w:hAnsi="Times New Roman" w:cs="Times New Roman"/>
          <w:b/>
          <w:bCs/>
          <w:color w:val="auto"/>
          <w:sz w:val="24"/>
          <w:szCs w:val="24"/>
        </w:rPr>
        <w:t>no significa que tengamos que aceptar que alguien nos agreda verbalmente</w:t>
      </w:r>
      <w:r w:rsidRPr="00A75E9F">
        <w:rPr>
          <w:rFonts w:ascii="Times New Roman" w:eastAsia="Times New Roman" w:hAnsi="Times New Roman" w:cs="Times New Roman"/>
          <w:color w:val="auto"/>
          <w:sz w:val="24"/>
          <w:szCs w:val="24"/>
        </w:rPr>
        <w:t>.</w:t>
      </w:r>
    </w:p>
    <w:p w14:paraId="045C7FA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 estamos aceptando que nos griten directamente.</w:t>
      </w:r>
    </w:p>
    <w:p w14:paraId="6B99E77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Estamos proporcionando un espacio seguro donde una persona pueda expresar su enojo.</w:t>
      </w:r>
    </w:p>
    <w:p w14:paraId="0A52544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Tenemos que ser muy claros, y voy a decirlo nuevamente:</w:t>
      </w:r>
    </w:p>
    <w:p w14:paraId="137794D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De manera proactiva, debemos establecer límites muy saludables.</w:t>
      </w:r>
    </w:p>
    <w:p w14:paraId="6D95B14D"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Voy a ser transparente.</w:t>
      </w:r>
    </w:p>
    <w:p w14:paraId="22BFD5D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Yo tengo límites muy claros.</w:t>
      </w:r>
    </w:p>
    <w:p w14:paraId="347AED6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Si se utiliza determinada terminología, simplemente no está bien.</w:t>
      </w:r>
    </w:p>
    <w:p w14:paraId="6AF3260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Voy a decir:</w:t>
      </w:r>
    </w:p>
    <w:p w14:paraId="0D075DB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"Vamos a hacer una pausa. ¿Podemos expresarlo de otra manera?"</w:t>
      </w:r>
    </w:p>
    <w:p w14:paraId="6EA34112"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Voy a abordarlo cuando ocurra.</w:t>
      </w:r>
    </w:p>
    <w:p w14:paraId="0804389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 lo absorban internamente.</w:t>
      </w:r>
    </w:p>
    <w:p w14:paraId="24FBC5C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Porque ahí es donde comenzamos a sentir que no es seguro mantener esas conversaciones difíciles.</w:t>
      </w:r>
    </w:p>
    <w:p w14:paraId="69E05E9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Sean muy claros.</w:t>
      </w:r>
    </w:p>
    <w:p w14:paraId="5F993F70"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Como dijo Misty, utilicen este modelo.</w:t>
      </w:r>
    </w:p>
    <w:p w14:paraId="1523863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Mantengan una consideración positiva e incondicional hacia la persona.</w:t>
      </w:r>
    </w:p>
    <w:p w14:paraId="0EE03C8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Pero no hagan suposiciones.</w:t>
      </w:r>
    </w:p>
    <w:p w14:paraId="4B7FC7E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Pregunten.</w:t>
      </w:r>
    </w:p>
    <w:p w14:paraId="0024211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Porque una palabra puede significar algo para nosotros y tener una definición completamente diferente para otra persona.</w:t>
      </w:r>
    </w:p>
    <w:p w14:paraId="0515353D"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Puede existir un malentendido.</w:t>
      </w:r>
    </w:p>
    <w:p w14:paraId="19A8112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Pero cuando existe una línea clara de comportamiento abusivo u hostil:</w:t>
      </w:r>
    </w:p>
    <w:p w14:paraId="5FA6923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lastRenderedPageBreak/>
        <w:t>Marquen ese límite.</w:t>
      </w:r>
    </w:p>
    <w:p w14:paraId="14433BF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Cada uno de nosotros sabe dónde se encuentra ese límite para sí mismo.</w:t>
      </w:r>
    </w:p>
    <w:p w14:paraId="7260C3A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Espero que eso responda a la pregunta. </w:t>
      </w:r>
    </w:p>
    <w:p w14:paraId="053DE137"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3B0477BD">
          <v:rect id="_x0000_i1153" style="width:0;height:1.5pt" o:hralign="center" o:hrstd="t" o:hr="t" fillcolor="#a0a0a0" stroked="f"/>
        </w:pict>
      </w:r>
    </w:p>
    <w:p w14:paraId="31F5B9D9"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BETHANY BALDWIN:</w:t>
      </w:r>
    </w:p>
    <w:p w14:paraId="3AE77C8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Absolutamente.</w:t>
      </w:r>
    </w:p>
    <w:p w14:paraId="5DA0C71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Un posible recurso pueden ser sus políticas sobre </w:t>
      </w:r>
      <w:r w:rsidRPr="00A75E9F">
        <w:rPr>
          <w:rFonts w:ascii="Times New Roman" w:eastAsia="Times New Roman" w:hAnsi="Times New Roman" w:cs="Times New Roman"/>
          <w:b/>
          <w:bCs/>
          <w:color w:val="auto"/>
          <w:sz w:val="24"/>
          <w:szCs w:val="24"/>
        </w:rPr>
        <w:t>derechos y responsabilidades de los consumidores</w:t>
      </w:r>
      <w:r w:rsidRPr="00A75E9F">
        <w:rPr>
          <w:rFonts w:ascii="Times New Roman" w:eastAsia="Times New Roman" w:hAnsi="Times New Roman" w:cs="Times New Roman"/>
          <w:color w:val="auto"/>
          <w:sz w:val="24"/>
          <w:szCs w:val="24"/>
        </w:rPr>
        <w:t>.</w:t>
      </w:r>
    </w:p>
    <w:p w14:paraId="7C03AAB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Pueden recurrir </w:t>
      </w:r>
      <w:proofErr w:type="gramStart"/>
      <w:r w:rsidRPr="00A75E9F">
        <w:rPr>
          <w:rFonts w:ascii="Times New Roman" w:eastAsia="Times New Roman" w:hAnsi="Times New Roman" w:cs="Times New Roman"/>
          <w:color w:val="auto"/>
          <w:sz w:val="24"/>
          <w:szCs w:val="24"/>
        </w:rPr>
        <w:t>a</w:t>
      </w:r>
      <w:proofErr w:type="gramEnd"/>
      <w:r w:rsidRPr="00A75E9F">
        <w:rPr>
          <w:rFonts w:ascii="Times New Roman" w:eastAsia="Times New Roman" w:hAnsi="Times New Roman" w:cs="Times New Roman"/>
          <w:color w:val="auto"/>
          <w:sz w:val="24"/>
          <w:szCs w:val="24"/>
        </w:rPr>
        <w:t xml:space="preserve"> ellas como política organizacional.</w:t>
      </w:r>
    </w:p>
    <w:p w14:paraId="33B8AF4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Quiero mencionar que en febrero tuvimos una sesión de </w:t>
      </w:r>
      <w:r w:rsidRPr="00A75E9F">
        <w:rPr>
          <w:rFonts w:ascii="Times New Roman" w:eastAsia="Times New Roman" w:hAnsi="Times New Roman" w:cs="Times New Roman"/>
          <w:b/>
          <w:bCs/>
          <w:color w:val="auto"/>
          <w:sz w:val="24"/>
          <w:szCs w:val="24"/>
        </w:rPr>
        <w:t>Aprender y Compartir</w:t>
      </w:r>
      <w:r w:rsidRPr="00A75E9F">
        <w:rPr>
          <w:rFonts w:ascii="Times New Roman" w:eastAsia="Times New Roman" w:hAnsi="Times New Roman" w:cs="Times New Roman"/>
          <w:color w:val="auto"/>
          <w:sz w:val="24"/>
          <w:szCs w:val="24"/>
        </w:rPr>
        <w:t xml:space="preserve"> dedicada exclusivamente a </w:t>
      </w:r>
      <w:proofErr w:type="gramStart"/>
      <w:r w:rsidRPr="00A75E9F">
        <w:rPr>
          <w:rFonts w:ascii="Times New Roman" w:eastAsia="Times New Roman" w:hAnsi="Times New Roman" w:cs="Times New Roman"/>
          <w:color w:val="auto"/>
          <w:sz w:val="24"/>
          <w:szCs w:val="24"/>
        </w:rPr>
        <w:t>los derechos</w:t>
      </w:r>
      <w:proofErr w:type="gramEnd"/>
      <w:r w:rsidRPr="00A75E9F">
        <w:rPr>
          <w:rFonts w:ascii="Times New Roman" w:eastAsia="Times New Roman" w:hAnsi="Times New Roman" w:cs="Times New Roman"/>
          <w:color w:val="auto"/>
          <w:sz w:val="24"/>
          <w:szCs w:val="24"/>
        </w:rPr>
        <w:t xml:space="preserve"> y responsabilidades de los consumidores.</w:t>
      </w:r>
    </w:p>
    <w:p w14:paraId="4F2A1D2D"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Voy a compartir ese enlace.</w:t>
      </w:r>
    </w:p>
    <w:p w14:paraId="1DAE190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También aborda cómo volver </w:t>
      </w:r>
      <w:proofErr w:type="gramStart"/>
      <w:r w:rsidRPr="00A75E9F">
        <w:rPr>
          <w:rFonts w:ascii="Times New Roman" w:eastAsia="Times New Roman" w:hAnsi="Times New Roman" w:cs="Times New Roman"/>
          <w:color w:val="auto"/>
          <w:sz w:val="24"/>
          <w:szCs w:val="24"/>
        </w:rPr>
        <w:t>a</w:t>
      </w:r>
      <w:proofErr w:type="gramEnd"/>
      <w:r w:rsidRPr="00A75E9F">
        <w:rPr>
          <w:rFonts w:ascii="Times New Roman" w:eastAsia="Times New Roman" w:hAnsi="Times New Roman" w:cs="Times New Roman"/>
          <w:color w:val="auto"/>
          <w:sz w:val="24"/>
          <w:szCs w:val="24"/>
        </w:rPr>
        <w:t xml:space="preserve"> involucrar al consumidor si se pierde el contacto o después de que ocurra algún obstáculo humano, asegurándonos de encarnar plenamente la Filosofía de Vida Independiente.</w:t>
      </w:r>
    </w:p>
    <w:p w14:paraId="3B02AE35"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35725E36">
          <v:rect id="_x0000_i1154" style="width:0;height:1.5pt" o:hralign="center" o:hrstd="t" o:hr="t" fillcolor="#a0a0a0" stroked="f"/>
        </w:pict>
      </w:r>
    </w:p>
    <w:p w14:paraId="70E1F57A" w14:textId="77777777" w:rsidR="00A75E9F" w:rsidRPr="00A75E9F" w:rsidRDefault="00A75E9F" w:rsidP="00A75E9F">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A75E9F">
        <w:rPr>
          <w:rFonts w:ascii="Times New Roman" w:eastAsia="Times New Roman" w:hAnsi="Times New Roman" w:cs="Times New Roman"/>
          <w:b/>
          <w:bCs/>
          <w:color w:val="auto"/>
          <w:kern w:val="36"/>
          <w:sz w:val="48"/>
          <w:szCs w:val="48"/>
        </w:rPr>
        <w:t>"Preguntar es demostrar interés"</w:t>
      </w:r>
    </w:p>
    <w:p w14:paraId="27933B70"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BETHANY BALDWIN:</w:t>
      </w:r>
    </w:p>
    <w:p w14:paraId="565C03BD"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Creo que había otra pregunta.</w:t>
      </w:r>
    </w:p>
    <w:p w14:paraId="2308518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Anna.</w:t>
      </w:r>
    </w:p>
    <w:p w14:paraId="112BDEF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La idea de que </w:t>
      </w:r>
      <w:r w:rsidRPr="00A75E9F">
        <w:rPr>
          <w:rFonts w:ascii="Times New Roman" w:eastAsia="Times New Roman" w:hAnsi="Times New Roman" w:cs="Times New Roman"/>
          <w:b/>
          <w:bCs/>
          <w:color w:val="auto"/>
          <w:sz w:val="24"/>
          <w:szCs w:val="24"/>
        </w:rPr>
        <w:t>preguntar es demostrar interés</w:t>
      </w:r>
      <w:r w:rsidRPr="00A75E9F">
        <w:rPr>
          <w:rFonts w:ascii="Times New Roman" w:eastAsia="Times New Roman" w:hAnsi="Times New Roman" w:cs="Times New Roman"/>
          <w:color w:val="auto"/>
          <w:sz w:val="24"/>
          <w:szCs w:val="24"/>
        </w:rPr>
        <w:t>, ¿es algo que consideran correcto?</w:t>
      </w:r>
    </w:p>
    <w:p w14:paraId="5B1665ED"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Esta pregunta es </w:t>
      </w:r>
      <w:proofErr w:type="gramStart"/>
      <w:r w:rsidRPr="00A75E9F">
        <w:rPr>
          <w:rFonts w:ascii="Times New Roman" w:eastAsia="Times New Roman" w:hAnsi="Times New Roman" w:cs="Times New Roman"/>
          <w:color w:val="auto"/>
          <w:sz w:val="24"/>
          <w:szCs w:val="24"/>
        </w:rPr>
        <w:t>para ambas</w:t>
      </w:r>
      <w:proofErr w:type="gramEnd"/>
      <w:r w:rsidRPr="00A75E9F">
        <w:rPr>
          <w:rFonts w:ascii="Times New Roman" w:eastAsia="Times New Roman" w:hAnsi="Times New Roman" w:cs="Times New Roman"/>
          <w:color w:val="auto"/>
          <w:sz w:val="24"/>
          <w:szCs w:val="24"/>
        </w:rPr>
        <w:t>.</w:t>
      </w:r>
    </w:p>
    <w:p w14:paraId="0551230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 estaba completamente segura de cómo la interpretaban.</w:t>
      </w:r>
    </w:p>
    <w:p w14:paraId="14B93C34"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KRISTINA KAPP (KK):</w:t>
      </w:r>
    </w:p>
    <w:p w14:paraId="2147520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¿Puedes repetirla?</w:t>
      </w:r>
    </w:p>
    <w:p w14:paraId="4821FCA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proofErr w:type="gramStart"/>
      <w:r w:rsidRPr="00A75E9F">
        <w:rPr>
          <w:rFonts w:ascii="Times New Roman" w:eastAsia="Times New Roman" w:hAnsi="Times New Roman" w:cs="Times New Roman"/>
          <w:color w:val="auto"/>
          <w:sz w:val="24"/>
          <w:szCs w:val="24"/>
        </w:rPr>
        <w:t>No</w:t>
      </w:r>
      <w:proofErr w:type="gramEnd"/>
      <w:r w:rsidRPr="00A75E9F">
        <w:rPr>
          <w:rFonts w:ascii="Times New Roman" w:eastAsia="Times New Roman" w:hAnsi="Times New Roman" w:cs="Times New Roman"/>
          <w:color w:val="auto"/>
          <w:sz w:val="24"/>
          <w:szCs w:val="24"/>
        </w:rPr>
        <w:t xml:space="preserve"> la comprendo.</w:t>
      </w:r>
    </w:p>
    <w:p w14:paraId="5AE58786"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lastRenderedPageBreak/>
        <w:t>PARTICIPANTE:</w:t>
      </w:r>
    </w:p>
    <w:p w14:paraId="328D141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Hola.</w:t>
      </w:r>
    </w:p>
    <w:p w14:paraId="6949A713"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Perdón por no haberla formulado correctamente.</w:t>
      </w:r>
    </w:p>
    <w:p w14:paraId="499B7E7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Cuando dices que no debemos asumir algo, ¿podríamos decir que básicamente </w:t>
      </w:r>
      <w:r w:rsidRPr="00A75E9F">
        <w:rPr>
          <w:rFonts w:ascii="Times New Roman" w:eastAsia="Times New Roman" w:hAnsi="Times New Roman" w:cs="Times New Roman"/>
          <w:b/>
          <w:bCs/>
          <w:color w:val="auto"/>
          <w:sz w:val="24"/>
          <w:szCs w:val="24"/>
        </w:rPr>
        <w:t>preguntar es demostrar interés</w:t>
      </w:r>
      <w:r w:rsidRPr="00A75E9F">
        <w:rPr>
          <w:rFonts w:ascii="Times New Roman" w:eastAsia="Times New Roman" w:hAnsi="Times New Roman" w:cs="Times New Roman"/>
          <w:color w:val="auto"/>
          <w:sz w:val="24"/>
          <w:szCs w:val="24"/>
        </w:rPr>
        <w:t>, porque demostramos que nos importa al preguntar?</w:t>
      </w:r>
    </w:p>
    <w:p w14:paraId="6D503B2D"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KRISTINA KAPP (KK):</w:t>
      </w:r>
    </w:p>
    <w:p w14:paraId="39FB2F4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Totalmente.</w:t>
      </w:r>
    </w:p>
    <w:p w14:paraId="7451691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Creo que es muy poderoso.</w:t>
      </w:r>
    </w:p>
    <w:p w14:paraId="7238ACC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Estamos acercándonos a la persona.</w:t>
      </w:r>
    </w:p>
    <w:p w14:paraId="034A4FF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Con frecuencia, cuando preguntamos es porque realmente queremos saber más.</w:t>
      </w:r>
    </w:p>
    <w:p w14:paraId="54E9F38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 eso demuestra interés, absolutamente.</w:t>
      </w:r>
    </w:p>
    <w:p w14:paraId="2E3011C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También mantiene a la persona </w:t>
      </w:r>
      <w:r w:rsidRPr="00A75E9F">
        <w:rPr>
          <w:rFonts w:ascii="Times New Roman" w:eastAsia="Times New Roman" w:hAnsi="Times New Roman" w:cs="Times New Roman"/>
          <w:b/>
          <w:bCs/>
          <w:color w:val="auto"/>
          <w:sz w:val="24"/>
          <w:szCs w:val="24"/>
        </w:rPr>
        <w:t>en el asiento del conductor</w:t>
      </w:r>
      <w:r w:rsidRPr="00A75E9F">
        <w:rPr>
          <w:rFonts w:ascii="Times New Roman" w:eastAsia="Times New Roman" w:hAnsi="Times New Roman" w:cs="Times New Roman"/>
          <w:color w:val="auto"/>
          <w:sz w:val="24"/>
          <w:szCs w:val="24"/>
        </w:rPr>
        <w:t>.</w:t>
      </w:r>
    </w:p>
    <w:p w14:paraId="0526F5A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 somos nosotros quienes asumimos el control ni quienes nos alejamos y hacemos suposiciones.</w:t>
      </w:r>
    </w:p>
    <w:p w14:paraId="42ABEDC0"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 algo muy diferente.</w:t>
      </w:r>
    </w:p>
    <w:p w14:paraId="58CCBAE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Así que sí:</w:t>
      </w:r>
    </w:p>
    <w:p w14:paraId="412B668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Preguntar transmite el interés y la compasión de querer comprender más profundamente.</w:t>
      </w:r>
      <w:r w:rsidRPr="00A75E9F">
        <w:rPr>
          <w:rFonts w:ascii="Times New Roman" w:eastAsia="Times New Roman" w:hAnsi="Times New Roman" w:cs="Times New Roman"/>
          <w:color w:val="auto"/>
          <w:sz w:val="24"/>
          <w:szCs w:val="24"/>
        </w:rPr>
        <w:t xml:space="preserve"> </w:t>
      </w:r>
    </w:p>
    <w:p w14:paraId="3908C90B"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PARTICIPANTE:</w:t>
      </w:r>
    </w:p>
    <w:p w14:paraId="211584D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Gracias.</w:t>
      </w:r>
    </w:p>
    <w:p w14:paraId="5195D76A" w14:textId="77777777" w:rsidR="00A75E9F" w:rsidRPr="00A75E9F" w:rsidRDefault="00A75E9F" w:rsidP="00A75E9F">
      <w:pPr>
        <w:spacing w:after="0"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pict w14:anchorId="7F94FB34">
          <v:rect id="_x0000_i1155" style="width:0;height:1.5pt" o:hralign="center" o:hrstd="t" o:hr="t" fillcolor="#a0a0a0" stroked="f"/>
        </w:pict>
      </w:r>
    </w:p>
    <w:p w14:paraId="7C75D6E5" w14:textId="77777777" w:rsidR="00A75E9F" w:rsidRPr="00A75E9F" w:rsidRDefault="00A75E9F" w:rsidP="00A75E9F">
      <w:pPr>
        <w:spacing w:before="100" w:beforeAutospacing="1" w:after="100" w:afterAutospacing="1" w:line="240" w:lineRule="auto"/>
        <w:outlineLvl w:val="0"/>
        <w:rPr>
          <w:rFonts w:ascii="Times New Roman" w:eastAsia="Times New Roman" w:hAnsi="Times New Roman" w:cs="Times New Roman"/>
          <w:b/>
          <w:bCs/>
          <w:color w:val="auto"/>
          <w:kern w:val="36"/>
          <w:sz w:val="48"/>
          <w:szCs w:val="48"/>
        </w:rPr>
      </w:pPr>
      <w:r w:rsidRPr="00A75E9F">
        <w:rPr>
          <w:rFonts w:ascii="Times New Roman" w:eastAsia="Times New Roman" w:hAnsi="Times New Roman" w:cs="Times New Roman"/>
          <w:b/>
          <w:bCs/>
          <w:color w:val="auto"/>
          <w:kern w:val="36"/>
          <w:sz w:val="48"/>
          <w:szCs w:val="48"/>
        </w:rPr>
        <w:t>Cierre y evaluación</w:t>
      </w:r>
    </w:p>
    <w:p w14:paraId="4FC203C7" w14:textId="77777777" w:rsidR="00A75E9F" w:rsidRPr="00A75E9F" w:rsidRDefault="00A75E9F" w:rsidP="00A75E9F">
      <w:pPr>
        <w:spacing w:before="100" w:beforeAutospacing="1" w:after="100" w:afterAutospacing="1" w:line="240" w:lineRule="auto"/>
        <w:outlineLvl w:val="2"/>
        <w:rPr>
          <w:rFonts w:ascii="Times New Roman" w:eastAsia="Times New Roman" w:hAnsi="Times New Roman" w:cs="Times New Roman"/>
          <w:b/>
          <w:bCs/>
          <w:color w:val="auto"/>
          <w:sz w:val="27"/>
          <w:szCs w:val="27"/>
        </w:rPr>
      </w:pPr>
      <w:r w:rsidRPr="00A75E9F">
        <w:rPr>
          <w:rFonts w:ascii="Times New Roman" w:eastAsia="Times New Roman" w:hAnsi="Times New Roman" w:cs="Times New Roman"/>
          <w:b/>
          <w:bCs/>
          <w:color w:val="auto"/>
          <w:sz w:val="27"/>
          <w:szCs w:val="27"/>
        </w:rPr>
        <w:t>BETHANY BALDWIN:</w:t>
      </w:r>
    </w:p>
    <w:p w14:paraId="6117DB6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Gracias.</w:t>
      </w:r>
    </w:p>
    <w:p w14:paraId="6B49171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Nos quedan aproximadamente dos minutos.</w:t>
      </w:r>
    </w:p>
    <w:p w14:paraId="6E08E12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Voy a compartir rápidamente mi pantalla.</w:t>
      </w:r>
    </w:p>
    <w:p w14:paraId="65B21D0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lastRenderedPageBreak/>
        <w:t xml:space="preserve">También quiero agradecer a </w:t>
      </w:r>
      <w:r w:rsidRPr="00A75E9F">
        <w:rPr>
          <w:rFonts w:ascii="Times New Roman" w:eastAsia="Times New Roman" w:hAnsi="Times New Roman" w:cs="Times New Roman"/>
          <w:b/>
          <w:bCs/>
          <w:color w:val="auto"/>
          <w:sz w:val="24"/>
          <w:szCs w:val="24"/>
        </w:rPr>
        <w:t>KK y Misty</w:t>
      </w:r>
      <w:r w:rsidRPr="00A75E9F">
        <w:rPr>
          <w:rFonts w:ascii="Times New Roman" w:eastAsia="Times New Roman" w:hAnsi="Times New Roman" w:cs="Times New Roman"/>
          <w:color w:val="auto"/>
          <w:sz w:val="24"/>
          <w:szCs w:val="24"/>
        </w:rPr>
        <w:t xml:space="preserve"> por acompañarnos durante este recorrido y ayudarnos a proporcionar recursos valiosos dirigidos a </w:t>
      </w:r>
      <w:proofErr w:type="gramStart"/>
      <w:r w:rsidRPr="00A75E9F">
        <w:rPr>
          <w:rFonts w:ascii="Times New Roman" w:eastAsia="Times New Roman" w:hAnsi="Times New Roman" w:cs="Times New Roman"/>
          <w:color w:val="auto"/>
          <w:sz w:val="24"/>
          <w:szCs w:val="24"/>
        </w:rPr>
        <w:t>situaciones reales</w:t>
      </w:r>
      <w:proofErr w:type="gramEnd"/>
      <w:r w:rsidRPr="00A75E9F">
        <w:rPr>
          <w:rFonts w:ascii="Times New Roman" w:eastAsia="Times New Roman" w:hAnsi="Times New Roman" w:cs="Times New Roman"/>
          <w:color w:val="auto"/>
          <w:sz w:val="24"/>
          <w:szCs w:val="24"/>
        </w:rPr>
        <w:t xml:space="preserve"> y prácticas que ocurren con frecuencia dentro de la Filosofía de Vida Independiente.</w:t>
      </w:r>
    </w:p>
    <w:p w14:paraId="7D10BEF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Hemos compartido el enlace de la evaluación.</w:t>
      </w:r>
    </w:p>
    <w:p w14:paraId="067A8AEF"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También aparece en pantalla el código QR de la evaluación para quienes quieran utilizarlo.</w:t>
      </w:r>
    </w:p>
    <w:p w14:paraId="2630A2B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 muy breve.</w:t>
      </w:r>
    </w:p>
    <w:p w14:paraId="32DEAFDA"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Les animo a todos </w:t>
      </w:r>
      <w:proofErr w:type="gramStart"/>
      <w:r w:rsidRPr="00A75E9F">
        <w:rPr>
          <w:rFonts w:ascii="Times New Roman" w:eastAsia="Times New Roman" w:hAnsi="Times New Roman" w:cs="Times New Roman"/>
          <w:color w:val="auto"/>
          <w:sz w:val="24"/>
          <w:szCs w:val="24"/>
        </w:rPr>
        <w:t>a</w:t>
      </w:r>
      <w:proofErr w:type="gramEnd"/>
      <w:r w:rsidRPr="00A75E9F">
        <w:rPr>
          <w:rFonts w:ascii="Times New Roman" w:eastAsia="Times New Roman" w:hAnsi="Times New Roman" w:cs="Times New Roman"/>
          <w:color w:val="auto"/>
          <w:sz w:val="24"/>
          <w:szCs w:val="24"/>
        </w:rPr>
        <w:t xml:space="preserve"> enviar sus comentarios y cualquier pregunta que quieran que retomemos la próxima semana.</w:t>
      </w:r>
    </w:p>
    <w:p w14:paraId="240D1D9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Realmente revisamos todos estos comentarios.</w:t>
      </w:r>
    </w:p>
    <w:p w14:paraId="26349960"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La encuesta también aparecerá automáticamente cuando cierre la sesión.</w:t>
      </w:r>
    </w:p>
    <w:p w14:paraId="4AECACD9"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Queremos asegurarnos de que esta información sea valiosa para todos ustedes.</w:t>
      </w:r>
    </w:p>
    <w:p w14:paraId="74AFEAC7"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Por favor, dediquen entre </w:t>
      </w:r>
      <w:r w:rsidRPr="00A75E9F">
        <w:rPr>
          <w:rFonts w:ascii="Times New Roman" w:eastAsia="Times New Roman" w:hAnsi="Times New Roman" w:cs="Times New Roman"/>
          <w:b/>
          <w:bCs/>
          <w:color w:val="auto"/>
          <w:sz w:val="24"/>
          <w:szCs w:val="24"/>
        </w:rPr>
        <w:t>3 y 5 minutos</w:t>
      </w:r>
      <w:r w:rsidRPr="00A75E9F">
        <w:rPr>
          <w:rFonts w:ascii="Times New Roman" w:eastAsia="Times New Roman" w:hAnsi="Times New Roman" w:cs="Times New Roman"/>
          <w:color w:val="auto"/>
          <w:sz w:val="24"/>
          <w:szCs w:val="24"/>
        </w:rPr>
        <w:t xml:space="preserve"> a completarla, dependiendo de cuánto escriban.</w:t>
      </w:r>
    </w:p>
    <w:p w14:paraId="1BCECE5B"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Yo hablo mucho, así que probablemente me tomaría entre 5 y 10 minutos.</w:t>
      </w:r>
    </w:p>
    <w:p w14:paraId="67CF287C"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 xml:space="preserve">También quiero responder </w:t>
      </w:r>
      <w:proofErr w:type="gramStart"/>
      <w:r w:rsidRPr="00A75E9F">
        <w:rPr>
          <w:rFonts w:ascii="Times New Roman" w:eastAsia="Times New Roman" w:hAnsi="Times New Roman" w:cs="Times New Roman"/>
          <w:color w:val="auto"/>
          <w:sz w:val="24"/>
          <w:szCs w:val="24"/>
        </w:rPr>
        <w:t>a</w:t>
      </w:r>
      <w:proofErr w:type="gramEnd"/>
      <w:r w:rsidRPr="00A75E9F">
        <w:rPr>
          <w:rFonts w:ascii="Times New Roman" w:eastAsia="Times New Roman" w:hAnsi="Times New Roman" w:cs="Times New Roman"/>
          <w:color w:val="auto"/>
          <w:sz w:val="24"/>
          <w:szCs w:val="24"/>
        </w:rPr>
        <w:t xml:space="preserve"> Anna diciendo que en la diapositiva 34 aparecen los principales aprendizajes y el enlace para la próxima sesión.</w:t>
      </w:r>
    </w:p>
    <w:p w14:paraId="11511C6E"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También están los recursos adicionales.</w:t>
      </w:r>
    </w:p>
    <w:p w14:paraId="6FBC5358"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Todos están disponibles mediante el enlace de materiales que compartimos anteriormente.</w:t>
      </w:r>
    </w:p>
    <w:p w14:paraId="26D63754"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Nos aseguraremos de volver a compartirlo para todos.</w:t>
      </w:r>
    </w:p>
    <w:p w14:paraId="03155BC6"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Con esto, hemos llegado al final de la hora.</w:t>
      </w:r>
    </w:p>
    <w:p w14:paraId="656E6EA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Muchas gracias a todos por acompañarnos esta tarde.</w:t>
      </w:r>
    </w:p>
    <w:p w14:paraId="5896FD11"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Esperamos verlos nuevamente la próxima semana.</w:t>
      </w:r>
    </w:p>
    <w:p w14:paraId="33775935"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color w:val="auto"/>
          <w:sz w:val="24"/>
          <w:szCs w:val="24"/>
        </w:rPr>
        <w:t>Gracias a todos.</w:t>
      </w:r>
    </w:p>
    <w:p w14:paraId="04A60C8A" w14:textId="77777777" w:rsidR="00A75E9F" w:rsidRPr="00A75E9F" w:rsidRDefault="00A75E9F" w:rsidP="00A75E9F">
      <w:pPr>
        <w:spacing w:before="100" w:beforeAutospacing="1" w:after="100" w:afterAutospacing="1" w:line="240" w:lineRule="auto"/>
        <w:rPr>
          <w:rFonts w:ascii="Times New Roman" w:eastAsia="Times New Roman" w:hAnsi="Times New Roman" w:cs="Times New Roman"/>
          <w:color w:val="auto"/>
          <w:sz w:val="24"/>
          <w:szCs w:val="24"/>
        </w:rPr>
      </w:pPr>
      <w:r w:rsidRPr="00A75E9F">
        <w:rPr>
          <w:rFonts w:ascii="Times New Roman" w:eastAsia="Times New Roman" w:hAnsi="Times New Roman" w:cs="Times New Roman"/>
          <w:b/>
          <w:bCs/>
          <w:color w:val="auto"/>
          <w:sz w:val="24"/>
          <w:szCs w:val="24"/>
        </w:rPr>
        <w:t>Subtitulación en vivo por AI-Media.</w:t>
      </w:r>
      <w:r w:rsidRPr="00A75E9F">
        <w:rPr>
          <w:rFonts w:ascii="Times New Roman" w:eastAsia="Times New Roman" w:hAnsi="Times New Roman" w:cs="Times New Roman"/>
          <w:color w:val="auto"/>
          <w:sz w:val="24"/>
          <w:szCs w:val="24"/>
        </w:rPr>
        <w:t xml:space="preserve"> </w:t>
      </w:r>
    </w:p>
    <w:p w14:paraId="3CB0BBB5" w14:textId="7EFD6A8C" w:rsidR="001F0458" w:rsidRPr="007A79C4" w:rsidRDefault="001F0458" w:rsidP="007A79C4"/>
    <w:sectPr w:rsidR="001F0458" w:rsidRPr="007A79C4" w:rsidSect="00034616">
      <w:footerReference w:type="default" r:id="rId8"/>
      <w:pgSz w:w="12240" w:h="15840"/>
      <w:pgMar w:top="1037" w:right="1224" w:bottom="979" w:left="1224"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FCCBC" w14:textId="77777777" w:rsidR="00297F27" w:rsidRDefault="00297F27">
      <w:pPr>
        <w:spacing w:after="0" w:line="240" w:lineRule="auto"/>
      </w:pPr>
      <w:r>
        <w:separator/>
      </w:r>
    </w:p>
  </w:endnote>
  <w:endnote w:type="continuationSeparator" w:id="0">
    <w:p w14:paraId="3369D73F" w14:textId="77777777" w:rsidR="00297F27" w:rsidRDefault="00297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734E" w14:textId="77777777" w:rsidR="001F0458" w:rsidRDefault="009C7F0B">
    <w:pPr>
      <w:pStyle w:val="Footer"/>
      <w:jc w:val="center"/>
    </w:pPr>
    <w:r>
      <w:rPr>
        <w:sz w:val="18"/>
      </w:rPr>
      <w:t xml:space="preserve">Page </w:t>
    </w:r>
    <w:r>
      <w:fldChar w:fldCharType="begin"/>
    </w:r>
    <w:r>
      <w:instrText>PAGE</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7A107" w14:textId="77777777" w:rsidR="00297F27" w:rsidRDefault="00297F27">
      <w:pPr>
        <w:spacing w:after="0" w:line="240" w:lineRule="auto"/>
      </w:pPr>
      <w:r>
        <w:separator/>
      </w:r>
    </w:p>
  </w:footnote>
  <w:footnote w:type="continuationSeparator" w:id="0">
    <w:p w14:paraId="04EC6DEE" w14:textId="77777777" w:rsidR="00297F27" w:rsidRDefault="00297F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044572"/>
    <w:multiLevelType w:val="multilevel"/>
    <w:tmpl w:val="F6640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FD713F"/>
    <w:multiLevelType w:val="multilevel"/>
    <w:tmpl w:val="83A4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315F6"/>
    <w:multiLevelType w:val="multilevel"/>
    <w:tmpl w:val="55C4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521D9E"/>
    <w:multiLevelType w:val="multilevel"/>
    <w:tmpl w:val="EC285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9F2018"/>
    <w:multiLevelType w:val="multilevel"/>
    <w:tmpl w:val="FC46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504AFB"/>
    <w:multiLevelType w:val="multilevel"/>
    <w:tmpl w:val="9544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A13C3E"/>
    <w:multiLevelType w:val="multilevel"/>
    <w:tmpl w:val="8BFE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DB5EF0"/>
    <w:multiLevelType w:val="multilevel"/>
    <w:tmpl w:val="CE68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0716CD"/>
    <w:multiLevelType w:val="multilevel"/>
    <w:tmpl w:val="F3C6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E4335A"/>
    <w:multiLevelType w:val="multilevel"/>
    <w:tmpl w:val="A1A2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95677F"/>
    <w:multiLevelType w:val="multilevel"/>
    <w:tmpl w:val="7D4A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174F8B"/>
    <w:multiLevelType w:val="multilevel"/>
    <w:tmpl w:val="B254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8F3A45"/>
    <w:multiLevelType w:val="multilevel"/>
    <w:tmpl w:val="49C6B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E63A24"/>
    <w:multiLevelType w:val="multilevel"/>
    <w:tmpl w:val="8936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BF3377"/>
    <w:multiLevelType w:val="multilevel"/>
    <w:tmpl w:val="5874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467D18"/>
    <w:multiLevelType w:val="multilevel"/>
    <w:tmpl w:val="A7EC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E159CA"/>
    <w:multiLevelType w:val="multilevel"/>
    <w:tmpl w:val="A50A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6B752E"/>
    <w:multiLevelType w:val="multilevel"/>
    <w:tmpl w:val="5AD4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C32772"/>
    <w:multiLevelType w:val="multilevel"/>
    <w:tmpl w:val="EDEE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2E5F5A"/>
    <w:multiLevelType w:val="multilevel"/>
    <w:tmpl w:val="ACC0D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DB73E6"/>
    <w:multiLevelType w:val="multilevel"/>
    <w:tmpl w:val="44A0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B37024"/>
    <w:multiLevelType w:val="multilevel"/>
    <w:tmpl w:val="C57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1E02B4"/>
    <w:multiLevelType w:val="multilevel"/>
    <w:tmpl w:val="CF765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8904B4"/>
    <w:multiLevelType w:val="multilevel"/>
    <w:tmpl w:val="32DED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BB53512"/>
    <w:multiLevelType w:val="multilevel"/>
    <w:tmpl w:val="6BA4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3E24F2"/>
    <w:multiLevelType w:val="multilevel"/>
    <w:tmpl w:val="0CE0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6544E1"/>
    <w:multiLevelType w:val="multilevel"/>
    <w:tmpl w:val="6F30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DA1892"/>
    <w:multiLevelType w:val="multilevel"/>
    <w:tmpl w:val="9330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FB157A"/>
    <w:multiLevelType w:val="multilevel"/>
    <w:tmpl w:val="5F40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626C09"/>
    <w:multiLevelType w:val="multilevel"/>
    <w:tmpl w:val="E0DCF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1337AC"/>
    <w:multiLevelType w:val="multilevel"/>
    <w:tmpl w:val="1AE2D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1C2951"/>
    <w:multiLevelType w:val="multilevel"/>
    <w:tmpl w:val="794A8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AE72D9"/>
    <w:multiLevelType w:val="multilevel"/>
    <w:tmpl w:val="85CED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5B5D95"/>
    <w:multiLevelType w:val="multilevel"/>
    <w:tmpl w:val="E2D8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D36986"/>
    <w:multiLevelType w:val="multilevel"/>
    <w:tmpl w:val="FE56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83403F"/>
    <w:multiLevelType w:val="multilevel"/>
    <w:tmpl w:val="D058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0506A8"/>
    <w:multiLevelType w:val="multilevel"/>
    <w:tmpl w:val="1F7A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414991"/>
    <w:multiLevelType w:val="multilevel"/>
    <w:tmpl w:val="FA24D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1F25906"/>
    <w:multiLevelType w:val="multilevel"/>
    <w:tmpl w:val="08A87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8B4B6B"/>
    <w:multiLevelType w:val="multilevel"/>
    <w:tmpl w:val="241ED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365631B"/>
    <w:multiLevelType w:val="multilevel"/>
    <w:tmpl w:val="A132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195B69"/>
    <w:multiLevelType w:val="multilevel"/>
    <w:tmpl w:val="3068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3E3842"/>
    <w:multiLevelType w:val="multilevel"/>
    <w:tmpl w:val="FFC27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985138"/>
    <w:multiLevelType w:val="multilevel"/>
    <w:tmpl w:val="3962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9E65A15"/>
    <w:multiLevelType w:val="multilevel"/>
    <w:tmpl w:val="5EEA9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783F35"/>
    <w:multiLevelType w:val="multilevel"/>
    <w:tmpl w:val="3AB4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9121F3"/>
    <w:multiLevelType w:val="multilevel"/>
    <w:tmpl w:val="5898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3044048"/>
    <w:multiLevelType w:val="multilevel"/>
    <w:tmpl w:val="98A8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B62358A"/>
    <w:multiLevelType w:val="multilevel"/>
    <w:tmpl w:val="7256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D37071D"/>
    <w:multiLevelType w:val="multilevel"/>
    <w:tmpl w:val="3B06C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4C2012"/>
    <w:multiLevelType w:val="multilevel"/>
    <w:tmpl w:val="1C4E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9489557">
    <w:abstractNumId w:val="5"/>
  </w:num>
  <w:num w:numId="2" w16cid:durableId="632517498">
    <w:abstractNumId w:val="3"/>
  </w:num>
  <w:num w:numId="3" w16cid:durableId="1174300289">
    <w:abstractNumId w:val="2"/>
  </w:num>
  <w:num w:numId="4" w16cid:durableId="1038318202">
    <w:abstractNumId w:val="4"/>
  </w:num>
  <w:num w:numId="5" w16cid:durableId="1447428608">
    <w:abstractNumId w:val="1"/>
  </w:num>
  <w:num w:numId="6" w16cid:durableId="1355185136">
    <w:abstractNumId w:val="0"/>
  </w:num>
  <w:num w:numId="7" w16cid:durableId="2073690952">
    <w:abstractNumId w:val="44"/>
  </w:num>
  <w:num w:numId="8" w16cid:durableId="1174106075">
    <w:abstractNumId w:val="6"/>
  </w:num>
  <w:num w:numId="9" w16cid:durableId="1243299277">
    <w:abstractNumId w:val="47"/>
  </w:num>
  <w:num w:numId="10" w16cid:durableId="1214345548">
    <w:abstractNumId w:val="23"/>
  </w:num>
  <w:num w:numId="11" w16cid:durableId="1591504438">
    <w:abstractNumId w:val="29"/>
  </w:num>
  <w:num w:numId="12" w16cid:durableId="906916348">
    <w:abstractNumId w:val="31"/>
  </w:num>
  <w:num w:numId="13" w16cid:durableId="1188713688">
    <w:abstractNumId w:val="19"/>
  </w:num>
  <w:num w:numId="14" w16cid:durableId="1752433653">
    <w:abstractNumId w:val="15"/>
  </w:num>
  <w:num w:numId="15" w16cid:durableId="1196886199">
    <w:abstractNumId w:val="26"/>
  </w:num>
  <w:num w:numId="16" w16cid:durableId="956716185">
    <w:abstractNumId w:val="10"/>
  </w:num>
  <w:num w:numId="17" w16cid:durableId="2131974463">
    <w:abstractNumId w:val="27"/>
  </w:num>
  <w:num w:numId="18" w16cid:durableId="1857963281">
    <w:abstractNumId w:val="56"/>
  </w:num>
  <w:num w:numId="19" w16cid:durableId="585581270">
    <w:abstractNumId w:val="38"/>
  </w:num>
  <w:num w:numId="20" w16cid:durableId="2112894693">
    <w:abstractNumId w:val="39"/>
  </w:num>
  <w:num w:numId="21" w16cid:durableId="2015373545">
    <w:abstractNumId w:val="22"/>
  </w:num>
  <w:num w:numId="22" w16cid:durableId="1246257414">
    <w:abstractNumId w:val="20"/>
  </w:num>
  <w:num w:numId="23" w16cid:durableId="2084330500">
    <w:abstractNumId w:val="55"/>
  </w:num>
  <w:num w:numId="24" w16cid:durableId="451706803">
    <w:abstractNumId w:val="25"/>
  </w:num>
  <w:num w:numId="25" w16cid:durableId="55931525">
    <w:abstractNumId w:val="35"/>
  </w:num>
  <w:num w:numId="26" w16cid:durableId="1177842494">
    <w:abstractNumId w:val="17"/>
  </w:num>
  <w:num w:numId="27" w16cid:durableId="715545497">
    <w:abstractNumId w:val="53"/>
  </w:num>
  <w:num w:numId="28" w16cid:durableId="897790944">
    <w:abstractNumId w:val="24"/>
  </w:num>
  <w:num w:numId="29" w16cid:durableId="1474637303">
    <w:abstractNumId w:val="45"/>
  </w:num>
  <w:num w:numId="30" w16cid:durableId="1273437991">
    <w:abstractNumId w:val="8"/>
  </w:num>
  <w:num w:numId="31" w16cid:durableId="1911771066">
    <w:abstractNumId w:val="28"/>
  </w:num>
  <w:num w:numId="32" w16cid:durableId="2038969497">
    <w:abstractNumId w:val="49"/>
  </w:num>
  <w:num w:numId="33" w16cid:durableId="978387853">
    <w:abstractNumId w:val="40"/>
  </w:num>
  <w:num w:numId="34" w16cid:durableId="978877936">
    <w:abstractNumId w:val="42"/>
  </w:num>
  <w:num w:numId="35" w16cid:durableId="373970879">
    <w:abstractNumId w:val="18"/>
  </w:num>
  <w:num w:numId="36" w16cid:durableId="1032804873">
    <w:abstractNumId w:val="54"/>
  </w:num>
  <w:num w:numId="37" w16cid:durableId="1247039384">
    <w:abstractNumId w:val="43"/>
  </w:num>
  <w:num w:numId="38" w16cid:durableId="165756287">
    <w:abstractNumId w:val="34"/>
  </w:num>
  <w:num w:numId="39" w16cid:durableId="763300335">
    <w:abstractNumId w:val="52"/>
  </w:num>
  <w:num w:numId="40" w16cid:durableId="1769352270">
    <w:abstractNumId w:val="33"/>
  </w:num>
  <w:num w:numId="41" w16cid:durableId="1819569395">
    <w:abstractNumId w:val="48"/>
  </w:num>
  <w:num w:numId="42" w16cid:durableId="496310767">
    <w:abstractNumId w:val="7"/>
  </w:num>
  <w:num w:numId="43" w16cid:durableId="342363125">
    <w:abstractNumId w:val="14"/>
  </w:num>
  <w:num w:numId="44" w16cid:durableId="22024618">
    <w:abstractNumId w:val="41"/>
  </w:num>
  <w:num w:numId="45" w16cid:durableId="1079785754">
    <w:abstractNumId w:val="36"/>
  </w:num>
  <w:num w:numId="46" w16cid:durableId="315770765">
    <w:abstractNumId w:val="50"/>
  </w:num>
  <w:num w:numId="47" w16cid:durableId="508645899">
    <w:abstractNumId w:val="13"/>
  </w:num>
  <w:num w:numId="48" w16cid:durableId="1602180790">
    <w:abstractNumId w:val="16"/>
  </w:num>
  <w:num w:numId="49" w16cid:durableId="959142868">
    <w:abstractNumId w:val="30"/>
  </w:num>
  <w:num w:numId="50" w16cid:durableId="986595057">
    <w:abstractNumId w:val="9"/>
  </w:num>
  <w:num w:numId="51" w16cid:durableId="1672022338">
    <w:abstractNumId w:val="51"/>
  </w:num>
  <w:num w:numId="52" w16cid:durableId="527917160">
    <w:abstractNumId w:val="37"/>
  </w:num>
  <w:num w:numId="53" w16cid:durableId="539705872">
    <w:abstractNumId w:val="21"/>
  </w:num>
  <w:num w:numId="54" w16cid:durableId="231626688">
    <w:abstractNumId w:val="12"/>
  </w:num>
  <w:num w:numId="55" w16cid:durableId="1228764089">
    <w:abstractNumId w:val="46"/>
  </w:num>
  <w:num w:numId="56" w16cid:durableId="1323000498">
    <w:abstractNumId w:val="32"/>
  </w:num>
  <w:num w:numId="57" w16cid:durableId="1222407622">
    <w:abstractNumId w:val="1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0458"/>
    <w:rsid w:val="002021A9"/>
    <w:rsid w:val="00280023"/>
    <w:rsid w:val="0029639D"/>
    <w:rsid w:val="00297F27"/>
    <w:rsid w:val="00326F90"/>
    <w:rsid w:val="00387806"/>
    <w:rsid w:val="00462A5B"/>
    <w:rsid w:val="0047552E"/>
    <w:rsid w:val="005B4456"/>
    <w:rsid w:val="00664CE8"/>
    <w:rsid w:val="007A79C4"/>
    <w:rsid w:val="00803AF8"/>
    <w:rsid w:val="00932A3B"/>
    <w:rsid w:val="009C7F0B"/>
    <w:rsid w:val="00A75E9F"/>
    <w:rsid w:val="00AA1D8D"/>
    <w:rsid w:val="00B47730"/>
    <w:rsid w:val="00C3327B"/>
    <w:rsid w:val="00CB0664"/>
    <w:rsid w:val="00DB0D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D3FC198-7147-4527-A3DC-518A9DD96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432"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peakerLabel">
    <w:name w:val="Speaker Label"/>
    <w:rPr>
      <w:rFonts w:ascii="Arial"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59</Pages>
  <Words>10204</Words>
  <Characters>58165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Emotional Wellness and Elevated Engagement Week 2 Transcript</dc:title>
  <dc:subject>Accessible transcript of the September 9, 2026 Emotional Wellness Cohort session</dc:subject>
  <dc:creator>Independent Living Training and Technical Assistance Center</dc:creator>
  <cp:keywords>emotional wellness, de-escalation, independent living, transcript, accessibility</cp:keywords>
  <dc:description>Formatted for accessible navigation with headings, speaker labels, lists, and page numbers.</dc:description>
  <cp:lastModifiedBy>Wolinsky, Emily</cp:lastModifiedBy>
  <cp:revision>9</cp:revision>
  <dcterms:created xsi:type="dcterms:W3CDTF">2026-09-11T15:32:00Z</dcterms:created>
  <dcterms:modified xsi:type="dcterms:W3CDTF">2026-09-11T15:48:00Z</dcterms:modified>
  <cp:category/>
</cp:coreProperties>
</file>