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AB509" w14:textId="77777777" w:rsidR="00450288" w:rsidRDefault="005A3D35">
      <w:pPr>
        <w:pStyle w:val="Title"/>
        <w:jc w:val="center"/>
      </w:pPr>
      <w:r>
        <w:t>Emotional Wellness Cohort: Week 1</w:t>
      </w:r>
    </w:p>
    <w:p w14:paraId="48000066" w14:textId="51B0A3A0" w:rsidR="00450288" w:rsidRDefault="005A3D35">
      <w:pPr>
        <w:jc w:val="center"/>
      </w:pPr>
      <w:r>
        <w:rPr>
          <w:b/>
        </w:rPr>
        <w:t xml:space="preserve">September 2, 2026 </w:t>
      </w:r>
    </w:p>
    <w:p w14:paraId="431C29A3" w14:textId="77777777" w:rsidR="00450288" w:rsidRDefault="005A3D35">
      <w:pPr>
        <w:pStyle w:val="Heading2"/>
      </w:pPr>
      <w:r>
        <w:t>Welcome and Introductions</w:t>
      </w:r>
    </w:p>
    <w:p w14:paraId="2A76313A" w14:textId="77777777" w:rsidR="00450288" w:rsidRDefault="005A3D35">
      <w:pPr>
        <w:pStyle w:val="Heading3"/>
      </w:pPr>
      <w:r>
        <w:t>BETHANY BALDWIN:</w:t>
      </w:r>
    </w:p>
    <w:p w14:paraId="134B3DD6" w14:textId="77777777" w:rsidR="00450288" w:rsidRDefault="005A3D35">
      <w:r>
        <w:t>Hello hello everybody. We are so excited to have you all join us today. I want to first apologize, we had some quick adjustments that had to happen in the first two minutes so thank you for your patience. Thank you for waiting. But like I had mentioned we are so excited to get on board with this topic. In two really start moving through this piece. I do want to highlight that we have another tech issue today, I think the stars or -- are aligned or whatever the case may be. The file for the slide deck had go</w:t>
      </w:r>
      <w:r>
        <w:t>tten corrupted, so this is a quick solution to provide both access points of English and Spanish. With that being said, be sure to share and engage, say hello in the chat, this is an opportunity for all of us to learn. Learn each other and build our network, and continue the IL movement with solidarity. So with that I'm going to move down to slide two. Give me a second. Before we begin, a couple housekeeping things, to touch in on. We have people introducing themselves in the chat, we do have both ASL and S</w:t>
      </w:r>
      <w:r>
        <w:t>panish interpreters available and labeled within the zoom bar menus. ASL interpreters will be spotlight, and in addition to being available in the ASL channel. Spanish interpreters are available via channel. We do have close captioning in both English and Spanish. The link should be dropped into the channel, and in regards to both English and Spanish, just a quick highlight that in the English is available through the CC button on the zoom platform. Spanish however is only available through the external web</w:t>
      </w:r>
      <w:r>
        <w:t xml:space="preserve">site. Any issues with those, be sure to reach out to us, and anybody with the IL T&amp;TA things like that, flag down KK, and she can make sure we are responsive. And addressing things as needed. Throughout, we do encourage people to do assume Ray's hand or chat feature to ask questions, to engage, send us some thoughts. Things like that. We do have a Q&amp;A box, for you to send your questions at any time. We will be on the lookout for that. And for those who do feel comfortable enough, be sure to raise your hand </w:t>
      </w:r>
      <w:r>
        <w:t>if you do come on camera we will be sure to pull you into the spotlight. And when you do that, please give us a quick name. Visual description, and let us know where you are coming in from. Let's see, I mentioned reach out to any of our IL T&amp;TA team. At the end we do have a survey for the evaluation form for particularly the session. We will be looking forward to the feedback that you all have and this is going to be reviewed in addition to the three week cohort series. So with that I'm going to roll onto t</w:t>
      </w:r>
      <w:r>
        <w:t>he next slide. This is week one. Staying grounded. In practical safety strategies with the Isle teams -- IL. The three objectives we are hoping to learn head on is understanding how history, bias, policies, and systems impact decision-making and outcomes. In addition with making informed decisions that balance safety and dignity of risk and consumer choice. And then the third one is recognized safety risks and use challenging awareness to respond in changing environments. In week two, we will be looking spe</w:t>
      </w:r>
      <w:r>
        <w:t xml:space="preserve">cifically at turning down the heat – de-escalation skills for challenging situations. So definitely sign up for that. In addition week three is sustaining the work – taking care of yourself in our movement. </w:t>
      </w:r>
    </w:p>
    <w:p w14:paraId="48900452" w14:textId="77777777" w:rsidR="00450288" w:rsidRDefault="005A3D35">
      <w:r>
        <w:t xml:space="preserve">So heavy heavy things are happening in the session, next session and the following session. So be sure to join in with us and stay engaged. If you are not able to, we understand capacity and schedule. The recordings will be available via the landing page on the IL T&amp;TA website. So next page. Pull this down. I mentioned this will be a three week, September 2, today ninth, and the 16th. </w:t>
      </w:r>
    </w:p>
    <w:p w14:paraId="5802A5DD" w14:textId="77777777" w:rsidR="00450288" w:rsidRDefault="005A3D35">
      <w:r>
        <w:t xml:space="preserve">It's going to be 60 minutes of learning with about 30 minutes of a goal of peer discussion application. We will be really hitting on this as a cohort series to ask each and every one of us to </w:t>
      </w:r>
      <w:r>
        <w:lastRenderedPageBreak/>
        <w:t>learn together by being present, to share the space, to make room for different voices, and experiences. And generally to just stay curious. We are here to learn with and from one another. Everybody has a different way of interacting in this capacity, and we are here to learn. And then, honor the trust that is established in this cohort, taking the learning with you, but leaving if we do delve into personal stories in the room, and respect the time. Help us keep the conversation moving. As we move in that c</w:t>
      </w:r>
      <w:r>
        <w:t xml:space="preserve">ategory. </w:t>
      </w:r>
    </w:p>
    <w:p w14:paraId="78A1F496" w14:textId="77777777" w:rsidR="00450288" w:rsidRDefault="005A3D35">
      <w:r>
        <w:t xml:space="preserve">All right, I am so excited to jump in and introduce our speaker for this cohort series. She will be involved in present in each and every one of these three over the course of three weeks. It is Kristina Kapp. Executive director for the Center of disability movement -- disability empowerment. </w:t>
      </w:r>
    </w:p>
    <w:p w14:paraId="78310E82" w14:textId="77777777" w:rsidR="00450288" w:rsidRDefault="005A3D35">
      <w:r>
        <w:t xml:space="preserve">There is her beautiful face on the slide deck, smiling against a brick wall. And there is an email available for you. She does have her – excuse me – her logo with the disability pride colors, and the heart with the Center for disABILITY Empowerment. And I will go down to the next slide which is her bio. And handed off to KK to get us going. </w:t>
      </w:r>
    </w:p>
    <w:p w14:paraId="0D068059" w14:textId="77777777" w:rsidR="00450288" w:rsidRDefault="005A3D35">
      <w:pPr>
        <w:pStyle w:val="Heading3"/>
      </w:pPr>
      <w:r>
        <w:t>BETHANY BALDWIN:</w:t>
      </w:r>
    </w:p>
    <w:p w14:paraId="4D769832" w14:textId="77777777" w:rsidR="00450288" w:rsidRDefault="005A3D35">
      <w:r>
        <w:t xml:space="preserve">Let's spotlight you. </w:t>
      </w:r>
    </w:p>
    <w:p w14:paraId="59B9830A" w14:textId="77777777" w:rsidR="00450288" w:rsidRDefault="005A3D35">
      <w:pPr>
        <w:pStyle w:val="Heading3"/>
      </w:pPr>
      <w:r>
        <w:t>KRISTINA KAPP:</w:t>
      </w:r>
    </w:p>
    <w:p w14:paraId="3CE4FE69" w14:textId="77777777" w:rsidR="00450288" w:rsidRDefault="005A3D35">
      <w:r>
        <w:t xml:space="preserve">Thank you all so much. I am just honestly blown away with the response to this, yes my name is Kristina Kapp, I am 44. I am okay with my age, saying. White female with short blonde hair and hazel eyes. I am currently wearing a navy cardigan, and a sailor red and blue dress. And it is just a pleasure and honor and – </w:t>
      </w:r>
    </w:p>
    <w:p w14:paraId="3800CB93" w14:textId="77777777" w:rsidR="00450288" w:rsidRDefault="005A3D35">
      <w:pPr>
        <w:pStyle w:val="Heading3"/>
      </w:pPr>
      <w:r>
        <w:t>BETHANY BALDWIN:</w:t>
      </w:r>
    </w:p>
    <w:p w14:paraId="118EA08B" w14:textId="77777777" w:rsidR="00450288" w:rsidRDefault="005A3D35">
      <w:r>
        <w:t xml:space="preserve">KK… I apologize it seems like I'm experiencing a little bit of a body video on your end. Don't know – are you is Internet, are you getting any errors on your end? Okay then I will be quiet. </w:t>
      </w:r>
    </w:p>
    <w:p w14:paraId="27B1BBAE" w14:textId="77777777" w:rsidR="00450288" w:rsidRDefault="005A3D35">
      <w:pPr>
        <w:pStyle w:val="Heading3"/>
      </w:pPr>
      <w:r>
        <w:t>KRISTINA KAPP:</w:t>
      </w:r>
    </w:p>
    <w:p w14:paraId="6879CB1D" w14:textId="77777777" w:rsidR="00450288" w:rsidRDefault="005A3D35">
      <w:r>
        <w:t xml:space="preserve">Can we go to the next slide please. </w:t>
      </w:r>
    </w:p>
    <w:p w14:paraId="23720DA0" w14:textId="77777777" w:rsidR="00450288" w:rsidRDefault="005A3D35">
      <w:pPr>
        <w:pStyle w:val="Heading3"/>
      </w:pPr>
      <w:r>
        <w:t>BETHANY BALDWIN:</w:t>
      </w:r>
    </w:p>
    <w:p w14:paraId="698170CA" w14:textId="77777777" w:rsidR="00450288" w:rsidRDefault="005A3D35">
      <w:r>
        <w:t xml:space="preserve">Okay, I think sometimes it helps to make sure we have all of our cameras off. </w:t>
      </w:r>
    </w:p>
    <w:p w14:paraId="25D0E208" w14:textId="77777777" w:rsidR="00450288" w:rsidRDefault="005A3D35">
      <w:pPr>
        <w:pStyle w:val="Heading3"/>
      </w:pPr>
      <w:r>
        <w:t>KRISTINA KAPP:</w:t>
      </w:r>
    </w:p>
    <w:p w14:paraId="597C0EEB" w14:textId="77777777" w:rsidR="00450288" w:rsidRDefault="005A3D35">
      <w:r>
        <w:t xml:space="preserve">… </w:t>
      </w:r>
    </w:p>
    <w:p w14:paraId="07552830" w14:textId="77777777" w:rsidR="00450288" w:rsidRDefault="005A3D35">
      <w:pPr>
        <w:pStyle w:val="Heading3"/>
      </w:pPr>
      <w:r>
        <w:t>BETHANY BALDWIN:</w:t>
      </w:r>
    </w:p>
    <w:p w14:paraId="68F3729B" w14:textId="77777777" w:rsidR="00450288" w:rsidRDefault="005A3D35">
      <w:r>
        <w:t xml:space="preserve">I will go ahead and turn off my camera and see if it helps up the Internet speed. </w:t>
      </w:r>
    </w:p>
    <w:p w14:paraId="5E8094D9" w14:textId="77777777" w:rsidR="00450288" w:rsidRDefault="005A3D35">
      <w:pPr>
        <w:pStyle w:val="Heading3"/>
      </w:pPr>
      <w:r>
        <w:t>KRISTINA KAPP:</w:t>
      </w:r>
    </w:p>
    <w:p w14:paraId="05DB424B" w14:textId="77777777" w:rsidR="00450288" w:rsidRDefault="005A3D35">
      <w:pPr>
        <w:pStyle w:val="Heading2"/>
      </w:pPr>
      <w:r>
        <w:t>Setting the Stage</w:t>
      </w:r>
    </w:p>
    <w:p w14:paraId="478AFB95" w14:textId="77777777" w:rsidR="00450288" w:rsidRDefault="005A3D35">
      <w:r>
        <w:t xml:space="preserve">I am happy to turn mine off as well and look we are all in this together. And this would not be this form of series if we did not have these kinds of issues arising. And that's how we navigate through them and engage together. So Bethany if you could just go to the next slide please. Slide six. – Seven. Okay, so I just want to kind of set the tone. This is setting the stage. </w:t>
      </w:r>
    </w:p>
    <w:p w14:paraId="39E24FC8" w14:textId="77777777" w:rsidR="00450288" w:rsidRDefault="005A3D35">
      <w:r>
        <w:t xml:space="preserve">I want to be very transparent, this is a safe space guys, we are all peers. Everybody is leaving their hat at the door no matter what role they wear. No matter what title they carry. We are all here to really engage as humans as peers. And please be curious. I know Bethany said it before. But I </w:t>
      </w:r>
      <w:r>
        <w:lastRenderedPageBreak/>
        <w:t>really asked that we keep any you know – any other lenses out so that we can all kind of learn, grow and share together. I will share that before anything, I'd like everybody just to take a deep breath put their feet flat on the ground. So that we can be grounded in solidarity, prior to us kind of going into some of these deeper topics. If we just take one moment, pause, breathe in together. And exhale. Feeling grounded in community. So, safety. We are going to absolutely discuss what safety means. It's goi</w:t>
      </w:r>
      <w:r>
        <w:t xml:space="preserve">ng to be different for different people. And there's also going to be dialogue around what crisis means. We are going to dive into that. Because crisis can be defined individually. Our aim is to hold real safety concerns, because that's real. We can change that. However, it's the person's right to direct their own life at the same time. So carrying it with the yes end, and this is a big part of what we are going to be discussing. Bethany, slide eight please. </w:t>
      </w:r>
    </w:p>
    <w:p w14:paraId="3A1B7E87" w14:textId="77777777" w:rsidR="00450288" w:rsidRDefault="005A3D35">
      <w:r>
        <w:t xml:space="preserve">Okay, so this has been a little bit of a work in progress in the sense of I really have been a part of the IL movement for a long time. I have been along with part of the disability rights and justice movement for a long time. And I am so – at the core foundation of the Independent Living movement, of IL, of what we all do, is so beautiful. And really, the biggest part for me in developing in the foundations of independence, of Independent Living. And independence, self-determination, and interdependence. </w:t>
      </w:r>
    </w:p>
    <w:p w14:paraId="4BD1D6D6" w14:textId="77777777" w:rsidR="00450288" w:rsidRDefault="005A3D35">
      <w:r>
        <w:t xml:space="preserve">BETHANY BALDWIN:Hey KK. This is Bethany. So let's see </w:t>
      </w:r>
    </w:p>
    <w:p w14:paraId="4C2BA8C2" w14:textId="77777777" w:rsidR="00450288" w:rsidRDefault="005A3D35">
      <w:r>
        <w:t xml:space="preserve">If we can turn your video off. Keep going. </w:t>
      </w:r>
    </w:p>
    <w:p w14:paraId="41F5EC39" w14:textId="77777777" w:rsidR="00450288" w:rsidRDefault="005A3D35">
      <w:pPr>
        <w:pStyle w:val="Heading3"/>
      </w:pPr>
      <w:r>
        <w:t>KRISTINA KAPP:</w:t>
      </w:r>
    </w:p>
    <w:p w14:paraId="12742711" w14:textId="77777777" w:rsidR="00450288" w:rsidRDefault="005A3D35">
      <w:pPr>
        <w:pStyle w:val="Heading2"/>
      </w:pPr>
      <w:r>
        <w:t>Independent Living and Interdependence</w:t>
      </w:r>
    </w:p>
    <w:p w14:paraId="0D0B8149" w14:textId="77777777" w:rsidR="00450288" w:rsidRDefault="005A3D35">
      <w:r>
        <w:t>Interdependence, so what does that equal? It equal self-determination, the right to make, the right to make your own decisions. Not doing everything alone. It's that you know, true shared supported decision-making, we are going to get into that as well. And so we are all interdependent. We lean on each other every single day. We share our daily life experiences. That's truly what that means. When we are interdependent, asking for an offering support is a strength, not a failure. Support is not controlled. O</w:t>
      </w:r>
      <w:r>
        <w:t xml:space="preserve">ur role is to be informed and stand with individuals. Not to take over. So you know, there is on the slide, person, peers community, and that is really the breakdown. </w:t>
      </w:r>
    </w:p>
    <w:p w14:paraId="0D6B7349" w14:textId="77777777" w:rsidR="00450288" w:rsidRDefault="005A3D35">
      <w:r>
        <w:t xml:space="preserve">As we are setting the stage, we are all peers here. So we really do want to have this open shared community. Dialogue. Next slide please, nine? </w:t>
      </w:r>
    </w:p>
    <w:p w14:paraId="6E327FF9" w14:textId="77777777" w:rsidR="00450288" w:rsidRDefault="005A3D35">
      <w:pPr>
        <w:pStyle w:val="Heading2"/>
      </w:pPr>
      <w:r>
        <w:t>History and Institutionalization</w:t>
      </w:r>
    </w:p>
    <w:p w14:paraId="22646619" w14:textId="77777777" w:rsidR="00450288" w:rsidRDefault="005A3D35">
      <w:r>
        <w:t xml:space="preserve">So history shapes how we think well – for generations. For generations – let me just upper one second. I think we all know that homestead and institutionalization is a big topic area right now. And that's why this is so important now more than ever. </w:t>
      </w:r>
    </w:p>
    <w:p w14:paraId="00ADA3A1" w14:textId="77777777" w:rsidR="00450288" w:rsidRDefault="005A3D35">
      <w:r>
        <w:t xml:space="preserve">And I feel as if the institutionalization and the siloing happening now it's the same, the separation. People with disabilities, even can feel sideload within the community. There is where that interconnection, that interdependent, dependent living movement is so important. -- Independent Living movement. What you all do each and every day is so important. </w:t>
      </w:r>
    </w:p>
    <w:p w14:paraId="206B0319" w14:textId="77777777" w:rsidR="00450288" w:rsidRDefault="005A3D35">
      <w:r>
        <w:t xml:space="preserve">So for generations, institutionalization separated people with disabilities from their communities and place decisions about their lives in the hands of others. The ideas about protection and safety, and risk have often been used justifying limitation of choice and self-direction. </w:t>
      </w:r>
    </w:p>
    <w:p w14:paraId="4462A4FC" w14:textId="77777777" w:rsidR="00450288" w:rsidRDefault="005A3D35">
      <w:r>
        <w:t xml:space="preserve">These historical – they have influence policies, practices and our instinct at times. It kind of let's say can a form of mission creep. Or trickling in that we don't even realize it. So moving from the </w:t>
      </w:r>
      <w:r>
        <w:lastRenderedPageBreak/>
        <w:t xml:space="preserve">institutional to community, shifting decisions, the deciding – shifting from deciding for people supporting people. To direct their own lives. So the history, the practice and decisions of day, that is so important. That we keep that framework, on the for grounding of what we are about to go into. Slide 10 please. </w:t>
      </w:r>
    </w:p>
    <w:p w14:paraId="176020CB" w14:textId="77777777" w:rsidR="00450288" w:rsidRDefault="005A3D35">
      <w:pPr>
        <w:pStyle w:val="Heading2"/>
      </w:pPr>
      <w:r>
        <w:t>Ableism, Bias, and Assumptions</w:t>
      </w:r>
    </w:p>
    <w:p w14:paraId="5DD6C13E" w14:textId="77777777" w:rsidR="00450288" w:rsidRDefault="005A3D35">
      <w:r>
        <w:t xml:space="preserve">So, this is what we are talking about, the creep. So we need to be aware that Abel is him bias is assumptions sometimes can be filtered in on a wearing only. Abel is him and bias shape what we notice. What we fear. What we label risky. What we say is unsafe like we said, that can be defined differently. To each individually. I think we need to be really, that's what we keep saying. Be open-minded, come curious. Let's connect and discuss together in community. Our own history identity roles, experiences and </w:t>
      </w:r>
      <w:r>
        <w:t xml:space="preserve">interactions with the system can influence how we interpret the same situation. I'm going to first-hand share with you all, I spent eight years in an institution. </w:t>
      </w:r>
    </w:p>
    <w:p w14:paraId="12C05BE4" w14:textId="77777777" w:rsidR="00450288" w:rsidRDefault="005A3D35">
      <w:r>
        <w:t xml:space="preserve">It was absolutely horrific. I could not be more grateful that there were advocates, and they were peer advocates. </w:t>
      </w:r>
    </w:p>
    <w:p w14:paraId="7891F0AC" w14:textId="77777777" w:rsidR="00450288" w:rsidRDefault="005A3D35">
      <w:r>
        <w:t>That were able to (indiscernible) with the P&amp;A system. There is an issue of abuse where I was. And I was moved, and I did have the opportunity to be integrated, supported, transitioned into the community for sure. Of time where I did have to go through the process of getting and retaining rights back to myself. Because I was under guardianship. And it so this is a big thing for me. So I am very aware that my personal lived experience may steer some of my perspectives. Thank you so much Amber for putting pro</w:t>
      </w:r>
      <w:r>
        <w:t>tection and advocacy systems. There is one in every states. It's usually disability rights, just so used to being told to not ask. So this is where became very difficult. In the sense of I had been effective. It had filtered in. I didn't even know that I could have a choice. That was a whole new world to me. So this may be the experience of many people that we engage with. And have the honor to walk with. On their journeys. But I want to have that recognize. So recognizing our assumptions helps a separate w</w:t>
      </w:r>
      <w:r>
        <w:t xml:space="preserve">hat we are observing from what we are interpreting. So just kind of maybe do that self scan really quick. And identify. Because I just very much as I modeled, that I had to really look at, that some of my life experiences may shape my perspectives. Next slide please. </w:t>
      </w:r>
    </w:p>
    <w:p w14:paraId="11CAF531" w14:textId="77777777" w:rsidR="00450288" w:rsidRDefault="005A3D35">
      <w:pPr>
        <w:pStyle w:val="Heading2"/>
      </w:pPr>
      <w:r>
        <w:t>Dignity of Risk</w:t>
      </w:r>
    </w:p>
    <w:p w14:paraId="322D1246" w14:textId="77777777" w:rsidR="00450288" w:rsidRDefault="005A3D35">
      <w:r>
        <w:t>Next slide please. Could everybody please go unmute if you are not speaking. I would greatly appreciate it. Thank you so much. Dignity of risk. This is a big one. The right to be reasonable. Risk. The right to reasonable risk. So the right to take a reasonable risk is essential to grow dignity and self-determination. That is a very well-known saying. But we can over protect right? And this can cause harm as well. And I think we need to actually talk about these things. We need to be aware that there is a yo</w:t>
      </w:r>
      <w:r>
        <w:t>u know a lot of people referred to as paternalism. But it can be communicated in the form of I don't believe in your ability. That's how it gets translated. So truly being aware of all of the language, the wording is so important. We are going to dive deeper into all of this. But informed choices means sharing all of the information stuff that means as peers, we get to navigate what the decision-making process would be for that individual. Which is – as somebody was actually done this myself, it was a littl</w:t>
      </w:r>
      <w:r>
        <w:t>e overwhelming when I first realized I wasn't going to be told, I was being asked and I had to choose. And so that's where part of that curiosity comes from. And I think it's almost an exciting endeavor that we get to go on with our peers. So… That also means we are going to honor the decision of the individual. We don't have to agree with it. It's not our choice. It's their choice. But we get to supports them in that process. It's exploring those options. Risk does not automatically mean danger. Discomfort</w:t>
      </w:r>
      <w:r>
        <w:t xml:space="preserve"> does not automatically mean </w:t>
      </w:r>
      <w:r>
        <w:lastRenderedPageBreak/>
        <w:t xml:space="preserve">unsafe. I'm going to say that one more time. Risk does not automatically mean danger. And discomfort does not automatically mean unsafe. Supporting risk aspect dignity of risk means holding choice and legitimate safety concerns together. At the same time. As we referred to in the beginning. Yes and. Next slide please, 12. </w:t>
      </w:r>
    </w:p>
    <w:p w14:paraId="0622C71F" w14:textId="77777777" w:rsidR="00450288" w:rsidRDefault="005A3D35">
      <w:pPr>
        <w:pStyle w:val="Heading2"/>
      </w:pPr>
      <w:r>
        <w:t>Balancing Choice, Safety, and Staff Responsibility</w:t>
      </w:r>
    </w:p>
    <w:p w14:paraId="7F3DB2DF" w14:textId="77777777" w:rsidR="00450288" w:rsidRDefault="005A3D35">
      <w:r>
        <w:t xml:space="preserve">So that balance, it's really key importance. Balancing choice, safety and staff responsibility. Sometimes choice, -- staff responsibility, and safety can feel tension. It's a tug-of-war. We are going to refer back to that yes and, not either or. Safety and dignity can be held together. </w:t>
      </w:r>
    </w:p>
    <w:p w14:paraId="7D040134" w14:textId="77777777" w:rsidR="00450288" w:rsidRDefault="005A3D35">
      <w:pPr>
        <w:pStyle w:val="ListBullet"/>
      </w:pPr>
      <w:r>
        <w:t>So before moving into action, ask what is the actual risk? And what am I assuming? Whose decision is it really, whose decision is it? What is my responsibility and obligation in the situation? What information options, and support can I possibly offer? How do I support without necessarily overwriting choice. This is a really important one. And I think these are questions that I think maybe some of us have asked ourselves in other terminology and other words. I'm just super excited that we are able to put it</w:t>
      </w:r>
      <w:r>
        <w:t xml:space="preserve"> into some framework, that we can apply it. So slide 13 please. </w:t>
      </w:r>
    </w:p>
    <w:p w14:paraId="1DAF332F" w14:textId="77777777" w:rsidR="00450288" w:rsidRDefault="005A3D35">
      <w:r>
        <w:t xml:space="preserve">So we are going to take this pause. Really quick. First and foremost. Bethany really quickly could you just go back to slide 12. </w:t>
      </w:r>
    </w:p>
    <w:p w14:paraId="654B5F53" w14:textId="77777777" w:rsidR="00450288" w:rsidRDefault="005A3D35">
      <w:pPr>
        <w:pStyle w:val="Heading3"/>
      </w:pPr>
      <w:r>
        <w:t>BETHANY BALDWIN:</w:t>
      </w:r>
    </w:p>
    <w:p w14:paraId="1794D769" w14:textId="77777777" w:rsidR="00450288" w:rsidRDefault="005A3D35">
      <w:r>
        <w:t xml:space="preserve">Of course KK. </w:t>
      </w:r>
    </w:p>
    <w:p w14:paraId="44188BF8" w14:textId="77777777" w:rsidR="00450288" w:rsidRDefault="005A3D35">
      <w:pPr>
        <w:pStyle w:val="Heading3"/>
      </w:pPr>
      <w:r>
        <w:t>KRISTINA KAPP:</w:t>
      </w:r>
    </w:p>
    <w:p w14:paraId="7CBE851A" w14:textId="77777777" w:rsidR="00450288" w:rsidRDefault="005A3D35">
      <w:r>
        <w:t>I just really want to drive this home, because we are going to have this moment of reflection where we can have a shared community dialogue. Some engagement. And I just want to pause for one moment, and before we are moving forward, I think all of us have looked at it as it had to be an either or. And I think really stepping into the yes and is going to be an important factor, the safety and the dignity that can be held together. So safety and dignity, together. Asking these questions. So I just wanted to p</w:t>
      </w:r>
      <w:r>
        <w:t xml:space="preserve">ut it up for one moment. Just a slide for one moment so everybody can kind of taken the scan, the questions. And then we will do the quick reflection. </w:t>
      </w:r>
    </w:p>
    <w:p w14:paraId="340538BF" w14:textId="77777777" w:rsidR="00450288" w:rsidRDefault="005A3D35">
      <w:r>
        <w:t xml:space="preserve">We can move onto slide 13 then for the pause. </w:t>
      </w:r>
    </w:p>
    <w:p w14:paraId="475ECC6E" w14:textId="77777777" w:rsidR="00450288" w:rsidRDefault="005A3D35">
      <w:pPr>
        <w:pStyle w:val="Heading3"/>
      </w:pPr>
      <w:r>
        <w:t>BETHANY BALDWIN:</w:t>
      </w:r>
    </w:p>
    <w:p w14:paraId="1AD57806" w14:textId="77777777" w:rsidR="00450288" w:rsidRDefault="005A3D35">
      <w:pPr>
        <w:pStyle w:val="Heading2"/>
      </w:pPr>
      <w:r>
        <w:t>Reflection and Group Discussion</w:t>
      </w:r>
    </w:p>
    <w:p w14:paraId="0A6A2C6A" w14:textId="77777777" w:rsidR="00450288" w:rsidRDefault="005A3D35">
      <w:r>
        <w:t>All right. We have pause the recording. And thank you KK. I love how you said that. It's good to pause sometimes and go back before you can go forward. That such a great saying, I think I'm going to add that to my list. Hello everybody, for those that are joining in, my name is Bethany Baldwin. I am here as the host on behalf of Nichole on assignment with this project would be IL T&amp;TA center. An IM -- and I am. Let me see if I can try the camera again between KK and myself. We are opening this up to everybo</w:t>
      </w:r>
      <w:r>
        <w:t xml:space="preserve">dy. This is a scenario so to speak. I hope this is something that I know in my end was very familiar and calming on the phone with the consumer. Expressing frustration with the situation. Such as housing. How do you validate someone without assumptions? And this is for anybody. Please feel free to engage in the chat if you would like to raise your hand, and we can spotlight you. Or… Just chat with us. Let's see, perfect. Holden? </w:t>
      </w:r>
    </w:p>
    <w:p w14:paraId="263694C2" w14:textId="77777777" w:rsidR="00450288" w:rsidRDefault="005A3D35">
      <w:pPr>
        <w:pStyle w:val="Heading3"/>
      </w:pPr>
      <w:r>
        <w:lastRenderedPageBreak/>
        <w:t>SPEAKER:</w:t>
      </w:r>
    </w:p>
    <w:p w14:paraId="16F59D70" w14:textId="77777777" w:rsidR="00450288" w:rsidRDefault="005A3D35">
      <w:r>
        <w:t>I would say, that you want to show sympathy for the situation, without saying too many specifics until you know more. For example saying something like the system is really rougher people in your situation. And asking them questions about it, and saying you know, let's say they are trying to get into a shelter but they are awful. You can show empty by saying "there really needs to be more of those." Or they need to be better funded. I'm sorry to hear that, what are you looking for from our organization? How</w:t>
      </w:r>
      <w:r>
        <w:t xml:space="preserve"> can we help you? And that is also kind of two birds one stone, because you also then find out what are their expectations for what you are going through? Because they are going to want to know, what are they expecting from you in the situation. But how can you help? Because you might need to correct them on what your organization actually does. Because when people are in a situation like that? They are going to be in a lot of panic a lot of the time. They might go for the first thing they can find. And exp</w:t>
      </w:r>
      <w:r>
        <w:t xml:space="preserve">ect that they may be able to provide them housing for example. Especially if it's called like Independent Living that may give them the wrong idea. So you want to make sure they have accurate assessment of what it is you do and how you can help them. </w:t>
      </w:r>
    </w:p>
    <w:p w14:paraId="67A585B0" w14:textId="77777777" w:rsidR="00450288" w:rsidRDefault="005A3D35">
      <w:pPr>
        <w:pStyle w:val="Heading3"/>
      </w:pPr>
      <w:r>
        <w:t>SPEAKER:</w:t>
      </w:r>
    </w:p>
    <w:p w14:paraId="54068D06" w14:textId="77777777" w:rsidR="00450288" w:rsidRDefault="005A3D35">
      <w:r>
        <w:t xml:space="preserve">I didn't want to share something, we have had frustrations and just to convey that empathy and possibly pure experience, that understanding is really important, so I just want to highlight that in the chart. </w:t>
      </w:r>
    </w:p>
    <w:p w14:paraId="1A5D0216" w14:textId="77777777" w:rsidR="00450288" w:rsidRDefault="005A3D35">
      <w:pPr>
        <w:pStyle w:val="Heading3"/>
      </w:pPr>
      <w:r>
        <w:t>BETHANY BALDWIN:</w:t>
      </w:r>
    </w:p>
    <w:p w14:paraId="7D25D6D6" w14:textId="77777777" w:rsidR="00450288" w:rsidRDefault="005A3D35">
      <w:r>
        <w:t xml:space="preserve">Perfect. I think in the sequence we see Samantha, please feel free to join in. </w:t>
      </w:r>
    </w:p>
    <w:p w14:paraId="2FAFCF92" w14:textId="77777777" w:rsidR="00450288" w:rsidRDefault="005A3D35">
      <w:pPr>
        <w:pStyle w:val="Heading3"/>
      </w:pPr>
      <w:r>
        <w:t>SPEAKER:</w:t>
      </w:r>
    </w:p>
    <w:p w14:paraId="06BAE963" w14:textId="77777777" w:rsidR="00450288" w:rsidRDefault="005A3D35">
      <w:r>
        <w:t>Hi, good afternoon. I have been experiencing here regarding housing, it is very difficult in our area but I think that when I have new consumers that are calling, I validate if they are expressing that frustration, I validate their feelings and let them know that they are not alone and I try to identify areas in which my agency can help. I let them know what type of services we have that are available to them that might be able to ease some of those concerns or barriers that they have and help them overcome</w:t>
      </w:r>
      <w:r>
        <w:t xml:space="preserve"> those barriers and maybe we could do a handoff to a different agency for different assistance for them, maybe we have, they are called INR, the information and referrals that we do stop </w:t>
      </w:r>
    </w:p>
    <w:p w14:paraId="4B982A2B" w14:textId="77777777" w:rsidR="00450288" w:rsidRDefault="005A3D35">
      <w:r>
        <w:t xml:space="preserve">We are part of the no wrong door policy. We really like to connect with other agencies in the handoffs and also to provide that extra level of support for people in our community because housing is really difficult and people really are struggling, but it is through those connections in our community that we are able to accomplish things and really help and provide that level of peer support. </w:t>
      </w:r>
    </w:p>
    <w:p w14:paraId="27969E19" w14:textId="77777777" w:rsidR="00450288" w:rsidRDefault="005A3D35">
      <w:r>
        <w:t>And I think that, honestly, validating their feelings, showing active listening, whether it is on the phone or in person, watching and being mindful of your nonverbal cues and languages and just using that whole entire really being grounded and mindful when you are interacting with people and understanding that sometimes people when they have disabilities perhaps, you know, you just have to treat everybody individually because not everybody is the same and not every disability is going to be the same, as th</w:t>
      </w:r>
      <w:r>
        <w:t xml:space="preserve">ere are hidden nonvisible types of disabilities. </w:t>
      </w:r>
    </w:p>
    <w:p w14:paraId="583BDCD4" w14:textId="77777777" w:rsidR="00450288" w:rsidRDefault="005A3D35">
      <w:r>
        <w:t xml:space="preserve">Being patient, showing that empathy and compassion. And just showing up for the community. </w:t>
      </w:r>
    </w:p>
    <w:p w14:paraId="0B939041" w14:textId="77777777" w:rsidR="00450288" w:rsidRDefault="005A3D35">
      <w:pPr>
        <w:pStyle w:val="Heading3"/>
      </w:pPr>
      <w:r>
        <w:t>BETHANY BALDWIN:</w:t>
      </w:r>
    </w:p>
    <w:p w14:paraId="3711BBEB" w14:textId="77777777" w:rsidR="00450288" w:rsidRDefault="005A3D35">
      <w:r>
        <w:t xml:space="preserve">I think KK makes lots of happy expressions. </w:t>
      </w:r>
    </w:p>
    <w:p w14:paraId="3E6309F4" w14:textId="77777777" w:rsidR="00450288" w:rsidRDefault="005A3D35">
      <w:pPr>
        <w:pStyle w:val="Heading3"/>
      </w:pPr>
      <w:r>
        <w:lastRenderedPageBreak/>
        <w:t>SPEAKER:</w:t>
      </w:r>
    </w:p>
    <w:p w14:paraId="78819879" w14:textId="77777777" w:rsidR="00450288" w:rsidRDefault="005A3D35">
      <w:r>
        <w:t xml:space="preserve">Yes. You actually dove in and hit on several of what we are going to go into and you set the stage because the model that I created actually referred to as grace and when you said grounded that is exactly it, it is being grounded together in that connection point of dialogue and there is such an importance in the bearing of witness and validation because people are often dismissed, silenced and overlooked. </w:t>
      </w:r>
    </w:p>
    <w:p w14:paraId="1EC35B10" w14:textId="77777777" w:rsidR="00450288" w:rsidRDefault="005A3D35">
      <w:r>
        <w:t xml:space="preserve">Being heard and being a witness is powerful and I just really appreciate your dialogue. </w:t>
      </w:r>
    </w:p>
    <w:p w14:paraId="47892717" w14:textId="77777777" w:rsidR="00450288" w:rsidRDefault="005A3D35">
      <w:pPr>
        <w:pStyle w:val="Heading3"/>
      </w:pPr>
      <w:r>
        <w:t>BETHANY BALDWIN:</w:t>
      </w:r>
    </w:p>
    <w:p w14:paraId="73AD729F" w14:textId="77777777" w:rsidR="00450288" w:rsidRDefault="005A3D35">
      <w:r>
        <w:t xml:space="preserve">I want to say that we have Christopher that raised his hand to jump in and I will say for the second question on how do you interact with the consumer system representative, we already have a bit of an answer on that, but if you could put that in the chat we have Christopher and then we will have Katie continue to move on through the presentation. </w:t>
      </w:r>
    </w:p>
    <w:p w14:paraId="601332B9" w14:textId="77777777" w:rsidR="00450288" w:rsidRDefault="005A3D35">
      <w:r>
        <w:t xml:space="preserve">We have some great content here. That is going to be tremendously helpful. Lots of resources. Christopher, come on in. </w:t>
      </w:r>
    </w:p>
    <w:p w14:paraId="5B8DD1E0" w14:textId="77777777" w:rsidR="00450288" w:rsidRDefault="005A3D35">
      <w:pPr>
        <w:pStyle w:val="Heading3"/>
      </w:pPr>
      <w:r>
        <w:t>SPEAKER:</w:t>
      </w:r>
    </w:p>
    <w:p w14:paraId="6AB96314" w14:textId="77777777" w:rsidR="00450288" w:rsidRDefault="005A3D35">
      <w:r>
        <w:t>Testing, testing. One, two, three. You guys can hear me? Excellent. I had insight on the second one. Tremendous input on the first one. I was actually thinking because I look at the second question, sometimes it gets overlooked. I guess when I approach from an individual that is expressing different levels of frustration with a situation that they're trying to get support on and they are facing barriers, systemic or otherwise either with something within the system or their relationship with the person, the</w:t>
      </w:r>
      <w:r>
        <w:t xml:space="preserve"> first thing I do is number one I follow three very easy rules. </w:t>
      </w:r>
    </w:p>
    <w:p w14:paraId="651AD4E6" w14:textId="77777777" w:rsidR="00450288" w:rsidRDefault="005A3D35">
      <w:r>
        <w:t xml:space="preserve">One, do not make any assumptions out of the gate that you understand the problem. You really kind of need to lean in and understand from the person, I want to understand what is the source of the frustration and, ultimately, get to what is important to him for them that they reached out to you for. And that way it really allows you to dive in. </w:t>
      </w:r>
    </w:p>
    <w:p w14:paraId="51666534" w14:textId="77777777" w:rsidR="00450288" w:rsidRDefault="005A3D35">
      <w:r>
        <w:t>And the second is be charitable and be, you are dealing with another person and that does not mean that they are immaculate or not prone to making mistakes. It takes two to tango sometimes when there are barriers, so lean into that intentional space of telling them maybe can we look at how you might have said you could have looked at this in a different way that may have gotten it different result. And relationships are about growth, if you are helping an individual get their problem solved, you are fishing</w:t>
      </w:r>
      <w:r>
        <w:t xml:space="preserve"> for them but you want to teach them how to fish, or at least be part of that process and not just solve the problem outright because it goes to the third assumption. </w:t>
      </w:r>
    </w:p>
    <w:p w14:paraId="60455A13" w14:textId="77777777" w:rsidR="00450288" w:rsidRDefault="005A3D35">
      <w:r>
        <w:t>Just because they reached out to you it does not mean you're going to be the one that solves the problem and may just be that you are the nexus point and when you reached out for help you are the one that calls, so you get to download all of the pain and frustration and trauma and to help them see the clarity of it and even by leaning into the second space where they might have made a botched up and created the problem themselves we have not seen it and sometimes you know what, you really helped me see that</w:t>
      </w:r>
      <w:r>
        <w:t xml:space="preserve"> maybe the way that I went about it was not the best. And that is the most rewarding thing and not everyone is a Lois Lane and Lois Lane is very remarkable and she actually saves Superman several times and people forget that. </w:t>
      </w:r>
    </w:p>
    <w:p w14:paraId="5F9D711A" w14:textId="77777777" w:rsidR="00450288" w:rsidRDefault="005A3D35">
      <w:r>
        <w:t xml:space="preserve">I just wanted to kind of weigh in on those to go to rules for me. That is all. </w:t>
      </w:r>
    </w:p>
    <w:p w14:paraId="3608E95C" w14:textId="77777777" w:rsidR="00450288" w:rsidRDefault="005A3D35">
      <w:pPr>
        <w:pStyle w:val="Heading3"/>
      </w:pPr>
      <w:r>
        <w:lastRenderedPageBreak/>
        <w:t>SPEAKER:</w:t>
      </w:r>
    </w:p>
    <w:p w14:paraId="0EED2C04" w14:textId="77777777" w:rsidR="00450288" w:rsidRDefault="005A3D35">
      <w:pPr>
        <w:pStyle w:val="Heading2"/>
      </w:pPr>
      <w:r>
        <w:t>Introduction to the GRACE Model</w:t>
      </w:r>
    </w:p>
    <w:p w14:paraId="3BBE54C5" w14:textId="77777777" w:rsidR="00450288" w:rsidRDefault="005A3D35">
      <w:r>
        <w:t>That was awesome. You hit on I mean I could cut out some of the content, you hit on it. I wanted to celebrate that you give it some different language to what I am about to share as we dive into our presentation of what the grace model is. And how it got created. I do want to show that, like I said, it is from a personal lived experience, so it brings together several components and this was not a little list. It was several years in the making of development and creation. It does include the independent li</w:t>
      </w:r>
      <w:r>
        <w:t xml:space="preserve">ving values, the ECP are that we have links to and whole action management which is a free resource and I highly recommend everyone download.and it does come from the PR recovery engagement methodologies and build on those. </w:t>
      </w:r>
    </w:p>
    <w:p w14:paraId="0FC6CFB4" w14:textId="77777777" w:rsidR="00450288" w:rsidRDefault="005A3D35">
      <w:r>
        <w:t xml:space="preserve">I am a huge advocate of proactive peer models that would mean peer prevention, why does it always have to be crisis? When we can proactively engage and have really some of those choices on paper to ensure that our safety, I personally have used this a lot in my life, the self-direction workflow and they are getting in the chat. </w:t>
      </w:r>
    </w:p>
    <w:p w14:paraId="591AE077" w14:textId="77777777" w:rsidR="00450288" w:rsidRDefault="005A3D35">
      <w:pPr>
        <w:pStyle w:val="Heading3"/>
      </w:pPr>
      <w:r>
        <w:t>SPEAKER:</w:t>
      </w:r>
    </w:p>
    <w:p w14:paraId="77221848" w14:textId="77777777" w:rsidR="00450288" w:rsidRDefault="005A3D35">
      <w:r>
        <w:t xml:space="preserve">OK, let's go ahead and see if we can have your camera off. </w:t>
      </w:r>
    </w:p>
    <w:p w14:paraId="720A874D" w14:textId="77777777" w:rsidR="00450288" w:rsidRDefault="005A3D35">
      <w:pPr>
        <w:pStyle w:val="Heading3"/>
      </w:pPr>
      <w:r>
        <w:t>SPEAKER:</w:t>
      </w:r>
    </w:p>
    <w:p w14:paraId="18F58CA3" w14:textId="77777777" w:rsidR="00450288" w:rsidRDefault="005A3D35">
      <w:r>
        <w:t xml:space="preserve">Is that better? </w:t>
      </w:r>
    </w:p>
    <w:p w14:paraId="1F20FFD7" w14:textId="77777777" w:rsidR="00450288" w:rsidRDefault="005A3D35">
      <w:pPr>
        <w:pStyle w:val="Heading3"/>
      </w:pPr>
      <w:r>
        <w:t>SPEAKER:</w:t>
      </w:r>
    </w:p>
    <w:p w14:paraId="50039E8A" w14:textId="77777777" w:rsidR="00450288" w:rsidRDefault="005A3D35">
      <w:r>
        <w:t xml:space="preserve">Thank you all for your patience as we continue to explore technology. </w:t>
      </w:r>
    </w:p>
    <w:p w14:paraId="35E60041" w14:textId="77777777" w:rsidR="00450288" w:rsidRDefault="005A3D35">
      <w:pPr>
        <w:pStyle w:val="Heading3"/>
      </w:pPr>
      <w:r>
        <w:t>SPEAKER:</w:t>
      </w:r>
    </w:p>
    <w:p w14:paraId="53A49B93" w14:textId="77777777" w:rsidR="00450288" w:rsidRDefault="005A3D35">
      <w:pPr>
        <w:pStyle w:val="Heading2"/>
      </w:pPr>
      <w:r>
        <w:t>Compassion and Presence Grounded in GRACE</w:t>
      </w:r>
    </w:p>
    <w:p w14:paraId="6CF127B2" w14:textId="77777777" w:rsidR="00450288" w:rsidRDefault="005A3D35">
      <w:r>
        <w:t xml:space="preserve">OK, so this is the big drum roll, it comes where there is a lot of hard to put into it. It is the compassion presence model and I think that we hit on several of these words in our dialogue, I love the open dialogue, but it is grounded in grace. </w:t>
      </w:r>
    </w:p>
    <w:p w14:paraId="7A8CDAEF" w14:textId="77777777" w:rsidR="00450288" w:rsidRDefault="005A3D35">
      <w:r>
        <w:t xml:space="preserve">Let's give that grace and space, so what does that mean? Grounded. Just as we opened up I will take it back to the very first opening we wanted to connect and it is giving intention with the individual. It is so highly important that if it is a let's see it more intense situation let's take that pause and say we are present here with you, so that is where that grounding comes in and also for us, that self compassion and self-care. This model can be used and we are going to dive deeper into that or, and, so </w:t>
      </w:r>
      <w:r>
        <w:t xml:space="preserve">it is the yes and, yet again. The yes and on the engagement with our greater community with our peers and the terminology is often used, consumer. I say community members. </w:t>
      </w:r>
    </w:p>
    <w:p w14:paraId="08B80C06" w14:textId="77777777" w:rsidR="00450288" w:rsidRDefault="005A3D35">
      <w:r>
        <w:t xml:space="preserve">That means, with regard, it holds the whole person with positive high regard. That is something that is not often identified and I just want to take that moment to say it is really important that we do because quite often and we are used to being dismissed and when somebody take that moment and I am used to feeling that positive, unconditional, whole person, that changes. </w:t>
      </w:r>
    </w:p>
    <w:p w14:paraId="17B1E5C6" w14:textId="77777777" w:rsidR="00450288" w:rsidRDefault="005A3D35">
      <w:r>
        <w:t xml:space="preserve">Really identifying and signaling. You are really showing and displaying that you are compassionate, you are caring, you are understanding. </w:t>
      </w:r>
    </w:p>
    <w:p w14:paraId="1EC89B1F" w14:textId="77777777" w:rsidR="00450288" w:rsidRDefault="005A3D35">
      <w:r>
        <w:t xml:space="preserve">As we break it down, steady yourself in the moment. It can be steadying in community and we can do this in a group setting, we can do this in a just a relational peer-to-peer and we can also just for </w:t>
      </w:r>
      <w:r>
        <w:lastRenderedPageBreak/>
        <w:t xml:space="preserve">you and that moment. That high regard, if it is that you need to fill yourself with that positive high regard, do that too, because here is the issue, the issue is that sometimes we do not even do it for ourselves. We are empty. </w:t>
      </w:r>
    </w:p>
    <w:p w14:paraId="10F3C4F6" w14:textId="77777777" w:rsidR="00450288" w:rsidRDefault="005A3D35">
      <w:r>
        <w:t xml:space="preserve">That autonomy, honoring the individual, their choice, we do not have to agree with it, and we identified the help, the need, we do not use that word. We are there to support. We are there to navigate. We are there and helping can also give that creep in of maybe removing some of the choices from the individual because it is that hierarchy. It takes a little bit away from that relational connection. </w:t>
      </w:r>
    </w:p>
    <w:p w14:paraId="72D7DCE4" w14:textId="77777777" w:rsidR="00450288" w:rsidRDefault="005A3D35">
      <w:r>
        <w:t xml:space="preserve">That is that connection point will stop nonhierarchical, it is interconnected and will eat without compassion and presence and that at the beginning is so important because the power of presence, it cannot even be quantified. Sometimes people just need to be heard. Sometimes they just need that space and nobody is even willing to listen or lend an ear. </w:t>
      </w:r>
    </w:p>
    <w:p w14:paraId="5E421AA0" w14:textId="77777777" w:rsidR="00450288" w:rsidRDefault="005A3D35">
      <w:r>
        <w:t xml:space="preserve">And I think all of us kind of know what that feels like, so having that compassion of sharing understanding, yes, I have been that angry before. If you can share it and allowing people to feel their feelings but not live in that emotion. </w:t>
      </w:r>
    </w:p>
    <w:p w14:paraId="29045972" w14:textId="77777777" w:rsidR="00450288" w:rsidRDefault="005A3D35">
      <w:r>
        <w:t xml:space="preserve">Often when people are battling things up that is where it can get escalated because there is not that safe space to share. And then emerge, moving towards what the person wants together in unity. Having them drive the navigation as we provide that support, those options, the research companionship is really important. </w:t>
      </w:r>
    </w:p>
    <w:p w14:paraId="26E844C8" w14:textId="77777777" w:rsidR="00450288" w:rsidRDefault="005A3D35">
      <w:r>
        <w:t xml:space="preserve">Compassion, presence, it sits at the center of that model and it helps us put it into practice. Next slide, please. OK, so across the next couple of weeks we're going to go over all of these elements. We are going to be breaking it down in two well, I do want to give that warning. I wish I would have remember to do it earlier in the session, but we are going to be hitting on some of the issues and topics that may be have not really been talked about, we are going to save them and it might not be simple, it </w:t>
      </w:r>
      <w:r>
        <w:t xml:space="preserve">might be a little uncomfortable. Get comfortable with being uncomfortable. I think that it is time that we ask ourselves why we get uneasy in silence. There is support in silence. We do not have to fill every moment with a word, so I want us to be mindful of that and I also want us to be mindful as we go down this journey together over the next couple of weeks that if you need a moment to pause and give yourself that grace and that space, please feel free to step away, check back in. </w:t>
      </w:r>
    </w:p>
    <w:p w14:paraId="37A36261" w14:textId="77777777" w:rsidR="00450288" w:rsidRDefault="005A3D35">
      <w:r>
        <w:t xml:space="preserve">If you need to pop out I completely understand. Do what you need to do for you. We always have to put your oxygen mask on first. We want to stay grounded. We are going through grounding, regard, autonomy to ground yourself. Seeing the whole person and honoring the choice. We are going to be turned down and that connection. </w:t>
      </w:r>
    </w:p>
    <w:p w14:paraId="12020626" w14:textId="77777777" w:rsidR="00450288" w:rsidRDefault="005A3D35">
      <w:r>
        <w:t>I am actually going to be having one of my partners from another director of the sender and another state that we work in partnership together. We have been doing this for years. We have been building around this and we practice this everyday will stop and so we are going to be dialoguing and working through some of this in the community. And displaying that relationship. Building that even when they escalate and as I refer to real life learning experiences and in week three it is going to be sustaining the</w:t>
      </w:r>
      <w:r>
        <w:t xml:space="preserve"> work, moving to recovery and sustainability for the next steps, autonomy, compassion, presence carried throughout. </w:t>
      </w:r>
    </w:p>
    <w:p w14:paraId="72B28A49" w14:textId="77777777" w:rsidR="00450288" w:rsidRDefault="005A3D35">
      <w:r>
        <w:t xml:space="preserve">You see those words and let us highlight it throughout the presentation as you can truly see how this model is interwoven with all of the dialogue in the next couple weeks. Slate 18, please. </w:t>
      </w:r>
    </w:p>
    <w:p w14:paraId="46701259" w14:textId="77777777" w:rsidR="00450288" w:rsidRDefault="005A3D35">
      <w:pPr>
        <w:pStyle w:val="Heading2"/>
      </w:pPr>
      <w:r>
        <w:lastRenderedPageBreak/>
        <w:t>Putting the Model into Practice</w:t>
      </w:r>
    </w:p>
    <w:p w14:paraId="547CB5AD" w14:textId="77777777" w:rsidR="00450288" w:rsidRDefault="005A3D35">
      <w:r>
        <w:t xml:space="preserve">Her week one, let's spend a bit of time putting this into practice, so what does it mean? Being grounded. What does that mean? I think often with Patchett and we often think we give an answer when the person is still talking. Are we really fully engaged? Being grounded in yourself and in the moment. Really listening. With regard, seeing the whole person and staying curious. That is really important. I think there was somebody that brought up about visible and invisible disabilities. </w:t>
      </w:r>
    </w:p>
    <w:p w14:paraId="4F52836A" w14:textId="77777777" w:rsidR="00450288" w:rsidRDefault="005A3D35">
      <w:r>
        <w:t xml:space="preserve">Each of us are unique. We are all different. We should never assume, even if there is a disability that identifies, that does not mean that somebody else that you'd now had the same disability or encounters the same things. Each person is their own whole person, not just a disability. </w:t>
      </w:r>
    </w:p>
    <w:p w14:paraId="2B8863FC" w14:textId="77777777" w:rsidR="00450288" w:rsidRDefault="005A3D35">
      <w:r>
        <w:t xml:space="preserve">That right there changes everything where we can truly see the whole human. Autonomy, honoring agency, choice and self-direction is super important because these practices help us assess what is happening and we make thoughtful decisions about what comes next. </w:t>
      </w:r>
    </w:p>
    <w:p w14:paraId="2A70724C" w14:textId="77777777" w:rsidR="00450288" w:rsidRDefault="005A3D35">
      <w:pPr>
        <w:pStyle w:val="Heading2"/>
      </w:pPr>
      <w:r>
        <w:t>Grounding and Situational Awareness</w:t>
      </w:r>
    </w:p>
    <w:p w14:paraId="36DD867B" w14:textId="77777777" w:rsidR="00450288" w:rsidRDefault="005A3D35">
      <w:r>
        <w:t xml:space="preserve">Next slide, please. OK, so I wish you guys could see me right now and I am so sorry that we are having a problem. I might be able to turn the camera on for a moment so that we can maybe do this one together yet again, but it is really important for us to be able to do the grounding within ourselves. What is happening in my body right now? Often when we meet with individuals that were there to support and engaged within the community, brought up the housing issue. Emotions are going to rise. And we will see </w:t>
      </w:r>
      <w:r>
        <w:t xml:space="preserve">or even feel it in your own body at times that anger, you can feel it in your hands and in your face. Let's identify that because that is real and we all have different identifiers. Let's maybe check in with ourselves and our body. </w:t>
      </w:r>
    </w:p>
    <w:p w14:paraId="6B7CF15A" w14:textId="77777777" w:rsidR="00450288" w:rsidRDefault="005A3D35">
      <w:r>
        <w:t>The other way is how are you feeling right now? You can ask the individual. And I see hands and I see people clenching their hands when they are angry. We can and we do not have to use the word grunted, we can connect and take a deep breath. It can be you can see it in many different ways, it is just the model, but what is going on around you? Let's be mindful of the environment and how that can make an impact. I will turn my camera off, OK. Really being mindful because this can also have an influence on th</w:t>
      </w:r>
      <w:r>
        <w:t xml:space="preserve">e emotional rise. </w:t>
      </w:r>
    </w:p>
    <w:p w14:paraId="3343ED47" w14:textId="77777777" w:rsidR="00450288" w:rsidRDefault="005A3D35">
      <w:r>
        <w:t xml:space="preserve">There could be even, what is it, safety? There can be environmental, we need to ask what is happening around you right now. Is there any other environmental factors that may be our being part of this of why you are feeling what you are feeling? Reaction. I am feeling urgency? Fear? Frustration? Or, going to highlight this word, the need to fix. I often see the word fix and help get interchanged and used, and that is where I want us to be really mindful. </w:t>
      </w:r>
    </w:p>
    <w:p w14:paraId="4FF27FB4" w14:textId="77777777" w:rsidR="00450288" w:rsidRDefault="005A3D35">
      <w:r>
        <w:t>Deep breath, I love that. Thank you for putting that in the chart. I just saw that with the deep breath. Absolutely, however you choose to do it, it is beautiful. Make it unique. So, really be mindful of that. Is it you that is feeling fearful? Is it the person? Is it the frustration? Intention. What does this person need from me at this moment? And, guess what, never assume. How about we ask? What an idea. We are so different than that average, let's say I am not knocking anything, the case management styl</w:t>
      </w:r>
      <w:r>
        <w:t xml:space="preserve">e and we are not cases that need to be managed. We do not need it needs assessment. We need to be heard. </w:t>
      </w:r>
    </w:p>
    <w:p w14:paraId="2519FE19" w14:textId="77777777" w:rsidR="00450288" w:rsidRDefault="005A3D35">
      <w:r>
        <w:t xml:space="preserve">Do not just want to answer those questions by checking a box. This makes it truly unique to the individual, it honors their personal experience. So, relaxation response, that is where I am encouraging you guys to really download that resource because there are so many tools within that. You can take that deep breath, you can even use the terminology and without that stress for a moment. Let's brain. Optimism. I know that can sound ridiculous, but guess what, optimism and </w:t>
      </w:r>
      <w:r>
        <w:lastRenderedPageBreak/>
        <w:t xml:space="preserve">options often connect because if we are not curious, we can also shutdown options that we did not even know were there. </w:t>
      </w:r>
    </w:p>
    <w:p w14:paraId="7135D986" w14:textId="77777777" w:rsidR="00450288" w:rsidRDefault="005A3D35">
      <w:r>
        <w:t xml:space="preserve">And limit the decision-making. That last exhale, really superlong, often when I am with another individual and we are doing peer to peer relationship and connection, we do it together, I say last one and we do it together and then it actually loosens things up. </w:t>
      </w:r>
    </w:p>
    <w:p w14:paraId="39E6DEB8" w14:textId="77777777" w:rsidR="00450288" w:rsidRDefault="005A3D35">
      <w:r>
        <w:t>I have had this done in many different forms and I do want to share that it does not have to be a deep breath. I actually cannot Misty who is going to be presenting with me next week, there was a time that we both were in silence and it was a shared experience that we had. She just looked at me and she said I am with you and I hear you and she put her hand on mine and that was it. We were silent together in that solidarity and understanding and I felt and bared witness to and I felt heard and I felt validat</w:t>
      </w:r>
      <w:r>
        <w:t xml:space="preserve">ed and I actually felt honored. </w:t>
      </w:r>
    </w:p>
    <w:p w14:paraId="68FB0831" w14:textId="77777777" w:rsidR="00450288" w:rsidRDefault="005A3D35">
      <w:r>
        <w:t xml:space="preserve">There are many ways we can engage this model. But grounding yourself before you support being calm is really being present. Just moving through this. Situational awareness and personal environment, take a snapshot and I think that is discounting and dismissive. </w:t>
      </w:r>
    </w:p>
    <w:p w14:paraId="0176275B" w14:textId="77777777" w:rsidR="00450288" w:rsidRDefault="005A3D35">
      <w:pPr>
        <w:pStyle w:val="Heading3"/>
      </w:pPr>
      <w:r>
        <w:t>BETHANY BALDWIN:</w:t>
      </w:r>
    </w:p>
    <w:p w14:paraId="2CD08296" w14:textId="77777777" w:rsidR="00450288" w:rsidRDefault="005A3D35">
      <w:r>
        <w:t>This is Bethany, just giving you a gentle timekeeping reminder. And notice that this may affect the safety, what may affect your safety or the person or you are working with the consumer who was present, what exists, the communications, and what has changed, include communication behavior, all of the above, environmental, separate what you are seeing from what you are assuming. Somebody should put that in the chart, what you are seeing and what you are assuming. Really notice the difference and decipher out</w:t>
      </w:r>
      <w:r>
        <w:t xml:space="preserve"> the uncertainty from genuine safety concerns. </w:t>
      </w:r>
    </w:p>
    <w:p w14:paraId="562E74A2" w14:textId="77777777" w:rsidR="00450288" w:rsidRDefault="005A3D35">
      <w:pPr>
        <w:pStyle w:val="Heading2"/>
      </w:pPr>
      <w:r>
        <w:t>Regard: Seeing the Whole Person</w:t>
      </w:r>
    </w:p>
    <w:p w14:paraId="4F3D3C69" w14:textId="77777777" w:rsidR="00450288" w:rsidRDefault="005A3D35">
      <w:r>
        <w:t xml:space="preserve">That is really important. Staying grounded enough to assess before responding. Notice assess, respond thoughtfully. Regard. Seeing the whole person. I wish it was not, it is simplistically profound, as I like to refer to it. I think we say it, but do we do it? This is kind of where we need to hold those values and value them as a whole person. Not for compliance, not for anything else and see the person present in the moment, not as even, I want to just say this, this may not sound not even someone you are </w:t>
      </w:r>
      <w:r>
        <w:t xml:space="preserve">going to help, just as a whole human, engage without. What separates what you observe from what you are assuming? </w:t>
      </w:r>
    </w:p>
    <w:p w14:paraId="7B436A4C" w14:textId="77777777" w:rsidR="00450288" w:rsidRDefault="005A3D35">
      <w:r>
        <w:t xml:space="preserve">I think this is a question we need to ask ourselves, what is the difference? Stay curious. What does that mean? It means how did they come to know what they know? Where did it come from? Because, like we said, you know, our experiences can shape our perspectives, right? That is where I was completely upfront and transparent and said, you know, this is my background. It has definitely shipped the work in my heart for this work and for the community, it is not work, I do not get to Hungerford by the clock. I </w:t>
      </w:r>
      <w:r>
        <w:t xml:space="preserve">am a person of our community with a disability. Now where it is coming from. Make sure to shift from assumption to asking. </w:t>
      </w:r>
    </w:p>
    <w:p w14:paraId="6451E3DD" w14:textId="77777777" w:rsidR="00450288" w:rsidRDefault="005A3D35">
      <w:r>
        <w:t xml:space="preserve">This is so important. Ask, do not assume. Help me understand what it is. What matters most to you? What I hear you saying is ask these questions, never assume, stay curious. Person, power, perspective. Who is in the room matters. So, mindful that there are times and places that we all know to be very mindful with ourselves. </w:t>
      </w:r>
    </w:p>
    <w:p w14:paraId="349F71AC" w14:textId="77777777" w:rsidR="00450288" w:rsidRDefault="005A3D35">
      <w:r>
        <w:t xml:space="preserve">We do not feel comfortable to say the things that we really want to say. You're not going to speak up transparently because there can be concern for retribution. There could be concern of safety. We could go on and on. Disability, race, culture, trauma, history, roles, and the power balance as </w:t>
      </w:r>
      <w:r>
        <w:lastRenderedPageBreak/>
        <w:t xml:space="preserve">we refer to it shapes both staff and consumer experiences and interprets the situation. And our identities can be what we experience and how we communicate not even just from our perspective but how our perspective shapes our language and can really direct our engagement. We need to be really mindful and that is about being grounded and self-awareness. </w:t>
      </w:r>
    </w:p>
    <w:p w14:paraId="63D8ABE6" w14:textId="77777777" w:rsidR="00450288" w:rsidRDefault="005A3D35">
      <w:r>
        <w:t>The same response or intervention may learn differently with each person because, like we said, everyone is unique. Everyone has their own values and beliefs. We should not be broad and just assume that what fits for one fits for the other. This is not one-size-fits-all. It is not just if this person is happy living there then this one is as well and I think I will send that referral over. It is not that simple. So, consider your role. Assumptions and available responses with options that may affect what ha</w:t>
      </w:r>
      <w:r>
        <w:t xml:space="preserve">ppens next. </w:t>
      </w:r>
    </w:p>
    <w:p w14:paraId="0A477D49" w14:textId="77777777" w:rsidR="00450288" w:rsidRDefault="005A3D35">
      <w:pPr>
        <w:pStyle w:val="Heading2"/>
      </w:pPr>
      <w:r>
        <w:t>Autonomy and Informed Choice</w:t>
      </w:r>
    </w:p>
    <w:p w14:paraId="739E0E1E" w14:textId="77777777" w:rsidR="00450288" w:rsidRDefault="005A3D35">
      <w:r>
        <w:t>Next slide, please. OK, I am just going to come out and go off script for a second and say that I think we use these words but what did they mean? Are we putting them into practice? This is where this big challenge really comes into play and I am so important, it is so important that we are going through this series together. That we are truly mindful and that we are honoring one another in the place that we are going to be displaying it, but honoring agency. It is not just words on the paper. We make the t</w:t>
      </w:r>
      <w:r>
        <w:t xml:space="preserve">ranslation into living in reality of truth in our engagement. </w:t>
      </w:r>
    </w:p>
    <w:p w14:paraId="1190825F" w14:textId="77777777" w:rsidR="00450288" w:rsidRDefault="005A3D35">
      <w:r>
        <w:t xml:space="preserve">Be clear about what your roles and responsibilities are. Peer to support informed decision-making, offer options rather than answers. I actually should put together a card for this one. Give information rather than instructions. Ask what support the person wants or needs and how can I best support you in this moment? I hear myself saying that so often. Anna the wrist, informed choice. Support the person's voice, decisions that affect them. They are the expert for themselves. </w:t>
      </w:r>
    </w:p>
    <w:p w14:paraId="6FE63885" w14:textId="77777777" w:rsidR="00450288" w:rsidRDefault="005A3D35">
      <w:r>
        <w:t xml:space="preserve">Great choice. Next slide. Autonomy and practice. Here is what you need to do. You can offer up what could it or be or something you have in mind. Is something feeling right to you? I think often some of this language is creeping in and we may not have awareness of it, so I value and appreciate so much that we are open to hearing some of this. </w:t>
      </w:r>
    </w:p>
    <w:p w14:paraId="6E13477E" w14:textId="77777777" w:rsidR="00450288" w:rsidRDefault="005A3D35">
      <w:r>
        <w:t xml:space="preserve">There will be sayings that I even have to truck with myself, have I said that lately? And moving directly in to vice or action. Try and would it be OK if I shared something that may support you? Maybe supportive right now, it may be helpful at the moment and there are a lot of ways to say that but it sounds very different instead of us be involved with a solution as they are still speaking. That is not having autonomy in practice. </w:t>
      </w:r>
    </w:p>
    <w:p w14:paraId="74AA8C4E" w14:textId="77777777" w:rsidR="00450288" w:rsidRDefault="005A3D35">
      <w:pPr>
        <w:pStyle w:val="Heading2"/>
      </w:pPr>
      <w:r>
        <w:t>From GRACE to Implementation</w:t>
      </w:r>
    </w:p>
    <w:p w14:paraId="4DD57CF4" w14:textId="77777777" w:rsidR="00450288" w:rsidRDefault="005A3D35">
      <w:r>
        <w:t>The mindful. Next slide, please. From grace to implementation. Grace helps us approach the moment thoughtfully. Now, use what we noted, to assess what is actually happening. I steady enough to see the whole situation? Do I need to take that deep breath for myself? And regard what am I actually observing or what am I assuming? And soft compression tool. What is the change? Is there an actual safety concern or support, response ability or response might be needed. OK, so this one is a little bit heavy so I wi</w:t>
      </w:r>
      <w:r>
        <w:t>ll just see it for what it is. What we are actually implementing. Before deciding what comes next, I know that we hear all the time on advertisements it will say call 98. But what comes next? What has changed and what am I actually observing and experiencing? Is there a genuine and immediate concern of safety? Or is this discomfort, uncertainty, or even disagreement? I think we do not stop, pause, and ask these questions before moving forward. We are in that solution and onset as they are speaking. So, this</w:t>
      </w:r>
      <w:r>
        <w:t xml:space="preserve"> provides that space. </w:t>
      </w:r>
    </w:p>
    <w:p w14:paraId="122776C8" w14:textId="77777777" w:rsidR="00450288" w:rsidRDefault="005A3D35">
      <w:pPr>
        <w:pStyle w:val="ListBullet"/>
      </w:pPr>
      <w:r>
        <w:lastRenderedPageBreak/>
        <w:t xml:space="preserve">What does the person said they need? Am I really listening to their needs? What supports are freely available? What responsibility or obligation do I have? I will hear liability risk. </w:t>
      </w:r>
    </w:p>
    <w:p w14:paraId="0F049DD7" w14:textId="77777777" w:rsidR="00450288" w:rsidRDefault="005A3D35">
      <w:pPr>
        <w:pStyle w:val="ListBullet"/>
      </w:pPr>
      <w:r>
        <w:t xml:space="preserve">What is the least intrusive response that the situation allows to observe, clarify, assess, decide. </w:t>
      </w:r>
    </w:p>
    <w:p w14:paraId="3F280A03" w14:textId="77777777" w:rsidR="00450288" w:rsidRDefault="005A3D35">
      <w:r>
        <w:t xml:space="preserve">Next slide. Recognize and understand the roles and responsibilities of policies reporting requirements, be aware of your policies, a conflict of interest, a full consumer choice. Consumers can remain informed and involved in what happens next. </w:t>
      </w:r>
    </w:p>
    <w:p w14:paraId="7E14E4CF" w14:textId="77777777" w:rsidR="00450288" w:rsidRDefault="005A3D35">
      <w:r>
        <w:t xml:space="preserve">Good information starts with the informed unknowing what options are available before the moment arrives. That is that moment of peace and proactivity. Next slide, please. </w:t>
      </w:r>
    </w:p>
    <w:p w14:paraId="029AE399" w14:textId="77777777" w:rsidR="00450288" w:rsidRDefault="005A3D35">
      <w:pPr>
        <w:pStyle w:val="Heading2"/>
      </w:pPr>
      <w:r>
        <w:t>Knowing Options and Their Impact</w:t>
      </w:r>
    </w:p>
    <w:p w14:paraId="0B1A0494" w14:textId="77777777" w:rsidR="00450288" w:rsidRDefault="005A3D35">
      <w:pPr>
        <w:pStyle w:val="ListBullet"/>
      </w:pPr>
      <w:r>
        <w:t xml:space="preserve">Know your options and the impact. There might be more than one pathway or alternative, such as, like I was just sharing, advanced directives, have the alternative option that the person once whenever possible, consider the spectrum of options, especially those rooted in natural, organizations, community based or holistic support and options. </w:t>
      </w:r>
    </w:p>
    <w:p w14:paraId="002E6AC1" w14:textId="77777777" w:rsidR="00450288" w:rsidRDefault="005A3D35">
      <w:r>
        <w:t xml:space="preserve">Just like if you out respite and an emergency 988, so be mindful that there can be another intervention of an option. And crisis, it poses a risk and admit be a risk of re-traumatization, institutionalization, depending on the situation. It may impact those relational connections as well, that trust factor. Depend on those. This is where the proactive approaches that we talked about in these wellness plans that we go through in the next couple weeks. They apply. So, if we can identify, if someone is having </w:t>
      </w:r>
      <w:r>
        <w:t xml:space="preserve">a rough day, because ask are you going to reach out to those support people that were identified around you? </w:t>
      </w:r>
    </w:p>
    <w:p w14:paraId="0FC20F13" w14:textId="77777777" w:rsidR="00450288" w:rsidRDefault="005A3D35">
      <w:r>
        <w:t xml:space="preserve">That already are trusted. Could there be a warm light that might be an option instead of 988? And there is a wide range between mobile crisis or behavioral health, first response, and emergency services. Like we said, know what the community options and programs are. And maybe discuss them with the individual prior to when you are doing the wellness plans and advanced directives to ensure their decision making rights. </w:t>
      </w:r>
    </w:p>
    <w:p w14:paraId="22C9137E" w14:textId="77777777" w:rsidR="00450288" w:rsidRDefault="005A3D35">
      <w:pPr>
        <w:pStyle w:val="Heading2"/>
      </w:pPr>
      <w:r>
        <w:t>Focused Response Planning</w:t>
      </w:r>
    </w:p>
    <w:p w14:paraId="16FD7D95" w14:textId="77777777" w:rsidR="00450288" w:rsidRDefault="005A3D35">
      <w:pPr>
        <w:pStyle w:val="ListBullet"/>
      </w:pPr>
      <w:r>
        <w:t>Next slide, please. Get informed. Take action. Create a focused response plan. This is something you will be getting as a resource and I believe it is going to be downloadable, but this is a little take away, I believe that we wanted you to take away from today. What might happen when I call? Who might respond? Can I request a specific crisis response? What accessibility and communication supports our available? What information will the responder ask for? And what are the sales procedures for the different</w:t>
      </w:r>
      <w:r>
        <w:t xml:space="preserve"> levels of concern? These are conversations, guys, that if you have not had them in your community, you should put them into place so that we know, proactively, how to respond. </w:t>
      </w:r>
    </w:p>
    <w:p w14:paraId="15C77AA6" w14:textId="77777777" w:rsidR="00450288" w:rsidRDefault="005A3D35">
      <w:pPr>
        <w:pStyle w:val="Heading2"/>
      </w:pPr>
      <w:r>
        <w:t>Scenario: GRACE in Practice</w:t>
      </w:r>
    </w:p>
    <w:p w14:paraId="20B8EAA7" w14:textId="77777777" w:rsidR="00450288" w:rsidRDefault="005A3D35">
      <w:pPr>
        <w:pStyle w:val="ListBullet"/>
      </w:pPr>
      <w:r>
        <w:t xml:space="preserve">Let's talk through some of these things and not assume that 98 it is the only option. Next slide, please. Scenario. Grace into practice. The consumer makes a choice that worries you. Emotions are rising. The environment is shifting. Ground. What do you need? What do you need to notice and yourself and the environment? And keep breathing through it. Regard. What are you actually observing or experiencing? What assumptions might you be making in the moment? What matters most to the consumer right now? </w:t>
      </w:r>
    </w:p>
    <w:p w14:paraId="710ED2EB" w14:textId="77777777" w:rsidR="00450288" w:rsidRDefault="005A3D35">
      <w:pPr>
        <w:pStyle w:val="ListBullet"/>
      </w:pPr>
      <w:r>
        <w:t xml:space="preserve">Autonomy. What does the consumer want? Whose decision is this? How can you offer information, options, support or guidance? What comes next? Based on what you've </w:t>
      </w:r>
      <w:r>
        <w:lastRenderedPageBreak/>
        <w:t xml:space="preserve">encountered, do you have a responsibility or requirement to respond in a particular way that most be considered? </w:t>
      </w:r>
    </w:p>
    <w:p w14:paraId="60BE81CC" w14:textId="77777777" w:rsidR="00450288" w:rsidRDefault="005A3D35">
      <w:pPr>
        <w:pStyle w:val="Heading2"/>
      </w:pPr>
      <w:r>
        <w:t>Key Takeaways</w:t>
      </w:r>
    </w:p>
    <w:p w14:paraId="078655D7" w14:textId="77777777" w:rsidR="00450288" w:rsidRDefault="005A3D35">
      <w:r>
        <w:t>Next slide, please. The key takeaways today. I hope that you get to really exercise in the next week. I really am hoping that we are able to kind of get this grounded within you and, maybe, you might be able to use this in the next week within the community, within your engagement, put into practice, because next week will will be showing what it is to put into practice and I will be presenting with one of my fellow peers and we will be chairing what it is to engage everyday. Ground yourself. Notice what is</w:t>
      </w:r>
      <w:r>
        <w:t xml:space="preserve"> going on inside of you and around you. See the whole person. Separate observe from the assumptions, recognize that there could be a limit bias. Honoring autonomy, choice and safety and coexistence. Difficult, tense moments and situations. That is that yes and model again. Before court now before acting. Identify genuine concerns, responsibility and the spectrum of available support. Consider the impact. User support response to the situation will allow in order to minimize trauma and the re-traumatization,</w:t>
      </w:r>
      <w:r>
        <w:t xml:space="preserve"> the reinstitution of his age and and avoid that trust break that can occur when we assume instead of being present with the grace model. </w:t>
      </w:r>
    </w:p>
    <w:p w14:paraId="4797CDB4" w14:textId="77777777" w:rsidR="00450288" w:rsidRDefault="005A3D35">
      <w:r>
        <w:t xml:space="preserve">So, coming up next we are going to tone it down next week and I will tell you that it is going to be a little bit intense. I will ask you guys to give you that grace and process through before next week and we are going to be open for some of those tougher conversations because I am really, really grateful. I do want to be aware. Bethany, how did I do with time? </w:t>
      </w:r>
    </w:p>
    <w:p w14:paraId="25BB5FDD" w14:textId="77777777" w:rsidR="00450288" w:rsidRDefault="005A3D35">
      <w:pPr>
        <w:pStyle w:val="Heading2"/>
      </w:pPr>
      <w:r>
        <w:t>Resources and Closing Discussion</w:t>
      </w:r>
    </w:p>
    <w:p w14:paraId="20596339" w14:textId="77777777" w:rsidR="00450288" w:rsidRDefault="005A3D35">
      <w:pPr>
        <w:pStyle w:val="Heading3"/>
      </w:pPr>
      <w:r>
        <w:t>BETHANY BALDWIN:</w:t>
      </w:r>
    </w:p>
    <w:p w14:paraId="2040558E" w14:textId="77777777" w:rsidR="00450288" w:rsidRDefault="005A3D35">
      <w:r>
        <w:t>You did perfectly well. And consideration of having to navigate all of the technology issues, it is kind of a replication of what happens in real interactions. Things happen. Let me add myself to the spotlight. I do want to appreciate everybody's time on this and in navigating these things with us. Just a highlight, the resources for additional guidance, KK has showed lots of resources that are actual tangible, actionable things. The diagram for you to hold on to or maybe share within your sector. We also h</w:t>
      </w:r>
      <w:r>
        <w:t xml:space="preserve">ave the toolkit that she has created that has emphasized everything from today. The lifeline that was shared earlier, in addition to the link center ACL and some commissary, the substance abuse and mental health services, there is a link for that. </w:t>
      </w:r>
    </w:p>
    <w:p w14:paraId="5F1EE5E0" w14:textId="77777777" w:rsidR="00450288" w:rsidRDefault="005A3D35">
      <w:r>
        <w:t xml:space="preserve">All of that is available already on the website with the link that we have dropped in and if you have any questions, please be sure to share in that survey for us to touch on in the next couple weeks and this is where we are going to stop the recording. </w:t>
      </w:r>
    </w:p>
    <w:p w14:paraId="3F65B28B" w14:textId="77777777" w:rsidR="00450288" w:rsidRDefault="005A3D35">
      <w:r>
        <w:t>We are fully engaged in a discussion. Again, a big thank you to KK. A round of applause stop and looking forward to what the next couple of weeks have two share. This is where we reemphasize that we are opening up the conversation to the learning with you and the identifying details, this is our space for us to collaborate and build up in solidarity. Share only what you are comfortable sharing. Different experiences and perspectives are welcome. Again, stay curious and respectful. That is something I have l</w:t>
      </w:r>
      <w:r>
        <w:t xml:space="preserve">earned from KK and I will always say that to myself, stay curious. </w:t>
      </w:r>
    </w:p>
    <w:p w14:paraId="3B7F551D" w14:textId="77777777" w:rsidR="00450288" w:rsidRDefault="005A3D35">
      <w:pPr>
        <w:pStyle w:val="ListBullet"/>
      </w:pPr>
      <w:r>
        <w:t xml:space="preserve">Ways to engage, real quick, raise your hand, turn on your camera, if you are comfortable. You can try, but potentially we might need to switch back to all cameras off, for the bandwidth. Use the chart to share insights, questions. We have a lot of activity. I am so excited to see this. React, reflect, rebuild on what other people have to say. I do want to see, and I will stop my share, and come back in here. </w:t>
      </w:r>
    </w:p>
    <w:p w14:paraId="1EF1127A" w14:textId="77777777" w:rsidR="00450288" w:rsidRDefault="005A3D35">
      <w:r>
        <w:lastRenderedPageBreak/>
        <w:t>Let's see, I believe that Taylor had raised his hand earlier. Unfortunately to be the person to lower his hand, but I would love to see if Taylor would like to come back as some of the points that you hit on my KK, he really wanted to chat and respond with. I will go back into the chat. He said in terms of thinking about assumptions, if the person you are talking to is assuming what you are saying and thinks you understand something when you really do not. That is such a pivotal thing when it comes to inter</w:t>
      </w:r>
      <w:r>
        <w:t xml:space="preserve">action in so many different capacities. </w:t>
      </w:r>
    </w:p>
    <w:p w14:paraId="215E9D1A" w14:textId="77777777" w:rsidR="00450288" w:rsidRDefault="005A3D35">
      <w:r>
        <w:t xml:space="preserve">KK, did you want to kind of resound on that and we will see if Taylor wanted to raise his hand and get back in the conversation? </w:t>
      </w:r>
    </w:p>
    <w:p w14:paraId="45BDAC90" w14:textId="77777777" w:rsidR="00450288" w:rsidRDefault="005A3D35">
      <w:pPr>
        <w:pStyle w:val="Heading3"/>
      </w:pPr>
      <w:r>
        <w:t>SPEAKER:</w:t>
      </w:r>
    </w:p>
    <w:p w14:paraId="1891DA0B" w14:textId="77777777" w:rsidR="00450288" w:rsidRDefault="005A3D35">
      <w:r>
        <w:t xml:space="preserve">Absolutely. Because I do want to share that is something that I, personally, struggle with. I do have auditory processing disorder and so communication can be difficult at times. And one of the ways that is the reflective listening and in mirroring that I often will say I just want to make sure that I am hearing what you are saying and not missing anything. And I often will ask can you just repeat back what I said? Because I want to make sure I am conveying what I am wanting to share. And I do not hide any </w:t>
      </w:r>
      <w:r>
        <w:t xml:space="preserve">of that. </w:t>
      </w:r>
    </w:p>
    <w:p w14:paraId="2E66A7A5" w14:textId="77777777" w:rsidR="00450288" w:rsidRDefault="005A3D35">
      <w:r>
        <w:t>I am very open. But I wanted ensure that. I hope that might answer it. But I do think it is OK to say hold up, I do not understand. I actually just said this to Cabo, who is presenting with me next week, I said hold on, I do not understand, let's stop and take a deep breath and she actually said OK, let's see how it can be shared differently. Because sometimes there can be those communication roadblocks, but it is how we navigate through them with the compassion. We do not get frustrated commercial compassi</w:t>
      </w:r>
      <w:r>
        <w:t xml:space="preserve">on, and never get together. But if you have provided that safe space the person can say, see I felt safe enough to say this, I do not understand, then I knew they would not share me. </w:t>
      </w:r>
    </w:p>
    <w:p w14:paraId="333A4201" w14:textId="77777777" w:rsidR="00450288" w:rsidRDefault="005A3D35">
      <w:r>
        <w:t xml:space="preserve">I think it is laying that foundation. </w:t>
      </w:r>
    </w:p>
    <w:p w14:paraId="5D02EAC4" w14:textId="77777777" w:rsidR="00450288" w:rsidRDefault="005A3D35">
      <w:pPr>
        <w:pStyle w:val="Heading3"/>
      </w:pPr>
      <w:r>
        <w:t>BETHANY BALDWIN:</w:t>
      </w:r>
    </w:p>
    <w:p w14:paraId="53F54934" w14:textId="77777777" w:rsidR="00450288" w:rsidRDefault="005A3D35">
      <w:r>
        <w:t xml:space="preserve">Perfect. Taylor did raise his hand, so please, Taylor, and this goes for the audience, please, if there is anything that is resounding from today's session that he would like to expand on or share an experience, please feel free. We encourage everybody. This is a space for us to dive in and discuss things like this. Taylor, I will ask you to unmute. There you go. </w:t>
      </w:r>
    </w:p>
    <w:p w14:paraId="04062E3B" w14:textId="77777777" w:rsidR="00450288" w:rsidRDefault="005A3D35">
      <w:pPr>
        <w:pStyle w:val="Heading3"/>
      </w:pPr>
      <w:r>
        <w:t>SPEAKER:</w:t>
      </w:r>
    </w:p>
    <w:p w14:paraId="7C2834D8" w14:textId="77777777" w:rsidR="00450288" w:rsidRDefault="005A3D35">
      <w:r>
        <w:t xml:space="preserve">Hi, can you hear me? </w:t>
      </w:r>
    </w:p>
    <w:p w14:paraId="2D803124" w14:textId="77777777" w:rsidR="00450288" w:rsidRDefault="005A3D35">
      <w:pPr>
        <w:pStyle w:val="Heading3"/>
      </w:pPr>
      <w:r>
        <w:t>BETHANY BALDWIN:</w:t>
      </w:r>
    </w:p>
    <w:p w14:paraId="29E9F07F" w14:textId="77777777" w:rsidR="00450288" w:rsidRDefault="005A3D35">
      <w:r>
        <w:t xml:space="preserve">Yes. </w:t>
      </w:r>
    </w:p>
    <w:p w14:paraId="0EBBF761" w14:textId="77777777" w:rsidR="00450288" w:rsidRDefault="005A3D35">
      <w:pPr>
        <w:pStyle w:val="Heading3"/>
      </w:pPr>
      <w:r>
        <w:t>SPEAKER:</w:t>
      </w:r>
    </w:p>
    <w:p w14:paraId="5C0E0367" w14:textId="77777777" w:rsidR="00450288" w:rsidRDefault="005A3D35">
      <w:r>
        <w:t>OK, I am a she, just to let you know. I know you care. She knows me. Taylor Richardson. Yes, I have an experience not long ago with my dad and I think that me and my dad, at times, are having this disconnect as far as understanding each other and my dad is very direct and just the way that he communicates is so general and broad and the way that I communicate, I communicate not like that. I like details and I like to know how things happened, where it came from. My dad is very like cause and effect and he g</w:t>
      </w:r>
      <w:r>
        <w:t xml:space="preserve">ets to the point but I do not communicate like that. </w:t>
      </w:r>
    </w:p>
    <w:p w14:paraId="20A564FB" w14:textId="77777777" w:rsidR="00450288" w:rsidRDefault="005A3D35">
      <w:r>
        <w:t xml:space="preserve">It takes me a while to get to my point. A lot of people get impatient with that, so I try to tell them from the beginning with people like just to let you know, I am not doing it on purpose but I just do not communicate that way, so it is like trying to meet in the middle like where he also sees a point </w:t>
      </w:r>
      <w:r>
        <w:lastRenderedPageBreak/>
        <w:t xml:space="preserve">but I do not know how to do that or how he wants me to. And I was not clearly understand where he's coming from because my dad is very and if you have had a chance to process or get ready for this, he said one time for example do not put $400 into your savings account. </w:t>
      </w:r>
    </w:p>
    <w:p w14:paraId="041FAD81" w14:textId="77777777" w:rsidR="00450288" w:rsidRDefault="005A3D35">
      <w:r>
        <w:t xml:space="preserve">And I wondered why and I had a lot of questions, like so many questions trying to figure out why not. I was not understanding what you mean by that. You can give me more context. My dad is very to the point and I do not communicate like that, so that can cause anxiety. And it did cause me to get nervous because he was starting to get a little loud with me and raising his voice and I noticed that. </w:t>
      </w:r>
    </w:p>
    <w:p w14:paraId="4E4FE9CE" w14:textId="77777777" w:rsidR="00450288" w:rsidRDefault="005A3D35">
      <w:r>
        <w:t xml:space="preserve">I think that is frustrating because he has a lot for me and his other kids but I would like to know that, like you have a lot on your mind, please let me know that clearly instead of not just saying anything about it and then expecting me to know what you are feeling or how you feel it. And then please do not assume. </w:t>
      </w:r>
    </w:p>
    <w:p w14:paraId="6AC969A9" w14:textId="77777777" w:rsidR="00450288" w:rsidRDefault="005A3D35">
      <w:r>
        <w:t>He was making it like I understood but I am still learning about it and I am 24 but with money I am not the best with it are not that good with money and finances, so just trying to learn and I did have a financial coach to help me with that and I am trying to learn. The program from him, I just need for him to be a lot more patient with me in that area because he understands but I think he assumes that I understand what he does and I don't, I really don't understand what he is saying. You heard often he ge</w:t>
      </w:r>
      <w:r>
        <w:t xml:space="preserve">ts mad and he assumes that you should know this. I said this multiple times. </w:t>
      </w:r>
    </w:p>
    <w:p w14:paraId="4BE772D4" w14:textId="77777777" w:rsidR="00450288" w:rsidRDefault="005A3D35">
      <w:pPr>
        <w:pStyle w:val="Heading3"/>
      </w:pPr>
      <w:r>
        <w:t>SPEAKER:</w:t>
      </w:r>
    </w:p>
    <w:p w14:paraId="092D015E" w14:textId="77777777" w:rsidR="00450288" w:rsidRDefault="005A3D35">
      <w:r>
        <w:t>Taylor, I will just really quick I think I do not want to shoot you down but I think that what you are sharing is so important. And I just want to give enough time for others because there are a lot of things in the parking lot. But Taylor, you have a beautiful way of communicating what it is that you need within dialogue and I know that I am going to chair the Taylor and I have navigated that together. And so thank you for jumping on and actually sharing these concrete, real things, that we are actually ap</w:t>
      </w:r>
      <w:r>
        <w:t xml:space="preserve">plying and engaging with. </w:t>
      </w:r>
    </w:p>
    <w:p w14:paraId="1E9A182A" w14:textId="77777777" w:rsidR="00450288" w:rsidRDefault="005A3D35">
      <w:r>
        <w:t xml:space="preserve">And I really do appreciate that. Thank you so much. You made some great points. </w:t>
      </w:r>
    </w:p>
    <w:p w14:paraId="189DD2C2" w14:textId="77777777" w:rsidR="00450288" w:rsidRDefault="005A3D35">
      <w:pPr>
        <w:pStyle w:val="Heading3"/>
      </w:pPr>
      <w:r>
        <w:t>BETHANY BALDWIN:</w:t>
      </w:r>
    </w:p>
    <w:p w14:paraId="79AB2B99" w14:textId="77777777" w:rsidR="00450288" w:rsidRDefault="005A3D35">
      <w:r>
        <w:t xml:space="preserve">Yes. Thank you, Taylor. Seeing something in the chart where I have asked the audience to clarify what is one thing that you are really going to take away from today? What you said, naturally, KK, is that sometimes we actually need to pause and go back in order to go forward. Carol has said this is what I heard. Is that what you meant? This is a phrase used very often. </w:t>
      </w:r>
    </w:p>
    <w:p w14:paraId="36B48598" w14:textId="77777777" w:rsidR="00450288" w:rsidRDefault="005A3D35">
      <w:r>
        <w:t xml:space="preserve">I see that we have had Christopher raise their hand. We have about one minute before I will have to pull up the site and move forward into the closeout, but be sure to join in next week. Submit questions and keep the engagement going. Christopher, go ahead? Speaking not just a very targeted question, because all of us in the capacity of leadership roles, all the leaders are aligned, so we are all in leadership that way, right? </w:t>
      </w:r>
    </w:p>
    <w:p w14:paraId="4675D92E" w14:textId="77777777" w:rsidR="00450288" w:rsidRDefault="005A3D35">
      <w:r>
        <w:t xml:space="preserve">But I mean in terms of response to those that are meant to provide the care and support that we want, that we understand needs to be done, how do we manifest? Because manifesting graces person to help a person meet their needs is one thing. But emulating or marrying that or cascading that down is quite another thing. </w:t>
      </w:r>
    </w:p>
    <w:p w14:paraId="3219A60F" w14:textId="77777777" w:rsidR="00450288" w:rsidRDefault="005A3D35">
      <w:r>
        <w:t xml:space="preserve">Any practical tips on Navy the best way to kind of encourage adoption and integration? Because, again, you are only going to be a transitory influence on the person. Ultimately, they're going to rely on your direct support. Any advice there? </w:t>
      </w:r>
    </w:p>
    <w:p w14:paraId="1D0459F4" w14:textId="77777777" w:rsidR="00450288" w:rsidRDefault="005A3D35">
      <w:pPr>
        <w:pStyle w:val="Heading3"/>
      </w:pPr>
      <w:r>
        <w:lastRenderedPageBreak/>
        <w:t>SPEAKER:</w:t>
      </w:r>
    </w:p>
    <w:p w14:paraId="4AFBAA93" w14:textId="77777777" w:rsidR="00450288" w:rsidRDefault="005A3D35">
      <w:r>
        <w:t xml:space="preserve">Model it. Live it because I say live out loud. I actually, relationally, do this. I live it. And that is the best and I am still pierced with everybody within my center, whatever role they are in. And we engage. Like Taylor was just speaking. We have had these real applications and I will refer back. I may not highlight it in the moment, but kind of like the think I shared about reverse, like I will point it out after the fact that they will be like wow, that was more natural. </w:t>
      </w:r>
    </w:p>
    <w:p w14:paraId="33CBA770" w14:textId="77777777" w:rsidR="00450288" w:rsidRDefault="005A3D35">
      <w:r>
        <w:t xml:space="preserve">And that is why I did want to ensure as I was developing this model that I gave you guys take away tools and even just a little cards. You can put that card in your pocket and no one even needs to know. Start applying it but do it for you first sort that you are filled out and so that you can connect and share with others. </w:t>
      </w:r>
    </w:p>
    <w:p w14:paraId="26E34BF4" w14:textId="77777777" w:rsidR="00450288" w:rsidRDefault="005A3D35">
      <w:pPr>
        <w:pStyle w:val="Heading3"/>
      </w:pPr>
      <w:r>
        <w:t>BETHANY BALDWIN:</w:t>
      </w:r>
    </w:p>
    <w:p w14:paraId="78E5A86D" w14:textId="77777777" w:rsidR="00450288" w:rsidRDefault="005A3D35">
      <w:r>
        <w:t xml:space="preserve">I love that. That is another thing. Model it and live it. It sounds like this has been very fantastic and well received presentation. We have kept up here at the IT and T sector, take the time and this is such an engaging topic that really is applicable to everything that happens in the ILTTA. </w:t>
      </w:r>
    </w:p>
    <w:p w14:paraId="1D7B672B" w14:textId="77777777" w:rsidR="00450288" w:rsidRDefault="005A3D35">
      <w:r>
        <w:t xml:space="preserve">Please take the time to do that. It takes about 3 to 5 minutes stop really quick. How to connect with the ILTTA center, you can call or sign up for events and announcements. We are gearing up for the next project here and we will have lots of things. And we are right at the top of the hour. So, with that being said, I want to say thank you to KK. </w:t>
      </w:r>
    </w:p>
    <w:p w14:paraId="2231A2FB" w14:textId="77777777" w:rsidR="00450288" w:rsidRDefault="005A3D35">
      <w:r>
        <w:t xml:space="preserve">Please, everybody, join me in saying thank you to KK and all access providers for making sure that this was available to our movement. Yes, and I hope that everyone has a good rest of their afternoon. Thank you. </w:t>
      </w:r>
    </w:p>
    <w:p w14:paraId="65464029" w14:textId="77777777" w:rsidR="00450288" w:rsidRDefault="005A3D35">
      <w:pPr>
        <w:pStyle w:val="Heading3"/>
      </w:pPr>
      <w:r>
        <w:t>SPEAKER:</w:t>
      </w:r>
    </w:p>
    <w:p w14:paraId="531861F3" w14:textId="77777777" w:rsidR="00450288" w:rsidRDefault="005A3D35">
      <w:r>
        <w:t xml:space="preserve">Thank you. See you next week, everybody. </w:t>
      </w:r>
    </w:p>
    <w:p w14:paraId="6972872F" w14:textId="77777777" w:rsidR="00450288" w:rsidRDefault="005A3D35">
      <w:pPr>
        <w:pStyle w:val="Heading3"/>
      </w:pPr>
      <w:r>
        <w:t>SPEAKER:</w:t>
      </w:r>
    </w:p>
    <w:p w14:paraId="69B90318" w14:textId="77777777" w:rsidR="00450288" w:rsidRDefault="005A3D35">
      <w:r>
        <w:t xml:space="preserve">Yes, thank you, see you next week and share. </w:t>
      </w:r>
    </w:p>
    <w:p w14:paraId="79B89492" w14:textId="77777777" w:rsidR="00450288" w:rsidRDefault="005A3D35">
      <w:pPr>
        <w:pStyle w:val="Heading3"/>
      </w:pPr>
      <w:r>
        <w:t>SPEAKER:</w:t>
      </w:r>
    </w:p>
    <w:p w14:paraId="3928919C" w14:textId="77777777" w:rsidR="00450288" w:rsidRDefault="005A3D35">
      <w:r>
        <w:t xml:space="preserve">Goodbye, have a good day. </w:t>
      </w:r>
    </w:p>
    <w:p w14:paraId="6466EF27" w14:textId="77777777" w:rsidR="00450288" w:rsidRDefault="005A3D35">
      <w:pPr>
        <w:pStyle w:val="Heading3"/>
      </w:pPr>
      <w:r>
        <w:t>SPEAKER:</w:t>
      </w:r>
    </w:p>
    <w:p w14:paraId="5BF19112" w14:textId="77777777" w:rsidR="00450288" w:rsidRDefault="005A3D35">
      <w:r>
        <w:t xml:space="preserve">Goodbye. </w:t>
      </w:r>
    </w:p>
    <w:p w14:paraId="5D573A93" w14:textId="77777777" w:rsidR="00450288" w:rsidRDefault="005A3D35">
      <w:r>
        <w:t>(End of Captions)</w:t>
      </w:r>
    </w:p>
    <w:sectPr w:rsidR="00450288" w:rsidSect="00034616">
      <w:footerReference w:type="default" r:id="rId8"/>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E992" w14:textId="77777777" w:rsidR="005A3D35" w:rsidRDefault="005A3D35">
      <w:pPr>
        <w:spacing w:after="0" w:line="240" w:lineRule="auto"/>
      </w:pPr>
      <w:r>
        <w:separator/>
      </w:r>
    </w:p>
  </w:endnote>
  <w:endnote w:type="continuationSeparator" w:id="0">
    <w:p w14:paraId="5808F08D" w14:textId="77777777" w:rsidR="005A3D35" w:rsidRDefault="005A3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7860" w14:textId="7C67CB1C" w:rsidR="00450288" w:rsidRDefault="005A3D35">
    <w:pPr>
      <w:pStyle w:val="Footer"/>
      <w:jc w:val="center"/>
    </w:pPr>
    <w:r>
      <w:fldChar w:fldCharType="begin"/>
    </w:r>
    <w:r>
      <w:instrText>PAGE</w:instrText>
    </w:r>
    <w:r>
      <w:fldChar w:fldCharType="separate"/>
    </w:r>
    <w:r w:rsidR="001B6A6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BF4F" w14:textId="77777777" w:rsidR="005A3D35" w:rsidRDefault="005A3D35">
      <w:pPr>
        <w:spacing w:after="0" w:line="240" w:lineRule="auto"/>
      </w:pPr>
      <w:r>
        <w:separator/>
      </w:r>
    </w:p>
  </w:footnote>
  <w:footnote w:type="continuationSeparator" w:id="0">
    <w:p w14:paraId="46BDEA7B" w14:textId="77777777" w:rsidR="005A3D35" w:rsidRDefault="005A3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8309418">
    <w:abstractNumId w:val="8"/>
  </w:num>
  <w:num w:numId="2" w16cid:durableId="1007951286">
    <w:abstractNumId w:val="6"/>
  </w:num>
  <w:num w:numId="3" w16cid:durableId="1726416468">
    <w:abstractNumId w:val="5"/>
  </w:num>
  <w:num w:numId="4" w16cid:durableId="1237665364">
    <w:abstractNumId w:val="4"/>
  </w:num>
  <w:num w:numId="5" w16cid:durableId="1990473236">
    <w:abstractNumId w:val="7"/>
  </w:num>
  <w:num w:numId="6" w16cid:durableId="460000241">
    <w:abstractNumId w:val="3"/>
  </w:num>
  <w:num w:numId="7" w16cid:durableId="1854881103">
    <w:abstractNumId w:val="2"/>
  </w:num>
  <w:num w:numId="8" w16cid:durableId="871769363">
    <w:abstractNumId w:val="1"/>
  </w:num>
  <w:num w:numId="9" w16cid:durableId="1430201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6A69"/>
    <w:rsid w:val="0029639D"/>
    <w:rsid w:val="00326F90"/>
    <w:rsid w:val="00450288"/>
    <w:rsid w:val="004A1317"/>
    <w:rsid w:val="005A3D3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E3C27A0-09EE-4C39-96E6-C4097416E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4527A"/>
      <w:sz w:val="28"/>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403"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8712</Words>
  <Characters>49660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58256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Emotional Wellness Cohort: Week 1 - Cleaned Transcript</dc:title>
  <dc:subject>Accessible transcript with navigable headings and list formatting</dc:subject>
  <dc:creator>python-docx</dc:creator>
  <cp:keywords>transcript, emotional wellness, independent living, accessibility</cp:keywords>
  <dc:description>generated by python-docx</dc:description>
  <cp:lastModifiedBy>Wolinsky, Emily</cp:lastModifiedBy>
  <cp:revision>3</cp:revision>
  <dcterms:created xsi:type="dcterms:W3CDTF">2013-12-23T23:15:00Z</dcterms:created>
  <dcterms:modified xsi:type="dcterms:W3CDTF">2026-09-03T21:41:00Z</dcterms:modified>
  <cp:category/>
</cp:coreProperties>
</file>