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8C7F" w14:textId="77777777" w:rsidR="00FA6338" w:rsidRDefault="00000000">
      <w:pPr>
        <w:pStyle w:val="Title"/>
      </w:pPr>
      <w:r>
        <w:t xml:space="preserve">SILC Connection: </w:t>
      </w:r>
      <w:proofErr w:type="spellStart"/>
      <w:r>
        <w:t>Análisis</w:t>
      </w:r>
      <w:proofErr w:type="spellEnd"/>
      <w:r>
        <w:t xml:space="preserve"> y </w:t>
      </w:r>
      <w:proofErr w:type="spellStart"/>
      <w:r>
        <w:t>uso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recopilada</w:t>
      </w:r>
      <w:proofErr w:type="spellEnd"/>
      <w:r>
        <w:t xml:space="preserve"> para el </w:t>
      </w:r>
      <w:proofErr w:type="spellStart"/>
      <w:r>
        <w:t>desarrollo</w:t>
      </w:r>
      <w:proofErr w:type="spellEnd"/>
      <w:r>
        <w:t xml:space="preserve"> del SPIL</w:t>
      </w:r>
    </w:p>
    <w:p w14:paraId="1C369FEF" w14:textId="77777777" w:rsidR="00FA6338" w:rsidRDefault="00000000">
      <w:pPr>
        <w:spacing w:after="40"/>
        <w:jc w:val="center"/>
      </w:pPr>
      <w:r>
        <w:rPr>
          <w:b/>
        </w:rPr>
        <w:t xml:space="preserve">El Centro de </w:t>
      </w:r>
      <w:proofErr w:type="spellStart"/>
      <w:r>
        <w:rPr>
          <w:b/>
        </w:rPr>
        <w:t>Capacitación</w:t>
      </w:r>
      <w:proofErr w:type="spellEnd"/>
      <w:r>
        <w:rPr>
          <w:b/>
        </w:rPr>
        <w:t xml:space="preserve"> y Asistencia Técnica de Vida Independiente </w:t>
      </w:r>
      <w:proofErr w:type="spellStart"/>
      <w:r>
        <w:rPr>
          <w:b/>
        </w:rPr>
        <w:t>presenta</w:t>
      </w:r>
      <w:proofErr w:type="spellEnd"/>
      <w:r>
        <w:rPr>
          <w:b/>
        </w:rPr>
        <w:t>:</w:t>
      </w:r>
    </w:p>
    <w:p w14:paraId="76A24559" w14:textId="77777777" w:rsidR="00FA6338" w:rsidRDefault="00000000">
      <w:pPr>
        <w:spacing w:after="40"/>
        <w:jc w:val="center"/>
      </w:pPr>
      <w:r>
        <w:rPr>
          <w:b/>
        </w:rPr>
        <w:t xml:space="preserve">20 de </w:t>
      </w:r>
      <w:proofErr w:type="spellStart"/>
      <w:r>
        <w:rPr>
          <w:b/>
        </w:rPr>
        <w:t>octubre</w:t>
      </w:r>
      <w:proofErr w:type="spellEnd"/>
      <w:r>
        <w:rPr>
          <w:b/>
        </w:rPr>
        <w:t xml:space="preserve"> de 2026</w:t>
      </w:r>
    </w:p>
    <w:p w14:paraId="4A4B6A02" w14:textId="77777777" w:rsidR="00FA6338" w:rsidRDefault="00000000">
      <w:pPr>
        <w:spacing w:after="40"/>
        <w:jc w:val="center"/>
      </w:pPr>
      <w:r>
        <w:rPr>
          <w:b/>
        </w:rPr>
        <w:t>2:30 p. m. – 4:00 p. m. hora del Este (EDT)</w:t>
      </w:r>
    </w:p>
    <w:p w14:paraId="4A2EA02C" w14:textId="77777777" w:rsidR="00FA6338" w:rsidRDefault="00FA6338"/>
    <w:p w14:paraId="79C3A2D4" w14:textId="77777777" w:rsidR="00FA6338" w:rsidRDefault="00000000">
      <w:pPr>
        <w:pStyle w:val="Heading2"/>
      </w:pPr>
      <w:r>
        <w:t xml:space="preserve">Bienvenida e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accesibilidad</w:t>
      </w:r>
      <w:proofErr w:type="spellEnd"/>
    </w:p>
    <w:p w14:paraId="614A9FF7" w14:textId="77777777" w:rsidR="00FA6338" w:rsidRDefault="00000000">
      <w:pPr>
        <w:pStyle w:val="Heading3"/>
      </w:pPr>
      <w:r>
        <w:t>PARKER GLICK:</w:t>
      </w:r>
    </w:p>
    <w:p w14:paraId="06E7B7CD" w14:textId="77777777" w:rsidR="00FA6338" w:rsidRDefault="00000000">
      <w:proofErr w:type="spellStart"/>
      <w:r>
        <w:t>Bienvenidos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. Les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dar</w:t>
      </w:r>
      <w:proofErr w:type="spellEnd"/>
      <w:r>
        <w:t xml:space="preserve"> un </w:t>
      </w:r>
      <w:proofErr w:type="spellStart"/>
      <w:r>
        <w:t>minuto</w:t>
      </w:r>
      <w:proofErr w:type="spellEnd"/>
      <w:r>
        <w:t xml:space="preserve"> </w:t>
      </w:r>
      <w:proofErr w:type="spellStart"/>
      <w:r>
        <w:t>aproximadamente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acomoden</w:t>
      </w:r>
      <w:proofErr w:type="spellEnd"/>
      <w:r>
        <w:t xml:space="preserve">. Los </w:t>
      </w:r>
      <w:proofErr w:type="spellStart"/>
      <w:r>
        <w:t>invitamos</w:t>
      </w:r>
      <w:proofErr w:type="spellEnd"/>
      <w:r>
        <w:t xml:space="preserve"> a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presenten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chat, y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organización</w:t>
      </w:r>
      <w:proofErr w:type="spellEnd"/>
      <w:r>
        <w:t>.</w:t>
      </w:r>
    </w:p>
    <w:p w14:paraId="0282EAA0" w14:textId="77777777" w:rsidR="00FA6338" w:rsidRDefault="00000000">
      <w:proofErr w:type="spellStart"/>
      <w:r>
        <w:t>Mantenga</w:t>
      </w:r>
      <w:proofErr w:type="spellEnd"/>
      <w:r>
        <w:t xml:space="preserve"> la </w:t>
      </w:r>
      <w:proofErr w:type="spellStart"/>
      <w:r>
        <w:t>cámara</w:t>
      </w:r>
      <w:proofErr w:type="spellEnd"/>
      <w:r>
        <w:t xml:space="preserve"> </w:t>
      </w:r>
      <w:proofErr w:type="spellStart"/>
      <w:r>
        <w:t>encendida</w:t>
      </w:r>
      <w:proofErr w:type="spellEnd"/>
      <w:r>
        <w:t xml:space="preserve"> o </w:t>
      </w:r>
      <w:proofErr w:type="spellStart"/>
      <w:r>
        <w:t>apagada</w:t>
      </w:r>
      <w:proofErr w:type="spellEnd"/>
      <w:r>
        <w:t xml:space="preserve">, </w:t>
      </w:r>
      <w:proofErr w:type="spellStart"/>
      <w:r>
        <w:t>dependiendo</w:t>
      </w:r>
      <w:proofErr w:type="spellEnd"/>
      <w:r>
        <w:t xml:space="preserve"> </w:t>
      </w:r>
      <w:proofErr w:type="spellStart"/>
      <w:r>
        <w:t>enteramente</w:t>
      </w:r>
      <w:proofErr w:type="spellEnd"/>
      <w:r>
        <w:t xml:space="preserve"> de Usted.</w:t>
      </w:r>
    </w:p>
    <w:p w14:paraId="736FA39C" w14:textId="77777777" w:rsidR="00FA6338" w:rsidRDefault="00000000">
      <w:r>
        <w:t xml:space="preserve">Hola, </w:t>
      </w:r>
      <w:proofErr w:type="spellStart"/>
      <w:r>
        <w:t>hola</w:t>
      </w:r>
      <w:proofErr w:type="spellEnd"/>
      <w:r>
        <w:t xml:space="preserve">. </w:t>
      </w:r>
      <w:proofErr w:type="spellStart"/>
      <w:r>
        <w:t>Bienvenidos</w:t>
      </w:r>
      <w:proofErr w:type="spellEnd"/>
      <w:r>
        <w:t xml:space="preserve"> a </w:t>
      </w:r>
      <w:proofErr w:type="spellStart"/>
      <w:r>
        <w:t>todos</w:t>
      </w:r>
      <w:proofErr w:type="spellEnd"/>
      <w:r>
        <w:t>.</w:t>
      </w:r>
    </w:p>
    <w:p w14:paraId="1CE48D50" w14:textId="77777777" w:rsidR="00FA6338" w:rsidRDefault="00000000">
      <w:proofErr w:type="spellStart"/>
      <w:r>
        <w:t>Muchas</w:t>
      </w:r>
      <w:proofErr w:type="spellEnd"/>
      <w:r>
        <w:t xml:space="preserve"> gracias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unírsenos</w:t>
      </w:r>
      <w:proofErr w:type="spellEnd"/>
      <w:r>
        <w:t xml:space="preserve">. </w:t>
      </w:r>
      <w:proofErr w:type="spellStart"/>
      <w:r>
        <w:t>Siéntanse</w:t>
      </w:r>
      <w:proofErr w:type="spellEnd"/>
      <w:r>
        <w:t xml:space="preserve"> con la </w:t>
      </w:r>
      <w:proofErr w:type="spellStart"/>
      <w:r>
        <w:t>libertad</w:t>
      </w:r>
      <w:proofErr w:type="spellEnd"/>
      <w:r>
        <w:t xml:space="preserve"> de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chat. </w:t>
      </w:r>
      <w:proofErr w:type="spellStart"/>
      <w:r>
        <w:t>Tenemos</w:t>
      </w:r>
      <w:proofErr w:type="spellEnd"/>
      <w:r>
        <w:t xml:space="preserve"> a </w:t>
      </w:r>
      <w:proofErr w:type="gramStart"/>
      <w:r>
        <w:t>personas</w:t>
      </w:r>
      <w:proofErr w:type="gramEnd"/>
      <w:r>
        <w:t xml:space="preserve"> de Carolina del Norte. </w:t>
      </w:r>
      <w:proofErr w:type="spellStart"/>
      <w:r>
        <w:t>Bienvenidos</w:t>
      </w:r>
      <w:proofErr w:type="spellEnd"/>
      <w:r>
        <w:t>.</w:t>
      </w:r>
    </w:p>
    <w:p w14:paraId="070E0737" w14:textId="77777777" w:rsidR="00FA6338" w:rsidRDefault="00000000">
      <w:proofErr w:type="spellStart"/>
      <w:r>
        <w:t>Excelente</w:t>
      </w:r>
      <w:proofErr w:type="spellEnd"/>
      <w:r>
        <w:t>.</w:t>
      </w:r>
    </w:p>
    <w:p w14:paraId="40377198" w14:textId="77777777" w:rsidR="00FA6338" w:rsidRDefault="00000000">
      <w:proofErr w:type="spellStart"/>
      <w:r>
        <w:t>Están</w:t>
      </w:r>
      <w:proofErr w:type="spellEnd"/>
      <w:r>
        <w:t xml:space="preserve"> </w:t>
      </w:r>
      <w:proofErr w:type="spellStart"/>
      <w:r>
        <w:t>entrando</w:t>
      </w:r>
      <w:proofErr w:type="spellEnd"/>
      <w:r>
        <w:t xml:space="preserve"> </w:t>
      </w:r>
      <w:proofErr w:type="spellStart"/>
      <w:r>
        <w:t>temprano</w:t>
      </w:r>
      <w:proofErr w:type="spellEnd"/>
      <w:r>
        <w:t xml:space="preserve">, me </w:t>
      </w:r>
      <w:proofErr w:type="spellStart"/>
      <w:r>
        <w:t>gusta</w:t>
      </w:r>
      <w:proofErr w:type="spellEnd"/>
      <w:r>
        <w:t>.</w:t>
      </w:r>
    </w:p>
    <w:p w14:paraId="2A0D98EE" w14:textId="77777777" w:rsidR="00FA6338" w:rsidRDefault="00000000">
      <w:r>
        <w:t>Muy bien.</w:t>
      </w:r>
    </w:p>
    <w:p w14:paraId="66B0AB97" w14:textId="77777777" w:rsidR="00FA6338" w:rsidRDefault="00000000">
      <w:proofErr w:type="spellStart"/>
      <w:r>
        <w:t>Entonces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se van </w:t>
      </w:r>
      <w:proofErr w:type="spellStart"/>
      <w:r>
        <w:t>presentando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dar</w:t>
      </w:r>
      <w:proofErr w:type="spellEnd"/>
      <w:r>
        <w:t xml:space="preserve"> </w:t>
      </w:r>
      <w:proofErr w:type="spellStart"/>
      <w:r>
        <w:t>inicio</w:t>
      </w:r>
      <w:proofErr w:type="spellEnd"/>
      <w:r>
        <w:t>.</w:t>
      </w:r>
    </w:p>
    <w:p w14:paraId="22B3A47C" w14:textId="77777777" w:rsidR="00FA6338" w:rsidRDefault="00000000">
      <w:proofErr w:type="spellStart"/>
      <w:r>
        <w:t>Bienvenidos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IL T&amp;TA, SILC Connection de </w:t>
      </w:r>
      <w:proofErr w:type="spellStart"/>
      <w:r>
        <w:t>octubre</w:t>
      </w:r>
      <w:proofErr w:type="spellEnd"/>
      <w:r>
        <w:t xml:space="preserve">: </w:t>
      </w:r>
      <w:proofErr w:type="spellStart"/>
      <w:r>
        <w:t>Análisis</w:t>
      </w:r>
      <w:proofErr w:type="spellEnd"/>
      <w:r>
        <w:t xml:space="preserve"> y </w:t>
      </w:r>
      <w:proofErr w:type="spellStart"/>
      <w:r>
        <w:t>uso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recopilada</w:t>
      </w:r>
      <w:proofErr w:type="spellEnd"/>
      <w:r>
        <w:t xml:space="preserve"> para el </w:t>
      </w:r>
      <w:proofErr w:type="spellStart"/>
      <w:r>
        <w:t>desarrollo</w:t>
      </w:r>
      <w:proofErr w:type="spellEnd"/>
      <w:r>
        <w:t xml:space="preserve"> del SPIL.</w:t>
      </w:r>
    </w:p>
    <w:p w14:paraId="60BA00B6" w14:textId="77777777" w:rsidR="00FA6338" w:rsidRDefault="00000000">
      <w:r>
        <w:t xml:space="preserve">Para el </w:t>
      </w:r>
      <w:proofErr w:type="spellStart"/>
      <w:r>
        <w:t>entrenamiento</w:t>
      </w:r>
      <w:proofErr w:type="spellEnd"/>
      <w:r>
        <w:t xml:space="preserve"> de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 xml:space="preserve">. A </w:t>
      </w:r>
      <w:proofErr w:type="spellStart"/>
      <w:r>
        <w:t>través</w:t>
      </w:r>
      <w:proofErr w:type="spellEnd"/>
      <w:r>
        <w:t xml:space="preserve"> del Consejo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>.</w:t>
      </w:r>
    </w:p>
    <w:p w14:paraId="5ABA33E3" w14:textId="77777777" w:rsidR="00FA6338" w:rsidRDefault="00000000">
      <w:r>
        <w:t xml:space="preserve">Es un paso </w:t>
      </w:r>
      <w:proofErr w:type="spellStart"/>
      <w:r>
        <w:t>dedicado</w:t>
      </w:r>
      <w:proofErr w:type="spellEnd"/>
      <w:r>
        <w:t xml:space="preserve"> para </w:t>
      </w:r>
      <w:proofErr w:type="spellStart"/>
      <w:r>
        <w:t>ingresar</w:t>
      </w:r>
      <w:proofErr w:type="spellEnd"/>
      <w:r>
        <w:t xml:space="preserve"> a </w:t>
      </w:r>
      <w:proofErr w:type="spellStart"/>
      <w:r>
        <w:t>recursos</w:t>
      </w:r>
      <w:proofErr w:type="spellEnd"/>
      <w:r>
        <w:t xml:space="preserve">, </w:t>
      </w:r>
      <w:proofErr w:type="spellStart"/>
      <w:r>
        <w:t>intercambio</w:t>
      </w:r>
      <w:proofErr w:type="spellEnd"/>
      <w:r>
        <w:t xml:space="preserve"> de </w:t>
      </w:r>
      <w:proofErr w:type="spellStart"/>
      <w:r>
        <w:t>estrategias</w:t>
      </w:r>
      <w:proofErr w:type="spellEnd"/>
      <w:r>
        <w:t xml:space="preserve"> y </w:t>
      </w:r>
      <w:proofErr w:type="spellStart"/>
      <w:r>
        <w:t>fortalecer</w:t>
      </w:r>
      <w:proofErr w:type="spellEnd"/>
      <w:r>
        <w:t xml:space="preserve"> el </w:t>
      </w:r>
      <w:proofErr w:type="spellStart"/>
      <w:r>
        <w:t>impacto</w:t>
      </w:r>
      <w:proofErr w:type="spellEnd"/>
      <w:r>
        <w:t xml:space="preserve"> y el </w:t>
      </w:r>
      <w:proofErr w:type="spellStart"/>
      <w:r>
        <w:t>centro</w:t>
      </w:r>
      <w:proofErr w:type="spellEnd"/>
      <w:r>
        <w:t xml:space="preserve"> IL T&amp;TA </w:t>
      </w:r>
      <w:proofErr w:type="spellStart"/>
      <w:r>
        <w:t>está</w:t>
      </w:r>
      <w:proofErr w:type="spellEnd"/>
      <w:r>
        <w:t xml:space="preserve"> con el </w:t>
      </w:r>
      <w:proofErr w:type="spellStart"/>
      <w:r>
        <w:t>departamento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Unidos. Y opera a </w:t>
      </w:r>
      <w:proofErr w:type="spellStart"/>
      <w:r>
        <w:t>través</w:t>
      </w:r>
      <w:proofErr w:type="spellEnd"/>
      <w:r>
        <w:t xml:space="preserve"> de la Universidad de Montana, para comunidades </w:t>
      </w:r>
      <w:proofErr w:type="spellStart"/>
      <w:r>
        <w:t>inclusivas</w:t>
      </w:r>
      <w:proofErr w:type="spellEnd"/>
      <w:r>
        <w:t>.</w:t>
      </w:r>
    </w:p>
    <w:p w14:paraId="34656947" w14:textId="77777777" w:rsidR="00FA6338" w:rsidRDefault="00000000">
      <w:r>
        <w:t xml:space="preserve">Mi </w:t>
      </w:r>
      <w:proofErr w:type="spellStart"/>
      <w:r>
        <w:t>nombre</w:t>
      </w:r>
      <w:proofErr w:type="spellEnd"/>
      <w:r>
        <w:t xml:space="preserve"> es Parker – </w:t>
      </w:r>
      <w:proofErr w:type="spellStart"/>
      <w:r>
        <w:t>yo</w:t>
      </w:r>
      <w:proofErr w:type="spellEnd"/>
      <w:r>
        <w:t xml:space="preserve"> soy el </w:t>
      </w:r>
      <w:proofErr w:type="spellStart"/>
      <w:r>
        <w:t>Coordinador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 IL T&amp;TA del Consejo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de </w:t>
      </w:r>
      <w:proofErr w:type="spellStart"/>
      <w:r>
        <w:t>independencia</w:t>
      </w:r>
      <w:proofErr w:type="spellEnd"/>
      <w:r>
        <w:t xml:space="preserve">. </w:t>
      </w:r>
      <w:proofErr w:type="spellStart"/>
      <w:r>
        <w:t>Estoy</w:t>
      </w:r>
      <w:proofErr w:type="spellEnd"/>
      <w:r>
        <w:t xml:space="preserve"> </w:t>
      </w:r>
      <w:proofErr w:type="spellStart"/>
      <w:r>
        <w:t>asignado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apoyar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procedimeinto</w:t>
      </w:r>
      <w:proofErr w:type="spellEnd"/>
      <w:r>
        <w:t xml:space="preserve">. </w:t>
      </w:r>
      <w:proofErr w:type="spellStart"/>
      <w:r>
        <w:t>Utilizo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pronombres</w:t>
      </w:r>
      <w:proofErr w:type="spellEnd"/>
      <w:r>
        <w:t xml:space="preserve"> son </w:t>
      </w:r>
      <w:proofErr w:type="spellStart"/>
      <w:r>
        <w:t>él</w:t>
      </w:r>
      <w:proofErr w:type="spellEnd"/>
      <w:r>
        <w:t xml:space="preserve">; y </w:t>
      </w:r>
      <w:proofErr w:type="spellStart"/>
      <w:r>
        <w:t>una</w:t>
      </w:r>
      <w:proofErr w:type="spellEnd"/>
      <w:r>
        <w:t xml:space="preserve"> breve </w:t>
      </w:r>
      <w:proofErr w:type="spellStart"/>
      <w:r>
        <w:t>descripción</w:t>
      </w:r>
      <w:proofErr w:type="spellEnd"/>
      <w:r>
        <w:t xml:space="preserve">, soy </w:t>
      </w:r>
      <w:proofErr w:type="spellStart"/>
      <w:r>
        <w:t>una</w:t>
      </w:r>
      <w:proofErr w:type="spellEnd"/>
      <w:r>
        <w:t xml:space="preserve"> persona </w:t>
      </w:r>
      <w:proofErr w:type="spellStart"/>
      <w:r>
        <w:t>sentada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silla</w:t>
      </w:r>
      <w:proofErr w:type="spellEnd"/>
      <w:r>
        <w:t xml:space="preserve"> de </w:t>
      </w:r>
      <w:proofErr w:type="spellStart"/>
      <w:r>
        <w:t>ruedas</w:t>
      </w:r>
      <w:proofErr w:type="spellEnd"/>
      <w:r>
        <w:t xml:space="preserve">, </w:t>
      </w:r>
      <w:proofErr w:type="spellStart"/>
      <w:r>
        <w:t>asiático</w:t>
      </w:r>
      <w:proofErr w:type="spellEnd"/>
      <w:r>
        <w:t xml:space="preserve">, y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oficina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casa.</w:t>
      </w:r>
    </w:p>
    <w:p w14:paraId="31848C28" w14:textId="77777777" w:rsidR="00FA6338" w:rsidRDefault="00000000">
      <w:proofErr w:type="spellStart"/>
      <w:r>
        <w:t>Ahora</w:t>
      </w:r>
      <w:proofErr w:type="spellEnd"/>
      <w:r>
        <w:t xml:space="preserve">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favor.</w:t>
      </w:r>
    </w:p>
    <w:p w14:paraId="45019952" w14:textId="77777777" w:rsidR="00FA6338" w:rsidRDefault="00000000">
      <w:r>
        <w:t xml:space="preserve">No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allí</w:t>
      </w:r>
      <w:proofErr w:type="spellEnd"/>
      <w:r>
        <w:t>.</w:t>
      </w:r>
    </w:p>
    <w:p w14:paraId="6963C0DE" w14:textId="77777777" w:rsidR="00FA6338" w:rsidRDefault="00000000">
      <w:r>
        <w:t xml:space="preserve">Antes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iniciemos</w:t>
      </w:r>
      <w:proofErr w:type="spellEnd"/>
      <w:r>
        <w:t xml:space="preserve"> </w:t>
      </w:r>
      <w:proofErr w:type="spellStart"/>
      <w:r>
        <w:t>quisiera</w:t>
      </w:r>
      <w:proofErr w:type="spellEnd"/>
      <w:r>
        <w:t xml:space="preserve"> </w:t>
      </w:r>
      <w:proofErr w:type="spellStart"/>
      <w:r>
        <w:t>revisar</w:t>
      </w:r>
      <w:proofErr w:type="spellEnd"/>
      <w:r>
        <w:t xml:space="preserve">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notas</w:t>
      </w:r>
      <w:proofErr w:type="spellEnd"/>
      <w:r>
        <w:t xml:space="preserve"> de </w:t>
      </w:r>
      <w:proofErr w:type="spellStart"/>
      <w:r>
        <w:t>accesibilidad</w:t>
      </w:r>
      <w:proofErr w:type="spellEnd"/>
      <w:r>
        <w:t xml:space="preserve"> y </w:t>
      </w:r>
      <w:proofErr w:type="spellStart"/>
      <w:r>
        <w:t>reglas</w:t>
      </w:r>
      <w:proofErr w:type="spellEnd"/>
      <w:r>
        <w:t xml:space="preserve"> </w:t>
      </w:r>
      <w:proofErr w:type="spellStart"/>
      <w:r>
        <w:t>internas</w:t>
      </w:r>
      <w:proofErr w:type="spellEnd"/>
      <w:r>
        <w:t>.</w:t>
      </w:r>
    </w:p>
    <w:p w14:paraId="32EAFBEF" w14:textId="77777777" w:rsidR="00FA6338" w:rsidRDefault="00000000">
      <w:proofErr w:type="spellStart"/>
      <w:r>
        <w:lastRenderedPageBreak/>
        <w:t>Asegúrense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hoy.</w:t>
      </w:r>
    </w:p>
    <w:p w14:paraId="7BCFE041" w14:textId="77777777" w:rsidR="00FA6338" w:rsidRDefault="00000000">
      <w:r>
        <w:t xml:space="preserve">Antes </w:t>
      </w:r>
      <w:proofErr w:type="spellStart"/>
      <w:r>
        <w:t>que</w:t>
      </w:r>
      <w:proofErr w:type="spellEnd"/>
      <w:r>
        <w:t xml:space="preserve"> nada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interpretación</w:t>
      </w:r>
      <w:proofErr w:type="spellEnd"/>
      <w:r>
        <w:t xml:space="preserve"> del </w:t>
      </w:r>
      <w:proofErr w:type="spellStart"/>
      <w:r>
        <w:t>lenguaje</w:t>
      </w:r>
      <w:proofErr w:type="spellEnd"/>
      <w:r>
        <w:t xml:space="preserve"> de </w:t>
      </w:r>
      <w:proofErr w:type="spellStart"/>
      <w:r>
        <w:t>señas</w:t>
      </w:r>
      <w:proofErr w:type="spellEnd"/>
      <w:r>
        <w:t xml:space="preserve"> </w:t>
      </w:r>
      <w:proofErr w:type="spellStart"/>
      <w:r>
        <w:t>estadounidense</w:t>
      </w:r>
      <w:proofErr w:type="spellEnd"/>
      <w:r>
        <w:t xml:space="preserve">. Y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accesar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barra de </w:t>
      </w:r>
      <w:proofErr w:type="spellStart"/>
      <w:r>
        <w:t>herramientas</w:t>
      </w:r>
      <w:proofErr w:type="spellEnd"/>
      <w:r>
        <w:t xml:space="preserve"> de Zoom. El </w:t>
      </w:r>
      <w:proofErr w:type="spellStart"/>
      <w:r>
        <w:t>intérprete</w:t>
      </w:r>
      <w:proofErr w:type="spellEnd"/>
      <w:r>
        <w:t xml:space="preserve"> de </w:t>
      </w:r>
      <w:proofErr w:type="spellStart"/>
      <w:r>
        <w:t>señas</w:t>
      </w:r>
      <w:proofErr w:type="spellEnd"/>
      <w:r>
        <w:t xml:space="preserve">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resaltado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también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conectarse</w:t>
      </w:r>
      <w:proofErr w:type="spellEnd"/>
      <w:r>
        <w:t xml:space="preserve"> con el video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pantalla</w:t>
      </w:r>
      <w:proofErr w:type="spellEnd"/>
      <w:r>
        <w:t>.</w:t>
      </w:r>
    </w:p>
    <w:p w14:paraId="70DB150C" w14:textId="77777777" w:rsidR="00FA6338" w:rsidRDefault="00000000">
      <w:proofErr w:type="spellStart"/>
      <w:r>
        <w:t>Tenemos</w:t>
      </w:r>
      <w:proofErr w:type="spellEnd"/>
      <w:r>
        <w:t xml:space="preserve"> </w:t>
      </w:r>
      <w:proofErr w:type="spellStart"/>
      <w:r>
        <w:t>subtítulos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 xml:space="preserve">. Para el </w:t>
      </w:r>
      <w:proofErr w:type="spellStart"/>
      <w:r>
        <w:t>inglés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alquilar</w:t>
      </w:r>
      <w:proofErr w:type="spellEnd"/>
      <w:r>
        <w:t xml:space="preserve"> la </w:t>
      </w:r>
      <w:proofErr w:type="spellStart"/>
      <w:r>
        <w:t>parte</w:t>
      </w:r>
      <w:proofErr w:type="spellEnd"/>
      <w:r>
        <w:t xml:space="preserve"> de </w:t>
      </w:r>
      <w:proofErr w:type="spellStart"/>
      <w:r>
        <w:t>abajo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herramienta</w:t>
      </w:r>
      <w:proofErr w:type="spellEnd"/>
      <w:r>
        <w:t xml:space="preserve">. Y para el enlace para </w:t>
      </w:r>
      <w:proofErr w:type="spellStart"/>
      <w:r>
        <w:t>español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sigan</w:t>
      </w:r>
      <w:proofErr w:type="spellEnd"/>
      <w:r>
        <w:t xml:space="preserve"> el enlace </w:t>
      </w:r>
      <w:proofErr w:type="spellStart"/>
      <w:r>
        <w:t>en</w:t>
      </w:r>
      <w:proofErr w:type="spellEnd"/>
      <w:r>
        <w:t xml:space="preserve"> chat.</w:t>
      </w:r>
    </w:p>
    <w:p w14:paraId="1FC35BBB" w14:textId="77777777" w:rsidR="00FA6338" w:rsidRDefault="00000000">
      <w:r>
        <w:t xml:space="preserve">Para la </w:t>
      </w:r>
      <w:proofErr w:type="spellStart"/>
      <w:r>
        <w:t>sesión</w:t>
      </w:r>
      <w:proofErr w:type="spellEnd"/>
      <w:r>
        <w:t xml:space="preserve"> de hoy el </w:t>
      </w:r>
      <w:proofErr w:type="spellStart"/>
      <w:r>
        <w:t>equipo</w:t>
      </w:r>
      <w:proofErr w:type="spellEnd"/>
      <w:r>
        <w:t xml:space="preserve"> de IL T&amp;TA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monitoreando</w:t>
      </w:r>
      <w:proofErr w:type="spellEnd"/>
      <w:r>
        <w:t xml:space="preserve"> el chat. Si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dificultad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o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de </w:t>
      </w:r>
      <w:proofErr w:type="spellStart"/>
      <w:r>
        <w:t>accesibilidad</w:t>
      </w:r>
      <w:proofErr w:type="spellEnd"/>
      <w:r>
        <w:t xml:space="preserve">. También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compartir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 xml:space="preserve"> y </w:t>
      </w:r>
      <w:proofErr w:type="spellStart"/>
      <w:r>
        <w:t>asegúrense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favor de </w:t>
      </w:r>
      <w:proofErr w:type="spellStart"/>
      <w:r>
        <w:t>dirigirlo</w:t>
      </w:r>
      <w:proofErr w:type="spellEnd"/>
      <w:r>
        <w:t xml:space="preserve"> lo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puedan</w:t>
      </w:r>
      <w:proofErr w:type="spellEnd"/>
      <w:r>
        <w:t>.</w:t>
      </w:r>
    </w:p>
    <w:p w14:paraId="24A2DDD7" w14:textId="77777777" w:rsidR="00FA6338" w:rsidRDefault="00000000">
      <w:r>
        <w:t xml:space="preserve">Luego de la </w:t>
      </w:r>
      <w:proofErr w:type="spellStart"/>
      <w:r>
        <w:t>presentación</w:t>
      </w:r>
      <w:proofErr w:type="spellEnd"/>
      <w:r>
        <w:t xml:space="preserve"> </w:t>
      </w:r>
      <w:proofErr w:type="spellStart"/>
      <w:r>
        <w:t>estaremos</w:t>
      </w:r>
      <w:proofErr w:type="spellEnd"/>
      <w:r>
        <w:t xml:space="preserve">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discusión</w:t>
      </w:r>
      <w:proofErr w:type="spellEnd"/>
      <w:r>
        <w:t xml:space="preserve"> entre las partes.</w:t>
      </w:r>
    </w:p>
    <w:p w14:paraId="172550D5" w14:textId="77777777" w:rsidR="00FA6338" w:rsidRDefault="00000000">
      <w:r>
        <w:t xml:space="preserve">Si </w:t>
      </w:r>
      <w:proofErr w:type="spellStart"/>
      <w:r>
        <w:t>desean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utiliza</w:t>
      </w:r>
      <w:proofErr w:type="spellEnd"/>
      <w:r>
        <w:t xml:space="preserve"> la </w:t>
      </w:r>
      <w:proofErr w:type="spellStart"/>
      <w:r>
        <w:t>herramienta</w:t>
      </w:r>
      <w:proofErr w:type="spellEnd"/>
      <w:r>
        <w:t xml:space="preserve"> de </w:t>
      </w:r>
      <w:proofErr w:type="spellStart"/>
      <w:r>
        <w:t>levantar</w:t>
      </w:r>
      <w:proofErr w:type="spellEnd"/>
      <w:r>
        <w:t xml:space="preserve"> la mano, e </w:t>
      </w:r>
      <w:proofErr w:type="spellStart"/>
      <w:r>
        <w:t>indíquelo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chat.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poner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micrófono</w:t>
      </w:r>
      <w:proofErr w:type="spellEnd"/>
      <w:r>
        <w:t xml:space="preserve"> </w:t>
      </w:r>
      <w:proofErr w:type="spellStart"/>
      <w:r>
        <w:t>apagado</w:t>
      </w:r>
      <w:proofErr w:type="spellEnd"/>
      <w:r>
        <w:t xml:space="preserve"> (mute) </w:t>
      </w:r>
      <w:proofErr w:type="spellStart"/>
      <w:r>
        <w:t>cuando</w:t>
      </w:r>
      <w:proofErr w:type="spellEnd"/>
      <w:r>
        <w:t xml:space="preserve"> van a </w:t>
      </w:r>
      <w:proofErr w:type="spellStart"/>
      <w:r>
        <w:t>hablar</w:t>
      </w:r>
      <w:proofErr w:type="spellEnd"/>
      <w:r>
        <w:t xml:space="preserve"> y también </w:t>
      </w:r>
      <w:proofErr w:type="spellStart"/>
      <w:r>
        <w:t>tenemos</w:t>
      </w:r>
      <w:proofErr w:type="spellEnd"/>
      <w:r>
        <w:t xml:space="preserve"> el chat </w:t>
      </w:r>
      <w:proofErr w:type="spellStart"/>
      <w:r>
        <w:t>si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sesión</w:t>
      </w:r>
      <w:proofErr w:type="spellEnd"/>
      <w:r>
        <w:t xml:space="preserve">, o </w:t>
      </w:r>
      <w:proofErr w:type="spellStart"/>
      <w:r>
        <w:t>quieren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teléfono</w:t>
      </w:r>
      <w:proofErr w:type="spellEnd"/>
      <w:r>
        <w:t xml:space="preserve"> * 6 para </w:t>
      </w:r>
      <w:proofErr w:type="spellStart"/>
      <w:r>
        <w:t>abrir</w:t>
      </w:r>
      <w:proofErr w:type="spellEnd"/>
      <w:r>
        <w:t xml:space="preserve"> y </w:t>
      </w:r>
      <w:proofErr w:type="spellStart"/>
      <w:r>
        <w:t>cerrar</w:t>
      </w:r>
      <w:proofErr w:type="spellEnd"/>
      <w:r>
        <w:t xml:space="preserve"> el </w:t>
      </w:r>
      <w:proofErr w:type="spellStart"/>
      <w:r>
        <w:t>teléfono</w:t>
      </w:r>
      <w:proofErr w:type="spellEnd"/>
      <w:r>
        <w:t xml:space="preserve"> y estrella 9 para </w:t>
      </w:r>
      <w:proofErr w:type="spellStart"/>
      <w:r>
        <w:t>bajar</w:t>
      </w:r>
      <w:proofErr w:type="spellEnd"/>
      <w:r>
        <w:t xml:space="preserve"> la mano.</w:t>
      </w:r>
    </w:p>
    <w:p w14:paraId="0D9AB90C" w14:textId="77777777" w:rsidR="00FA6338" w:rsidRDefault="00000000">
      <w:proofErr w:type="spellStart"/>
      <w:r>
        <w:t>Recuerden</w:t>
      </w:r>
      <w:proofErr w:type="spellEnd"/>
      <w:r>
        <w:t xml:space="preserve"> </w:t>
      </w:r>
      <w:proofErr w:type="spellStart"/>
      <w:r>
        <w:t>compartir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y el </w:t>
      </w:r>
      <w:proofErr w:type="spellStart"/>
      <w:r>
        <w:t>nombre</w:t>
      </w:r>
      <w:proofErr w:type="spellEnd"/>
      <w:r>
        <w:t xml:space="preserve"> de la </w:t>
      </w:r>
      <w:proofErr w:type="spellStart"/>
      <w:r>
        <w:t>organización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sepa</w:t>
      </w:r>
      <w:proofErr w:type="spellEnd"/>
      <w:r>
        <w:t xml:space="preserve"> </w:t>
      </w:r>
      <w:proofErr w:type="spellStart"/>
      <w:r>
        <w:t>quién</w:t>
      </w:r>
      <w:proofErr w:type="spellEnd"/>
      <w:r>
        <w:t xml:space="preserve"> se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uniendo</w:t>
      </w:r>
      <w:proofErr w:type="spellEnd"/>
      <w:r>
        <w:t xml:space="preserve"> a la </w:t>
      </w:r>
      <w:proofErr w:type="spellStart"/>
      <w:r>
        <w:t>conversación</w:t>
      </w:r>
      <w:proofErr w:type="spellEnd"/>
      <w:r>
        <w:t>.</w:t>
      </w:r>
    </w:p>
    <w:p w14:paraId="03B9C7A5" w14:textId="77777777" w:rsidR="00FA6338" w:rsidRDefault="00000000">
      <w:r>
        <w:t xml:space="preserve">Por </w:t>
      </w:r>
      <w:proofErr w:type="spellStart"/>
      <w:r>
        <w:t>último</w:t>
      </w:r>
      <w:proofErr w:type="spellEnd"/>
      <w:r>
        <w:t xml:space="preserve"> antes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vayan</w:t>
      </w:r>
      <w:proofErr w:type="spellEnd"/>
      <w:r>
        <w:t xml:space="preserve"> el día de hoy </w:t>
      </w:r>
      <w:proofErr w:type="spellStart"/>
      <w:r>
        <w:t>agradeceríamos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tomarse</w:t>
      </w:r>
      <w:proofErr w:type="spellEnd"/>
      <w:r>
        <w:t xml:space="preserve"> un </w:t>
      </w:r>
      <w:proofErr w:type="spellStart"/>
      <w:r>
        <w:t>momento</w:t>
      </w:r>
      <w:proofErr w:type="spellEnd"/>
      <w:r>
        <w:t xml:space="preserve"> para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breve </w:t>
      </w:r>
      <w:proofErr w:type="spellStart"/>
      <w:r>
        <w:t>encuesta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. Vamos a </w:t>
      </w:r>
      <w:proofErr w:type="spellStart"/>
      <w:r>
        <w:t>compartir</w:t>
      </w:r>
      <w:proofErr w:type="spellEnd"/>
      <w:r>
        <w:t xml:space="preserve"> el enlace </w:t>
      </w:r>
      <w:proofErr w:type="spellStart"/>
      <w:r>
        <w:t>en</w:t>
      </w:r>
      <w:proofErr w:type="spellEnd"/>
      <w:r>
        <w:t xml:space="preserve"> el chat la final de la </w:t>
      </w:r>
      <w:proofErr w:type="spellStart"/>
      <w:r>
        <w:t>sesión</w:t>
      </w:r>
      <w:proofErr w:type="spellEnd"/>
      <w:r>
        <w:t xml:space="preserve"> y a </w:t>
      </w:r>
      <w:proofErr w:type="spellStart"/>
      <w:r>
        <w:t>figurar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cierre</w:t>
      </w:r>
      <w:proofErr w:type="spellEnd"/>
      <w:r>
        <w:t>.</w:t>
      </w:r>
    </w:p>
    <w:p w14:paraId="092CC6F5" w14:textId="77777777" w:rsidR="00FA6338" w:rsidRDefault="00000000">
      <w:r>
        <w:t xml:space="preserve">Su </w:t>
      </w:r>
      <w:proofErr w:type="spellStart"/>
      <w:r>
        <w:t>retroalimentación</w:t>
      </w:r>
      <w:proofErr w:type="spellEnd"/>
      <w:r>
        <w:t xml:space="preserve"> </w:t>
      </w:r>
      <w:proofErr w:type="spellStart"/>
      <w:r>
        <w:t>ayudará</w:t>
      </w:r>
      <w:proofErr w:type="spellEnd"/>
      <w:r>
        <w:t xml:space="preserve"> para </w:t>
      </w:r>
      <w:proofErr w:type="spellStart"/>
      <w:r>
        <w:t>futuros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y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apoyar</w:t>
      </w:r>
      <w:proofErr w:type="spellEnd"/>
      <w:r>
        <w:t xml:space="preserve"> a la comunidad de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>.</w:t>
      </w:r>
    </w:p>
    <w:p w14:paraId="15D95975" w14:textId="77777777" w:rsidR="00FA6338" w:rsidRDefault="00000000">
      <w:pPr>
        <w:pStyle w:val="Heading2"/>
      </w:pPr>
      <w:proofErr w:type="spellStart"/>
      <w:r>
        <w:t>Presentaciones</w:t>
      </w:r>
      <w:proofErr w:type="spellEnd"/>
    </w:p>
    <w:p w14:paraId="4E4996AC" w14:textId="77777777" w:rsidR="00FA6338" w:rsidRDefault="00000000">
      <w:pPr>
        <w:pStyle w:val="Heading3"/>
      </w:pPr>
      <w:r>
        <w:t>PARKER GLICK:</w:t>
      </w:r>
    </w:p>
    <w:p w14:paraId="78263506" w14:textId="77777777" w:rsidR="00FA6338" w:rsidRDefault="00000000">
      <w:proofErr w:type="spellStart"/>
      <w:r>
        <w:t>Habiendo</w:t>
      </w:r>
      <w:proofErr w:type="spellEnd"/>
      <w:r>
        <w:t xml:space="preserve"> </w:t>
      </w:r>
      <w:proofErr w:type="spellStart"/>
      <w:r>
        <w:t>dicho</w:t>
      </w:r>
      <w:proofErr w:type="spellEnd"/>
      <w:r>
        <w:t xml:space="preserve"> </w:t>
      </w:r>
      <w:proofErr w:type="spellStart"/>
      <w:r>
        <w:t>eso</w:t>
      </w:r>
      <w:proofErr w:type="spellEnd"/>
      <w:r>
        <w:t xml:space="preserve"> </w:t>
      </w:r>
      <w:proofErr w:type="spellStart"/>
      <w:r>
        <w:t>quiero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a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presentador</w:t>
      </w:r>
      <w:proofErr w:type="spellEnd"/>
      <w:r>
        <w:t xml:space="preserve"> director </w:t>
      </w:r>
      <w:proofErr w:type="spellStart"/>
      <w:r>
        <w:t>ejecutivo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 xml:space="preserve">, Jeremy Morris,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facilitará</w:t>
      </w:r>
      <w:proofErr w:type="spellEnd"/>
      <w:r>
        <w:t xml:space="preserve">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de la Vida Independiente.</w:t>
      </w:r>
    </w:p>
    <w:p w14:paraId="6CCD20A3" w14:textId="77777777" w:rsidR="00FA6338" w:rsidRDefault="00000000">
      <w:pPr>
        <w:pStyle w:val="Heading3"/>
      </w:pPr>
      <w:r>
        <w:t>JEREMY MORRIS:</w:t>
      </w:r>
    </w:p>
    <w:p w14:paraId="1469F7FE" w14:textId="77777777" w:rsidR="00FA6338" w:rsidRDefault="00000000">
      <w:r>
        <w:t xml:space="preserve">Hola a </w:t>
      </w:r>
      <w:proofErr w:type="spellStart"/>
      <w:r>
        <w:t>todos</w:t>
      </w:r>
      <w:proofErr w:type="spellEnd"/>
      <w:r>
        <w:t xml:space="preserve">. </w:t>
      </w:r>
      <w:proofErr w:type="spellStart"/>
      <w:r>
        <w:t>Muchas</w:t>
      </w:r>
      <w:proofErr w:type="spellEnd"/>
      <w:r>
        <w:t xml:space="preserve"> gracias, Parker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introducción</w:t>
      </w:r>
      <w:proofErr w:type="spellEnd"/>
      <w:r>
        <w:t xml:space="preserve">. Mi </w:t>
      </w:r>
      <w:proofErr w:type="spellStart"/>
      <w:r>
        <w:t>nombre</w:t>
      </w:r>
      <w:proofErr w:type="spellEnd"/>
      <w:r>
        <w:t xml:space="preserve"> es Jeremy Morris uno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consultores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centro</w:t>
      </w:r>
      <w:proofErr w:type="spellEnd"/>
      <w:r>
        <w:t xml:space="preserve"> IL T&amp;TA también director del </w:t>
      </w:r>
      <w:proofErr w:type="spellStart"/>
      <w:r>
        <w:t>estado</w:t>
      </w:r>
      <w:proofErr w:type="spellEnd"/>
      <w:r>
        <w:t xml:space="preserve"> de Ohio, Consejo de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 xml:space="preserve">. Mis </w:t>
      </w:r>
      <w:proofErr w:type="spellStart"/>
      <w:r>
        <w:t>pronombres</w:t>
      </w:r>
      <w:proofErr w:type="spellEnd"/>
      <w:r>
        <w:t xml:space="preserve"> son </w:t>
      </w:r>
      <w:proofErr w:type="spellStart"/>
      <w:r>
        <w:t>él</w:t>
      </w:r>
      <w:proofErr w:type="spellEnd"/>
      <w:r>
        <w:t xml:space="preserve">. Por favor, Brooke </w:t>
      </w:r>
      <w:proofErr w:type="gramStart"/>
      <w:r>
        <w:t>no</w:t>
      </w:r>
      <w:proofErr w:type="gramEnd"/>
      <w:r>
        <w:t xml:space="preserve"> la </w:t>
      </w:r>
      <w:proofErr w:type="spellStart"/>
      <w:r>
        <w:t>veo</w:t>
      </w:r>
      <w:proofErr w:type="spellEnd"/>
      <w:r>
        <w:t xml:space="preserve"> </w:t>
      </w:r>
      <w:proofErr w:type="spellStart"/>
      <w:r>
        <w:t>ahora</w:t>
      </w:r>
      <w:proofErr w:type="spellEnd"/>
      <w:r>
        <w:t>.</w:t>
      </w:r>
    </w:p>
    <w:p w14:paraId="405B789B" w14:textId="77777777" w:rsidR="00FA6338" w:rsidRDefault="00000000">
      <w:pPr>
        <w:pStyle w:val="Heading3"/>
      </w:pPr>
      <w:r>
        <w:t>BROOKE WILSON:</w:t>
      </w:r>
    </w:p>
    <w:p w14:paraId="102EA808" w14:textId="77777777" w:rsidR="00FA6338" w:rsidRDefault="00000000">
      <w:proofErr w:type="spellStart"/>
      <w:r>
        <w:t>Buenas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breve </w:t>
      </w:r>
      <w:proofErr w:type="spellStart"/>
      <w:r>
        <w:t>descripción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 de mi. Soy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mujer</w:t>
      </w:r>
      <w:proofErr w:type="spellEnd"/>
      <w:r>
        <w:t xml:space="preserve"> </w:t>
      </w:r>
      <w:proofErr w:type="spellStart"/>
      <w:r>
        <w:t>blanca</w:t>
      </w:r>
      <w:proofErr w:type="spellEnd"/>
      <w:r>
        <w:t xml:space="preserve"> con el </w:t>
      </w:r>
      <w:proofErr w:type="spellStart"/>
      <w:r>
        <w:t>pelo</w:t>
      </w:r>
      <w:proofErr w:type="spellEnd"/>
      <w:r>
        <w:t xml:space="preserve"> rubio y </w:t>
      </w:r>
      <w:proofErr w:type="spellStart"/>
      <w:r>
        <w:t>canoso</w:t>
      </w:r>
      <w:proofErr w:type="spellEnd"/>
      <w:r>
        <w:t xml:space="preserve">, </w:t>
      </w:r>
      <w:proofErr w:type="spellStart"/>
      <w:r>
        <w:t>más</w:t>
      </w:r>
      <w:proofErr w:type="spellEnd"/>
      <w:r>
        <w:t xml:space="preserve"> de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quisiera</w:t>
      </w:r>
      <w:proofErr w:type="spellEnd"/>
      <w:r>
        <w:t xml:space="preserve"> </w:t>
      </w:r>
      <w:proofErr w:type="spellStart"/>
      <w:r>
        <w:t>admitir</w:t>
      </w:r>
      <w:proofErr w:type="spellEnd"/>
      <w:r>
        <w:t xml:space="preserve"> y </w:t>
      </w:r>
      <w:proofErr w:type="spellStart"/>
      <w:r>
        <w:t>tengo</w:t>
      </w:r>
      <w:proofErr w:type="spellEnd"/>
      <w:r>
        <w:t xml:space="preserve"> un </w:t>
      </w:r>
      <w:proofErr w:type="spellStart"/>
      <w:r>
        <w:t>suéter</w:t>
      </w:r>
      <w:proofErr w:type="spellEnd"/>
      <w:r>
        <w:t xml:space="preserve"> de color crema.</w:t>
      </w:r>
    </w:p>
    <w:p w14:paraId="68F0E696" w14:textId="77777777" w:rsidR="00FA6338" w:rsidRDefault="00000000">
      <w:proofErr w:type="spellStart"/>
      <w:r>
        <w:t>Muchas</w:t>
      </w:r>
      <w:proofErr w:type="spellEnd"/>
      <w:r>
        <w:t xml:space="preserve"> </w:t>
      </w:r>
      <w:proofErr w:type="gramStart"/>
      <w:r>
        <w:t>gracias</w:t>
      </w:r>
      <w:proofErr w:type="gramEnd"/>
      <w:r>
        <w:t>, Jeremy.</w:t>
      </w:r>
    </w:p>
    <w:p w14:paraId="7CCB04B8" w14:textId="77777777" w:rsidR="00FA6338" w:rsidRDefault="00000000">
      <w:pPr>
        <w:pStyle w:val="Heading2"/>
      </w:pPr>
      <w:r>
        <w:lastRenderedPageBreak/>
        <w:t xml:space="preserve">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aportes</w:t>
      </w:r>
      <w:proofErr w:type="spellEnd"/>
      <w:r>
        <w:t xml:space="preserve"> del </w:t>
      </w:r>
      <w:proofErr w:type="spellStart"/>
      <w:r>
        <w:t>público</w:t>
      </w:r>
      <w:proofErr w:type="spellEnd"/>
      <w:r>
        <w:t xml:space="preserve"> al SPIL</w:t>
      </w:r>
    </w:p>
    <w:p w14:paraId="13810D31" w14:textId="77777777" w:rsidR="00FA6338" w:rsidRDefault="00000000">
      <w:pPr>
        <w:pStyle w:val="Heading3"/>
      </w:pPr>
      <w:r>
        <w:t>JEREMY MORRIS:</w:t>
      </w:r>
    </w:p>
    <w:p w14:paraId="58E3DE80" w14:textId="77777777" w:rsidR="00FA6338" w:rsidRDefault="00000000">
      <w:r>
        <w:t xml:space="preserve">Vamos a </w:t>
      </w:r>
      <w:proofErr w:type="spellStart"/>
      <w:r>
        <w:t>continuar</w:t>
      </w:r>
      <w:proofErr w:type="spellEnd"/>
      <w:r>
        <w:t xml:space="preserve"> con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38DBBC34" w14:textId="77777777" w:rsidR="00FA6338" w:rsidRDefault="00000000">
      <w:r>
        <w:t xml:space="preserve">La </w:t>
      </w:r>
      <w:proofErr w:type="spellStart"/>
      <w:r>
        <w:t>diapositiva</w:t>
      </w:r>
      <w:proofErr w:type="spellEnd"/>
      <w:r>
        <w:t xml:space="preserve"> del </w:t>
      </w:r>
      <w:proofErr w:type="spellStart"/>
      <w:r>
        <w:t>número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, el día de hoy </w:t>
      </w:r>
      <w:proofErr w:type="spellStart"/>
      <w:r>
        <w:t>estaremos</w:t>
      </w:r>
      <w:proofErr w:type="spellEnd"/>
      <w:r>
        <w:t xml:space="preserve"> </w:t>
      </w:r>
      <w:proofErr w:type="spellStart"/>
      <w:r>
        <w:t>hablando</w:t>
      </w:r>
      <w:proofErr w:type="spellEnd"/>
      <w:r>
        <w:t xml:space="preserve"> del </w:t>
      </w:r>
      <w:proofErr w:type="spellStart"/>
      <w:r>
        <w:t>aporte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de la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necesidad</w:t>
      </w:r>
      <w:proofErr w:type="spellEnd"/>
      <w:r>
        <w:t xml:space="preserve"> y </w:t>
      </w:r>
      <w:proofErr w:type="spellStart"/>
      <w:r>
        <w:t>recopilación</w:t>
      </w:r>
      <w:proofErr w:type="spellEnd"/>
      <w:r>
        <w:t xml:space="preserve"> de datos y </w:t>
      </w:r>
      <w:proofErr w:type="spellStart"/>
      <w:r>
        <w:t>análisis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preparación</w:t>
      </w:r>
      <w:proofErr w:type="spellEnd"/>
      <w:r>
        <w:t xml:space="preserve"> para el </w:t>
      </w:r>
      <w:proofErr w:type="spellStart"/>
      <w:r>
        <w:t>siguiente</w:t>
      </w:r>
      <w:proofErr w:type="spellEnd"/>
      <w:r>
        <w:t xml:space="preserve"> plan </w:t>
      </w:r>
      <w:proofErr w:type="spellStart"/>
      <w:r>
        <w:t>estatal</w:t>
      </w:r>
      <w:proofErr w:type="spellEnd"/>
      <w:r>
        <w:t>.</w:t>
      </w:r>
    </w:p>
    <w:p w14:paraId="60CFD95A" w14:textId="77777777" w:rsidR="00FA6338" w:rsidRDefault="00000000">
      <w:r>
        <w:t xml:space="preserve">En la </w:t>
      </w:r>
      <w:proofErr w:type="spellStart"/>
      <w:r>
        <w:t>diapositiva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iniciamos</w:t>
      </w:r>
      <w:proofErr w:type="spellEnd"/>
      <w:r>
        <w:t xml:space="preserve"> con el </w:t>
      </w:r>
      <w:proofErr w:type="spellStart"/>
      <w:r>
        <w:t>aporte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el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 xml:space="preserve">, SPIL, </w:t>
      </w:r>
      <w:proofErr w:type="spellStart"/>
      <w:r>
        <w:t>inicia</w:t>
      </w:r>
      <w:proofErr w:type="spellEnd"/>
      <w:r>
        <w:t xml:space="preserve">. La </w:t>
      </w:r>
      <w:proofErr w:type="spellStart"/>
      <w:r>
        <w:t>regulación</w:t>
      </w:r>
      <w:proofErr w:type="spellEnd"/>
      <w:r>
        <w:t xml:space="preserve"> federal </w:t>
      </w:r>
      <w:proofErr w:type="spellStart"/>
      <w:r>
        <w:t>en</w:t>
      </w:r>
      <w:proofErr w:type="spellEnd"/>
      <w:r>
        <w:t xml:space="preserve"> el SPIL y el </w:t>
      </w:r>
      <w:proofErr w:type="spellStart"/>
      <w:r>
        <w:t>indicador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requerimientos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SPIL </w:t>
      </w:r>
      <w:proofErr w:type="spellStart"/>
      <w:r>
        <w:t>debe</w:t>
      </w:r>
      <w:proofErr w:type="spellEnd"/>
      <w:r>
        <w:t xml:space="preserve"> de </w:t>
      </w:r>
      <w:proofErr w:type="spellStart"/>
      <w:r>
        <w:t>seguir</w:t>
      </w:r>
      <w:proofErr w:type="spellEnd"/>
      <w:r>
        <w:t xml:space="preserve"> para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el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. El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es el primer paso y </w:t>
      </w:r>
      <w:proofErr w:type="spellStart"/>
      <w:r>
        <w:t>deben</w:t>
      </w:r>
      <w:proofErr w:type="spellEnd"/>
      <w:r>
        <w:t xml:space="preserve"> de </w:t>
      </w:r>
      <w:proofErr w:type="spellStart"/>
      <w:r>
        <w:t>recibir</w:t>
      </w:r>
      <w:proofErr w:type="spellEnd"/>
      <w:r>
        <w:t xml:space="preserve"> el </w:t>
      </w:r>
      <w:proofErr w:type="spellStart"/>
      <w:r>
        <w:t>aporte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de </w:t>
      </w:r>
      <w:proofErr w:type="spellStart"/>
      <w:r>
        <w:t>individuos</w:t>
      </w:r>
      <w:proofErr w:type="spellEnd"/>
      <w:r>
        <w:t xml:space="preserve"> con </w:t>
      </w:r>
      <w:proofErr w:type="spellStart"/>
      <w:r>
        <w:t>discapacidad</w:t>
      </w:r>
      <w:proofErr w:type="spellEnd"/>
      <w:r>
        <w:t xml:space="preserve"> antes de </w:t>
      </w:r>
      <w:proofErr w:type="spellStart"/>
      <w:r>
        <w:t>que</w:t>
      </w:r>
      <w:proofErr w:type="spellEnd"/>
      <w:r>
        <w:t xml:space="preserve"> el SPIL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desarrollarse</w:t>
      </w:r>
      <w:proofErr w:type="spellEnd"/>
      <w:r>
        <w:t>.</w:t>
      </w:r>
    </w:p>
    <w:p w14:paraId="20D22FF5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3A8690D0" w14:textId="77777777" w:rsidR="00FA6338" w:rsidRDefault="00000000">
      <w:proofErr w:type="spellStart"/>
      <w:r>
        <w:t>Diapositiva</w:t>
      </w:r>
      <w:proofErr w:type="spellEnd"/>
      <w:r>
        <w:t xml:space="preserve"> seis.</w:t>
      </w:r>
    </w:p>
    <w:p w14:paraId="576E47FD" w14:textId="77777777" w:rsidR="00FA6338" w:rsidRDefault="00000000">
      <w:proofErr w:type="spellStart"/>
      <w:r>
        <w:t>Introducción</w:t>
      </w:r>
      <w:proofErr w:type="spellEnd"/>
      <w:r>
        <w:t xml:space="preserve"> a </w:t>
      </w:r>
      <w:proofErr w:type="gramStart"/>
      <w:r>
        <w:t>datos</w:t>
      </w:r>
      <w:proofErr w:type="gramEnd"/>
      <w:r>
        <w:t xml:space="preserve">. Muchos de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me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conocido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sabe </w:t>
      </w:r>
      <w:proofErr w:type="spellStart"/>
      <w:r>
        <w:t>que</w:t>
      </w:r>
      <w:proofErr w:type="spellEnd"/>
      <w:r>
        <w:t xml:space="preserve"> me </w:t>
      </w:r>
      <w:proofErr w:type="spellStart"/>
      <w:r>
        <w:t>encantan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datos. No es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divertido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. </w:t>
      </w:r>
      <w:proofErr w:type="spellStart"/>
      <w:r>
        <w:t>Esperemos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aprender</w:t>
      </w:r>
      <w:proofErr w:type="spellEnd"/>
      <w:r>
        <w:t xml:space="preserve"> un </w:t>
      </w:r>
      <w:proofErr w:type="spellStart"/>
      <w:r>
        <w:t>poquito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, y </w:t>
      </w:r>
      <w:proofErr w:type="spellStart"/>
      <w:r>
        <w:t>quizás</w:t>
      </w:r>
      <w:proofErr w:type="spellEnd"/>
      <w:r>
        <w:t xml:space="preserve">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empezar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también. Es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divertido</w:t>
      </w:r>
      <w:proofErr w:type="spellEnd"/>
      <w:r>
        <w:t>.</w:t>
      </w:r>
    </w:p>
    <w:p w14:paraId="3CCC993D" w14:textId="77777777" w:rsidR="00FA6338" w:rsidRDefault="00000000">
      <w:proofErr w:type="spellStart"/>
      <w:r>
        <w:t>Debería</w:t>
      </w:r>
      <w:proofErr w:type="spellEnd"/>
      <w:r>
        <w:t xml:space="preserve"> de </w:t>
      </w:r>
      <w:proofErr w:type="spellStart"/>
      <w:r>
        <w:t>influenciar</w:t>
      </w:r>
      <w:proofErr w:type="spellEnd"/>
      <w:r>
        <w:t xml:space="preserve"> la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plan. El </w:t>
      </w:r>
      <w:proofErr w:type="spellStart"/>
      <w:r>
        <w:t>reto</w:t>
      </w:r>
      <w:proofErr w:type="spellEnd"/>
      <w:r>
        <w:t xml:space="preserve"> </w:t>
      </w:r>
      <w:proofErr w:type="spellStart"/>
      <w:r>
        <w:t>usualmente</w:t>
      </w:r>
      <w:proofErr w:type="spellEnd"/>
      <w:r>
        <w:t xml:space="preserve"> se </w:t>
      </w:r>
      <w:proofErr w:type="spellStart"/>
      <w:r>
        <w:t>analiza</w:t>
      </w:r>
      <w:proofErr w:type="spellEnd"/>
      <w:r>
        <w:t xml:space="preserve"> y se </w:t>
      </w:r>
      <w:proofErr w:type="spellStart"/>
      <w:r>
        <w:t>evalúa</w:t>
      </w:r>
      <w:proofErr w:type="spellEnd"/>
      <w:r>
        <w:t xml:space="preserve"> con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ha </w:t>
      </w:r>
      <w:proofErr w:type="spellStart"/>
      <w:r>
        <w:t>recibido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datos. Deben de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>,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</w:t>
      </w:r>
      <w:proofErr w:type="spellStart"/>
      <w:r>
        <w:t>esto</w:t>
      </w:r>
      <w:proofErr w:type="spellEnd"/>
      <w:r>
        <w:t>?</w:t>
      </w:r>
    </w:p>
    <w:p w14:paraId="101F9B52" w14:textId="77777777" w:rsidR="00FA6338" w:rsidRDefault="00000000">
      <w:r>
        <w:t>¿</w:t>
      </w:r>
      <w:proofErr w:type="spellStart"/>
      <w:r>
        <w:t>Cuál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ser la </w:t>
      </w:r>
      <w:proofErr w:type="spellStart"/>
      <w:r>
        <w:t>prioridad</w:t>
      </w:r>
      <w:proofErr w:type="spellEnd"/>
      <w:r>
        <w:t xml:space="preserve"> 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estatal</w:t>
      </w:r>
      <w:proofErr w:type="spellEnd"/>
      <w:r>
        <w:t>?</w:t>
      </w:r>
    </w:p>
    <w:p w14:paraId="27964A52" w14:textId="77777777" w:rsidR="00FA6338" w:rsidRDefault="00000000">
      <w:r>
        <w:t xml:space="preserve">Y </w:t>
      </w:r>
      <w:proofErr w:type="spellStart"/>
      <w:r>
        <w:t>muy</w:t>
      </w:r>
      <w:proofErr w:type="spellEnd"/>
      <w:r>
        <w:t xml:space="preserve"> </w:t>
      </w:r>
      <w:proofErr w:type="spellStart"/>
      <w:proofErr w:type="gramStart"/>
      <w:r>
        <w:t>importante</w:t>
      </w:r>
      <w:proofErr w:type="spellEnd"/>
      <w:r>
        <w:t>, ¿</w:t>
      </w:r>
      <w:proofErr w:type="spellStart"/>
      <w:proofErr w:type="gramEnd"/>
      <w:r>
        <w:t>Qué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la red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tal</w:t>
      </w:r>
      <w:proofErr w:type="spellEnd"/>
      <w:r>
        <w:t>?</w:t>
      </w:r>
    </w:p>
    <w:p w14:paraId="4BADE1BD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favor.</w:t>
      </w:r>
    </w:p>
    <w:p w14:paraId="68B9E11B" w14:textId="77777777" w:rsidR="00FA6338" w:rsidRDefault="00000000">
      <w:r>
        <w:t xml:space="preserve">Han </w:t>
      </w:r>
      <w:proofErr w:type="spellStart"/>
      <w:r>
        <w:t>recolectado</w:t>
      </w:r>
      <w:proofErr w:type="spellEnd"/>
      <w:r>
        <w:t xml:space="preserve"> sus datos. Esta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diapositiva</w:t>
      </w:r>
      <w:proofErr w:type="spellEnd"/>
      <w:r>
        <w:t xml:space="preserve"> </w:t>
      </w:r>
      <w:proofErr w:type="spellStart"/>
      <w:r>
        <w:t>siete</w:t>
      </w:r>
      <w:proofErr w:type="spellEnd"/>
      <w:r>
        <w:t>. ¿</w:t>
      </w:r>
      <w:proofErr w:type="spellStart"/>
      <w:r>
        <w:t>Ahora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hacen</w:t>
      </w:r>
      <w:proofErr w:type="spellEnd"/>
      <w:r>
        <w:t>?</w:t>
      </w:r>
    </w:p>
    <w:p w14:paraId="3DFDB3A8" w14:textId="77777777" w:rsidR="00FA6338" w:rsidRDefault="00000000">
      <w:r>
        <w:t xml:space="preserve">El </w:t>
      </w:r>
      <w:proofErr w:type="spellStart"/>
      <w:r>
        <w:t>desarrollo</w:t>
      </w:r>
      <w:proofErr w:type="spellEnd"/>
      <w:r>
        <w:t xml:space="preserve"> del SPIL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aportar</w:t>
      </w:r>
      <w:proofErr w:type="spellEnd"/>
      <w:r>
        <w:t xml:space="preserve">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sesiones</w:t>
      </w:r>
      <w:proofErr w:type="spellEnd"/>
      <w:r>
        <w:t xml:space="preserve"> de </w:t>
      </w:r>
      <w:proofErr w:type="spellStart"/>
      <w:r>
        <w:t>escucha</w:t>
      </w:r>
      <w:proofErr w:type="spellEnd"/>
      <w:r>
        <w:t xml:space="preserve"> </w:t>
      </w:r>
      <w:proofErr w:type="spellStart"/>
      <w:r>
        <w:t>sesiones</w:t>
      </w:r>
      <w:proofErr w:type="spellEnd"/>
      <w:r>
        <w:t xml:space="preserve"> del </w:t>
      </w:r>
      <w:proofErr w:type="spellStart"/>
      <w:r>
        <w:t>consumidor</w:t>
      </w:r>
      <w:proofErr w:type="spellEnd"/>
      <w:r>
        <w:t xml:space="preserve">, </w:t>
      </w:r>
      <w:proofErr w:type="spellStart"/>
      <w:r>
        <w:t>evaluación</w:t>
      </w:r>
      <w:proofErr w:type="spellEnd"/>
      <w:r>
        <w:t xml:space="preserve"> de datos y </w:t>
      </w:r>
      <w:proofErr w:type="spellStart"/>
      <w:r>
        <w:t>colección</w:t>
      </w:r>
      <w:proofErr w:type="spellEnd"/>
      <w:r>
        <w:t xml:space="preserve"> de </w:t>
      </w:r>
      <w:proofErr w:type="spellStart"/>
      <w:r>
        <w:t>otros</w:t>
      </w:r>
      <w:proofErr w:type="spellEnd"/>
      <w:r>
        <w:t xml:space="preserve"> datos.</w:t>
      </w:r>
    </w:p>
    <w:p w14:paraId="48E20E9F" w14:textId="77777777" w:rsidR="00FA6338" w:rsidRDefault="00000000">
      <w:r>
        <w:t xml:space="preserve">No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inmediatamente</w:t>
      </w:r>
      <w:proofErr w:type="spellEnd"/>
      <w:r>
        <w:t xml:space="preserve"> y </w:t>
      </w:r>
      <w:proofErr w:type="spellStart"/>
      <w:r>
        <w:t>decir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hay </w:t>
      </w:r>
      <w:proofErr w:type="spellStart"/>
      <w:r>
        <w:t>problemas</w:t>
      </w:r>
      <w:proofErr w:type="spellEnd"/>
      <w:r>
        <w:t xml:space="preserve"> de </w:t>
      </w:r>
      <w:proofErr w:type="spellStart"/>
      <w:r>
        <w:t>transportación</w:t>
      </w:r>
      <w:proofErr w:type="spellEnd"/>
      <w:r>
        <w:t xml:space="preserve">. </w:t>
      </w:r>
      <w:proofErr w:type="spellStart"/>
      <w:r>
        <w:t>Necesitamos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meta para </w:t>
      </w:r>
      <w:proofErr w:type="spellStart"/>
      <w:r>
        <w:t>corregir</w:t>
      </w:r>
      <w:proofErr w:type="spellEnd"/>
      <w:r>
        <w:t xml:space="preserve"> el </w:t>
      </w:r>
      <w:proofErr w:type="spellStart"/>
      <w:r>
        <w:t>transporte</w:t>
      </w:r>
      <w:proofErr w:type="spellEnd"/>
      <w:r>
        <w:t>.</w:t>
      </w:r>
    </w:p>
    <w:p w14:paraId="2357B464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76B036DE" w14:textId="77777777" w:rsidR="00FA6338" w:rsidRDefault="00000000">
      <w:pPr>
        <w:pStyle w:val="Heading2"/>
      </w:pPr>
      <w:proofErr w:type="spellStart"/>
      <w:r>
        <w:t>Cómo</w:t>
      </w:r>
      <w:proofErr w:type="spellEnd"/>
      <w:r>
        <w:t xml:space="preserve"> </w:t>
      </w:r>
      <w:proofErr w:type="spellStart"/>
      <w:r>
        <w:t>convertir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aportes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y </w:t>
      </w:r>
      <w:proofErr w:type="spellStart"/>
      <w:r>
        <w:t>hallazgos</w:t>
      </w:r>
      <w:proofErr w:type="spellEnd"/>
    </w:p>
    <w:p w14:paraId="6135DAFB" w14:textId="77777777" w:rsidR="00FA6338" w:rsidRDefault="00000000">
      <w:pPr>
        <w:pStyle w:val="Heading3"/>
      </w:pPr>
      <w:r>
        <w:t>JEREMY MORRIS:</w:t>
      </w:r>
    </w:p>
    <w:p w14:paraId="6A1EC472" w14:textId="77777777" w:rsidR="00FA6338" w:rsidRDefault="00000000">
      <w:proofErr w:type="spellStart"/>
      <w:r>
        <w:t>Entonces</w:t>
      </w:r>
      <w:proofErr w:type="spellEnd"/>
      <w:r>
        <w:t xml:space="preserve"> lo </w:t>
      </w:r>
      <w:proofErr w:type="spellStart"/>
      <w:r>
        <w:t>desglosamos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dos pasos,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intentar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guía</w:t>
      </w:r>
      <w:proofErr w:type="spellEnd"/>
      <w:r>
        <w:t xml:space="preserve"> para </w:t>
      </w:r>
      <w:proofErr w:type="spellStart"/>
      <w:r>
        <w:t>ayudarse</w:t>
      </w:r>
      <w:proofErr w:type="spellEnd"/>
      <w:r>
        <w:t xml:space="preserve"> a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usar </w:t>
      </w:r>
      <w:proofErr w:type="spellStart"/>
      <w:r>
        <w:t>los</w:t>
      </w:r>
      <w:proofErr w:type="spellEnd"/>
      <w:r>
        <w:t xml:space="preserve"> datos </w:t>
      </w:r>
      <w:proofErr w:type="spellStart"/>
      <w:r>
        <w:t>recolectados</w:t>
      </w:r>
      <w:proofErr w:type="spellEnd"/>
      <w:r>
        <w:t xml:space="preserve"> y </w:t>
      </w:r>
      <w:proofErr w:type="spellStart"/>
      <w:r>
        <w:t>hacer</w:t>
      </w:r>
      <w:proofErr w:type="spellEnd"/>
      <w:r>
        <w:t xml:space="preserve"> algo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usarse</w:t>
      </w:r>
      <w:proofErr w:type="spellEnd"/>
      <w:r>
        <w:t xml:space="preserve"> para </w:t>
      </w:r>
      <w:proofErr w:type="spellStart"/>
      <w:r>
        <w:t>dirigir</w:t>
      </w:r>
      <w:proofErr w:type="spellEnd"/>
      <w:r>
        <w:t xml:space="preserve"> un </w:t>
      </w:r>
      <w:proofErr w:type="spellStart"/>
      <w:r>
        <w:t>apoyo</w:t>
      </w:r>
      <w:proofErr w:type="spellEnd"/>
      <w:r>
        <w:t xml:space="preserve"> para el plan </w:t>
      </w:r>
      <w:proofErr w:type="spellStart"/>
      <w:r>
        <w:t>estatal</w:t>
      </w:r>
      <w:proofErr w:type="spellEnd"/>
      <w:r>
        <w:t>.</w:t>
      </w:r>
    </w:p>
    <w:p w14:paraId="39632D85" w14:textId="77777777" w:rsidR="00FA6338" w:rsidRDefault="00000000">
      <w:r>
        <w:lastRenderedPageBreak/>
        <w:t xml:space="preserve">En la </w:t>
      </w:r>
      <w:proofErr w:type="spellStart"/>
      <w:r>
        <w:t>diapositiva</w:t>
      </w:r>
      <w:proofErr w:type="spellEnd"/>
      <w:r>
        <w:t xml:space="preserve"> </w:t>
      </w:r>
      <w:proofErr w:type="spellStart"/>
      <w:r>
        <w:t>ocho</w:t>
      </w:r>
      <w:proofErr w:type="spellEnd"/>
      <w:r>
        <w:t xml:space="preserve"> </w:t>
      </w:r>
      <w:proofErr w:type="spellStart"/>
      <w:r>
        <w:t>vemos</w:t>
      </w:r>
      <w:proofErr w:type="spellEnd"/>
      <w:r>
        <w:t xml:space="preserve"> el paso </w:t>
      </w:r>
      <w:proofErr w:type="spellStart"/>
      <w:r>
        <w:t>número</w:t>
      </w:r>
      <w:proofErr w:type="spellEnd"/>
      <w:r>
        <w:t xml:space="preserve"> uno. Cuando </w:t>
      </w:r>
      <w:proofErr w:type="spellStart"/>
      <w:r>
        <w:t>tomamos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datos u </w:t>
      </w:r>
      <w:proofErr w:type="spellStart"/>
      <w:r>
        <w:t>aportes</w:t>
      </w:r>
      <w:proofErr w:type="spellEnd"/>
      <w:r>
        <w:t xml:space="preserve">,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narrativa</w:t>
      </w:r>
      <w:proofErr w:type="spellEnd"/>
      <w:r>
        <w:t xml:space="preserve">,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mucha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no es </w:t>
      </w:r>
      <w:proofErr w:type="spellStart"/>
      <w:r>
        <w:t>fácil</w:t>
      </w:r>
      <w:proofErr w:type="spellEnd"/>
      <w:r>
        <w:t xml:space="preserve"> </w:t>
      </w:r>
      <w:proofErr w:type="spellStart"/>
      <w:r>
        <w:t>analizar</w:t>
      </w:r>
      <w:proofErr w:type="spellEnd"/>
      <w:r>
        <w:t xml:space="preserve">. No es </w:t>
      </w:r>
      <w:proofErr w:type="spellStart"/>
      <w:r>
        <w:t>fácil</w:t>
      </w:r>
      <w:proofErr w:type="spellEnd"/>
      <w:r>
        <w:t xml:space="preserve"> </w:t>
      </w:r>
      <w:proofErr w:type="spellStart"/>
      <w:r>
        <w:t>contarlo</w:t>
      </w:r>
      <w:proofErr w:type="spellEnd"/>
      <w:r>
        <w:t xml:space="preserve"> y </w:t>
      </w:r>
      <w:proofErr w:type="spellStart"/>
      <w:r>
        <w:t>decir</w:t>
      </w:r>
      <w:proofErr w:type="spellEnd"/>
      <w:r>
        <w:t xml:space="preserve"> </w:t>
      </w:r>
      <w:proofErr w:type="spellStart"/>
      <w:r>
        <w:t>cuántas</w:t>
      </w:r>
      <w:proofErr w:type="spellEnd"/>
      <w:r>
        <w:t xml:space="preserve"> personas </w:t>
      </w:r>
      <w:proofErr w:type="spellStart"/>
      <w:r>
        <w:t>han</w:t>
      </w:r>
      <w:proofErr w:type="spellEnd"/>
      <w:r>
        <w:t xml:space="preserve"> </w:t>
      </w:r>
      <w:proofErr w:type="spellStart"/>
      <w:r>
        <w:t>dicho</w:t>
      </w:r>
      <w:proofErr w:type="spellEnd"/>
      <w:r>
        <w:t xml:space="preserve"> </w:t>
      </w:r>
      <w:proofErr w:type="spellStart"/>
      <w:r>
        <w:t>esto</w:t>
      </w:r>
      <w:proofErr w:type="spellEnd"/>
      <w:r>
        <w:t>.</w:t>
      </w:r>
    </w:p>
    <w:p w14:paraId="2CD61492" w14:textId="77777777" w:rsidR="00FA6338" w:rsidRDefault="00000000">
      <w:proofErr w:type="spellStart"/>
      <w:r>
        <w:t>Quizás</w:t>
      </w:r>
      <w:proofErr w:type="spellEnd"/>
      <w:r>
        <w:t xml:space="preserve"> </w:t>
      </w:r>
      <w:proofErr w:type="spellStart"/>
      <w:r>
        <w:t>quieren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datos y la </w:t>
      </w:r>
      <w:proofErr w:type="spellStart"/>
      <w:r>
        <w:t>respuestas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</w:t>
      </w:r>
      <w:proofErr w:type="spellStart"/>
      <w:r>
        <w:t>asignando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comenzar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aportar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>.</w:t>
      </w:r>
    </w:p>
    <w:p w14:paraId="2BDFE2EE" w14:textId="77777777" w:rsidR="00FA6338" w:rsidRDefault="00000000">
      <w:proofErr w:type="spellStart"/>
      <w:r>
        <w:t>Entonces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ejemplos</w:t>
      </w:r>
      <w:proofErr w:type="spellEnd"/>
      <w:r>
        <w:t xml:space="preserve">: 100 personas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decir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transportación</w:t>
      </w:r>
      <w:proofErr w:type="spellEnd"/>
      <w:r>
        <w:t xml:space="preserve"> es un </w:t>
      </w:r>
      <w:proofErr w:type="spellStart"/>
      <w:r>
        <w:t>problema</w:t>
      </w:r>
      <w:proofErr w:type="spellEnd"/>
      <w:r>
        <w:t>. ¿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respuestas</w:t>
      </w:r>
      <w:proofErr w:type="spellEnd"/>
      <w:r>
        <w:t>?</w:t>
      </w:r>
    </w:p>
    <w:p w14:paraId="47119FA6" w14:textId="77777777" w:rsidR="00FA6338" w:rsidRDefault="00000000">
      <w:r>
        <w:t xml:space="preserve">Se </w:t>
      </w:r>
      <w:proofErr w:type="spellStart"/>
      <w:r>
        <w:t>enfoca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limitado</w:t>
      </w:r>
      <w:proofErr w:type="spellEnd"/>
      <w:r>
        <w:t xml:space="preserve">. La </w:t>
      </w:r>
      <w:proofErr w:type="spellStart"/>
      <w:r>
        <w:t>disponibilidad</w:t>
      </w:r>
      <w:proofErr w:type="spellEnd"/>
      <w:r>
        <w:t xml:space="preserve"> rural. El </w:t>
      </w:r>
      <w:proofErr w:type="spellStart"/>
      <w:r>
        <w:t>transporte</w:t>
      </w:r>
      <w:proofErr w:type="spellEnd"/>
      <w:r>
        <w:t xml:space="preserve"> entre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condados</w:t>
      </w:r>
      <w:proofErr w:type="spellEnd"/>
      <w:r>
        <w:t xml:space="preserve">, la </w:t>
      </w:r>
      <w:proofErr w:type="spellStart"/>
      <w:r>
        <w:t>asequibilidad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, la </w:t>
      </w:r>
      <w:proofErr w:type="spellStart"/>
      <w:r>
        <w:t>accesibilidad</w:t>
      </w:r>
      <w:proofErr w:type="spellEnd"/>
      <w:r>
        <w:t xml:space="preserve"> del </w:t>
      </w:r>
      <w:proofErr w:type="spellStart"/>
      <w:r>
        <w:t>transporte</w:t>
      </w:r>
      <w:proofErr w:type="spellEnd"/>
      <w:r>
        <w:t xml:space="preserve">, y la confianza, lo </w:t>
      </w:r>
      <w:proofErr w:type="spellStart"/>
      <w:r>
        <w:t>confiable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el </w:t>
      </w:r>
      <w:proofErr w:type="spellStart"/>
      <w:r>
        <w:t>transporte</w:t>
      </w:r>
      <w:proofErr w:type="spellEnd"/>
      <w:r>
        <w:t>.</w:t>
      </w:r>
    </w:p>
    <w:p w14:paraId="0A267F52" w14:textId="77777777" w:rsidR="00FA6338" w:rsidRDefault="00000000">
      <w:r>
        <w:t xml:space="preserve">Tal </w:t>
      </w:r>
      <w:proofErr w:type="spellStart"/>
      <w:r>
        <w:t>vez</w:t>
      </w:r>
      <w:proofErr w:type="spellEnd"/>
      <w:r>
        <w:t xml:space="preserve"> </w:t>
      </w:r>
      <w:proofErr w:type="spellStart"/>
      <w:r>
        <w:t>hayan</w:t>
      </w:r>
      <w:proofErr w:type="spellEnd"/>
      <w:r>
        <w:t xml:space="preserve"> </w:t>
      </w:r>
      <w:proofErr w:type="spellStart"/>
      <w:r>
        <w:t>escuchado</w:t>
      </w:r>
      <w:proofErr w:type="spellEnd"/>
      <w:r>
        <w:t xml:space="preserve"> antes de </w:t>
      </w:r>
      <w:proofErr w:type="spellStart"/>
      <w:r>
        <w:t>decir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significaría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paso, no </w:t>
      </w:r>
      <w:proofErr w:type="spellStart"/>
      <w:r>
        <w:t>solamente</w:t>
      </w:r>
      <w:proofErr w:type="spellEnd"/>
      <w:r>
        <w:t xml:space="preserve"> la </w:t>
      </w:r>
      <w:proofErr w:type="spellStart"/>
      <w:r>
        <w:t>falta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 es un </w:t>
      </w:r>
      <w:proofErr w:type="spellStart"/>
      <w:r>
        <w:t>problema</w:t>
      </w:r>
      <w:proofErr w:type="spellEnd"/>
      <w:r>
        <w:t xml:space="preserve">. </w:t>
      </w:r>
      <w:proofErr w:type="spellStart"/>
      <w:r>
        <w:t>Necesitamos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meta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transporte</w:t>
      </w:r>
      <w:proofErr w:type="spellEnd"/>
      <w:r>
        <w:t>.</w:t>
      </w:r>
    </w:p>
    <w:p w14:paraId="01EF225E" w14:textId="77777777" w:rsidR="00FA6338" w:rsidRDefault="00000000">
      <w:r>
        <w:t>¿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escuchando</w:t>
      </w:r>
      <w:proofErr w:type="spellEnd"/>
      <w:r>
        <w:t>?</w:t>
      </w:r>
    </w:p>
    <w:p w14:paraId="4E061EC1" w14:textId="77777777" w:rsidR="00FA6338" w:rsidRDefault="00000000">
      <w:r>
        <w:t>¿</w:t>
      </w:r>
      <w:proofErr w:type="spellStart"/>
      <w:r>
        <w:t>Cuáles</w:t>
      </w:r>
      <w:proofErr w:type="spellEnd"/>
      <w:r>
        <w:t xml:space="preserve"> son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con el </w:t>
      </w:r>
      <w:proofErr w:type="spellStart"/>
      <w:r>
        <w:t>transporte</w:t>
      </w:r>
      <w:proofErr w:type="spellEnd"/>
      <w:r>
        <w:t>?</w:t>
      </w:r>
    </w:p>
    <w:p w14:paraId="5BD6AB34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5572D99C" w14:textId="77777777" w:rsidR="00FA6338" w:rsidRDefault="00000000">
      <w:r>
        <w:t xml:space="preserve">El paso dos se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dicen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temas</w:t>
      </w:r>
      <w:proofErr w:type="spellEnd"/>
      <w:r>
        <w:t>.</w:t>
      </w:r>
    </w:p>
    <w:p w14:paraId="321308D8" w14:textId="77777777" w:rsidR="00FA6338" w:rsidRDefault="00000000">
      <w:proofErr w:type="spellStart"/>
      <w:r>
        <w:t>Algunas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analizamos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datos y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conversaciones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la </w:t>
      </w:r>
      <w:proofErr w:type="gramStart"/>
      <w:r>
        <w:t>red, ¿</w:t>
      </w:r>
      <w:proofErr w:type="spellStart"/>
      <w:proofErr w:type="gramEnd"/>
      <w:r>
        <w:t>Que</w:t>
      </w:r>
      <w:proofErr w:type="spellEnd"/>
      <w:r>
        <w:t xml:space="preserve"> tan grande es el </w:t>
      </w:r>
      <w:proofErr w:type="spellStart"/>
      <w:r>
        <w:t>problema</w:t>
      </w:r>
      <w:proofErr w:type="spellEnd"/>
      <w:r>
        <w:t>?</w:t>
      </w:r>
    </w:p>
    <w:p w14:paraId="1F4711C6" w14:textId="77777777" w:rsidR="00FA6338" w:rsidRDefault="00000000">
      <w:r>
        <w:t>¿</w:t>
      </w:r>
      <w:proofErr w:type="spellStart"/>
      <w:r>
        <w:t>Quien</w:t>
      </w:r>
      <w:proofErr w:type="spellEnd"/>
      <w:r>
        <w:t xml:space="preserve"> lo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experimentando</w:t>
      </w:r>
      <w:proofErr w:type="spellEnd"/>
      <w:r>
        <w:t>?</w:t>
      </w:r>
    </w:p>
    <w:p w14:paraId="0481A177" w14:textId="77777777" w:rsidR="00FA6338" w:rsidRDefault="00000000">
      <w:r>
        <w:t>¿</w:t>
      </w:r>
      <w:proofErr w:type="spellStart"/>
      <w:r>
        <w:t>Quién</w:t>
      </w:r>
      <w:proofErr w:type="spellEnd"/>
      <w:r>
        <w:t xml:space="preserve"> es el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lo </w:t>
      </w:r>
      <w:proofErr w:type="spellStart"/>
      <w:r>
        <w:t>experimenta</w:t>
      </w:r>
      <w:proofErr w:type="spellEnd"/>
      <w:r>
        <w:t>?</w:t>
      </w:r>
    </w:p>
    <w:p w14:paraId="7C1BFF1C" w14:textId="77777777" w:rsidR="00FA6338" w:rsidRDefault="00000000">
      <w:r>
        <w:t xml:space="preserve">¿En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ocurriendo</w:t>
      </w:r>
      <w:proofErr w:type="spellEnd"/>
      <w:r>
        <w:t>?</w:t>
      </w:r>
    </w:p>
    <w:p w14:paraId="5916CDCE" w14:textId="77777777" w:rsidR="00FA6338" w:rsidRDefault="00000000">
      <w:r>
        <w:t>¿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causando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barreras?</w:t>
      </w:r>
    </w:p>
    <w:p w14:paraId="5AE2429C" w14:textId="77777777" w:rsidR="00FA6338" w:rsidRDefault="00000000">
      <w:r>
        <w:t>¿</w:t>
      </w:r>
      <w:proofErr w:type="spellStart"/>
      <w:r>
        <w:t>Cómo</w:t>
      </w:r>
      <w:proofErr w:type="spellEnd"/>
      <w:r>
        <w:t xml:space="preserve"> pone </w:t>
      </w:r>
      <w:proofErr w:type="spellStart"/>
      <w:r>
        <w:t>en</w:t>
      </w:r>
      <w:proofErr w:type="spellEnd"/>
      <w:r>
        <w:t xml:space="preserve"> </w:t>
      </w:r>
      <w:proofErr w:type="spellStart"/>
      <w:r>
        <w:t>riesgo</w:t>
      </w:r>
      <w:proofErr w:type="spellEnd"/>
      <w:r>
        <w:t xml:space="preserve"> a </w:t>
      </w:r>
      <w:proofErr w:type="spellStart"/>
      <w:r>
        <w:t>que</w:t>
      </w:r>
      <w:proofErr w:type="spellEnd"/>
      <w:r>
        <w:t xml:space="preserve"> las personas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vivir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comunidad?</w:t>
      </w:r>
    </w:p>
    <w:p w14:paraId="35222E4B" w14:textId="77777777" w:rsidR="00FA6338" w:rsidRDefault="00000000">
      <w:r>
        <w:t xml:space="preserve">¿Hay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esté</w:t>
      </w:r>
      <w:proofErr w:type="spellEnd"/>
      <w:r>
        <w:t xml:space="preserve"> disponible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apoye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hemos</w:t>
      </w:r>
      <w:proofErr w:type="spellEnd"/>
      <w:r>
        <w:t xml:space="preserve"> </w:t>
      </w:r>
      <w:proofErr w:type="spellStart"/>
      <w:r>
        <w:t>escuchado</w:t>
      </w:r>
      <w:proofErr w:type="spellEnd"/>
      <w:r>
        <w:t>?</w:t>
      </w:r>
    </w:p>
    <w:p w14:paraId="7B56C1FE" w14:textId="77777777" w:rsidR="00FA6338" w:rsidRDefault="00000000">
      <w:r>
        <w:t xml:space="preserve">Un </w:t>
      </w:r>
      <w:proofErr w:type="spellStart"/>
      <w:r>
        <w:t>ejemplo</w:t>
      </w:r>
      <w:proofErr w:type="spellEnd"/>
      <w:r>
        <w:t xml:space="preserve"> </w:t>
      </w:r>
      <w:proofErr w:type="spellStart"/>
      <w:r>
        <w:t>continuando</w:t>
      </w:r>
      <w:proofErr w:type="spellEnd"/>
      <w:r>
        <w:t xml:space="preserve"> con el </w:t>
      </w:r>
      <w:proofErr w:type="spellStart"/>
      <w:r>
        <w:t>escenario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, a las personas </w:t>
      </w:r>
      <w:proofErr w:type="spellStart"/>
      <w:r>
        <w:t>que</w:t>
      </w:r>
      <w:proofErr w:type="spellEnd"/>
      <w:r>
        <w:t xml:space="preserve"> le </w:t>
      </w:r>
      <w:proofErr w:type="spellStart"/>
      <w:r>
        <w:t>dificulta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a </w:t>
      </w:r>
      <w:proofErr w:type="spellStart"/>
      <w:r>
        <w:t>transporte</w:t>
      </w:r>
      <w:proofErr w:type="spellEnd"/>
      <w:r>
        <w:t xml:space="preserve"> </w:t>
      </w:r>
      <w:proofErr w:type="spellStart"/>
      <w:r>
        <w:t>accesible</w:t>
      </w:r>
      <w:proofErr w:type="spellEnd"/>
      <w:r>
        <w:t xml:space="preserve">. </w:t>
      </w:r>
      <w:proofErr w:type="spellStart"/>
      <w:r>
        <w:t>Puede</w:t>
      </w:r>
      <w:proofErr w:type="spellEnd"/>
      <w:r>
        <w:t xml:space="preserve"> ser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escucharon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datos.</w:t>
      </w:r>
    </w:p>
    <w:p w14:paraId="4A5D29CE" w14:textId="77777777" w:rsidR="00FA6338" w:rsidRDefault="00000000">
      <w:r>
        <w:t xml:space="preserve">El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pudieron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evaluar</w:t>
      </w:r>
      <w:proofErr w:type="spellEnd"/>
      <w:r>
        <w:t xml:space="preserve">, </w:t>
      </w:r>
      <w:proofErr w:type="spellStart"/>
      <w:r>
        <w:t>sería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las personas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áreas</w:t>
      </w:r>
      <w:proofErr w:type="spellEnd"/>
      <w:r>
        <w:t xml:space="preserve"> rurales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opciones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. Y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ese </w:t>
      </w:r>
      <w:proofErr w:type="spellStart"/>
      <w:r>
        <w:t>resultado</w:t>
      </w:r>
      <w:proofErr w:type="spellEnd"/>
      <w:r>
        <w:t xml:space="preserve">, </w:t>
      </w:r>
      <w:proofErr w:type="spellStart"/>
      <w:r>
        <w:t>haciendo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, y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revisen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aclarar</w:t>
      </w:r>
      <w:proofErr w:type="spellEnd"/>
      <w:r>
        <w:t xml:space="preserve"> y encontrar lo </w:t>
      </w:r>
      <w:proofErr w:type="spellStart"/>
      <w:r>
        <w:t>que</w:t>
      </w:r>
      <w:proofErr w:type="spellEnd"/>
      <w:r>
        <w:t xml:space="preserve"> le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dicho</w:t>
      </w:r>
      <w:proofErr w:type="spellEnd"/>
      <w:r>
        <w:t xml:space="preserve"> las personas, y de 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>.</w:t>
      </w:r>
    </w:p>
    <w:p w14:paraId="73199954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381C0F05" w14:textId="77777777" w:rsidR="00FA6338" w:rsidRDefault="00000000">
      <w:proofErr w:type="spellStart"/>
      <w:r>
        <w:t>Diapositiva</w:t>
      </w:r>
      <w:proofErr w:type="spellEnd"/>
      <w:r>
        <w:t xml:space="preserve"> 10.</w:t>
      </w:r>
    </w:p>
    <w:p w14:paraId="2779150D" w14:textId="77777777" w:rsidR="00FA6338" w:rsidRDefault="00000000">
      <w:r>
        <w:t xml:space="preserve">¿Y </w:t>
      </w:r>
      <w:proofErr w:type="spellStart"/>
      <w:r>
        <w:t>ahora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hacemos</w:t>
      </w:r>
      <w:proofErr w:type="spellEnd"/>
      <w:r>
        <w:t xml:space="preserve"> con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>?</w:t>
      </w:r>
    </w:p>
    <w:p w14:paraId="6B294C37" w14:textId="77777777" w:rsidR="00FA6338" w:rsidRDefault="00000000">
      <w:r>
        <w:lastRenderedPageBreak/>
        <w:t xml:space="preserve">El paso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estaría</w:t>
      </w:r>
      <w:proofErr w:type="spellEnd"/>
      <w:r>
        <w:t xml:space="preserve"> </w:t>
      </w:r>
      <w:proofErr w:type="spellStart"/>
      <w:r>
        <w:t>viendo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áreas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estamos</w:t>
      </w:r>
      <w:proofErr w:type="spellEnd"/>
      <w:r>
        <w:t xml:space="preserve"> </w:t>
      </w:r>
      <w:proofErr w:type="spellStart"/>
      <w:r>
        <w:t>recolectando</w:t>
      </w:r>
      <w:proofErr w:type="spellEnd"/>
      <w:r>
        <w:t>.</w:t>
      </w:r>
    </w:p>
    <w:p w14:paraId="2A5DD889" w14:textId="77777777" w:rsidR="00FA6338" w:rsidRDefault="00000000">
      <w:r>
        <w:t>¿</w:t>
      </w:r>
      <w:proofErr w:type="spellStart"/>
      <w:r>
        <w:t>Que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o data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ayudar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entender</w:t>
      </w:r>
      <w:proofErr w:type="spellEnd"/>
      <w:r>
        <w:t xml:space="preserve"> el </w:t>
      </w:r>
      <w:proofErr w:type="spellStart"/>
      <w:r>
        <w:t>asunto</w:t>
      </w:r>
      <w:proofErr w:type="spellEnd"/>
      <w:r>
        <w:t>?</w:t>
      </w:r>
    </w:p>
    <w:p w14:paraId="6D48D1AA" w14:textId="77777777" w:rsidR="00FA6338" w:rsidRDefault="00000000">
      <w:r>
        <w:t>¿</w:t>
      </w:r>
      <w:proofErr w:type="spellStart"/>
      <w:r>
        <w:t>Apoyar</w:t>
      </w:r>
      <w:proofErr w:type="spellEnd"/>
      <w:r>
        <w:t xml:space="preserve"> la </w:t>
      </w:r>
      <w:proofErr w:type="spellStart"/>
      <w:r>
        <w:t>retroalimentación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hemos</w:t>
      </w:r>
      <w:proofErr w:type="spellEnd"/>
      <w:r>
        <w:t xml:space="preserve"> </w:t>
      </w:r>
      <w:proofErr w:type="spellStart"/>
      <w:r>
        <w:t>recibido</w:t>
      </w:r>
      <w:proofErr w:type="spellEnd"/>
      <w:r>
        <w:t>?</w:t>
      </w:r>
    </w:p>
    <w:p w14:paraId="1DA0550E" w14:textId="77777777" w:rsidR="00FA6338" w:rsidRDefault="00000000">
      <w:r>
        <w:t xml:space="preserve">¿O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>?</w:t>
      </w:r>
    </w:p>
    <w:p w14:paraId="2AEBBBF3" w14:textId="77777777" w:rsidR="00FA6338" w:rsidRDefault="00000000">
      <w:proofErr w:type="spellStart"/>
      <w:r>
        <w:t>Algunas</w:t>
      </w:r>
      <w:proofErr w:type="spellEnd"/>
      <w:r>
        <w:t xml:space="preserve"> de las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 el </w:t>
      </w:r>
      <w:proofErr w:type="spellStart"/>
      <w:r>
        <w:t>reporte</w:t>
      </w:r>
      <w:proofErr w:type="spellEnd"/>
      <w:r>
        <w:t xml:space="preserve"> de </w:t>
      </w:r>
      <w:proofErr w:type="spellStart"/>
      <w:r>
        <w:t>desempeño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independiente</w:t>
      </w:r>
      <w:proofErr w:type="spellEnd"/>
      <w:r>
        <w:t>.</w:t>
      </w:r>
    </w:p>
    <w:p w14:paraId="30962628" w14:textId="77777777" w:rsidR="00FA6338" w:rsidRDefault="00000000">
      <w:proofErr w:type="spellStart"/>
      <w:r>
        <w:t>Otros</w:t>
      </w:r>
      <w:proofErr w:type="spellEnd"/>
      <w:r>
        <w:t xml:space="preserve"> planes </w:t>
      </w:r>
      <w:proofErr w:type="spellStart"/>
      <w:r>
        <w:t>estatales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sus </w:t>
      </w:r>
      <w:proofErr w:type="spellStart"/>
      <w:r>
        <w:t>estados</w:t>
      </w:r>
      <w:proofErr w:type="spellEnd"/>
      <w:r>
        <w:t xml:space="preserve"> a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organizaciones</w:t>
      </w:r>
      <w:proofErr w:type="spellEnd"/>
      <w:r>
        <w:t xml:space="preserve"> ¿hay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planes </w:t>
      </w:r>
      <w:proofErr w:type="spellStart"/>
      <w:r>
        <w:t>estatales</w:t>
      </w:r>
      <w:proofErr w:type="spellEnd"/>
      <w:r>
        <w:t>?</w:t>
      </w:r>
    </w:p>
    <w:p w14:paraId="0B428DF2" w14:textId="77777777" w:rsidR="00FA6338" w:rsidRDefault="00000000">
      <w:proofErr w:type="spellStart"/>
      <w:r>
        <w:t>Algunas</w:t>
      </w:r>
      <w:proofErr w:type="spellEnd"/>
      <w:r>
        <w:t xml:space="preserve"> son de </w:t>
      </w:r>
      <w:proofErr w:type="spellStart"/>
      <w:r>
        <w:t>estados</w:t>
      </w:r>
      <w:proofErr w:type="spellEnd"/>
      <w:r>
        <w:t xml:space="preserve"> con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mucho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recopilando</w:t>
      </w:r>
      <w:proofErr w:type="spellEnd"/>
      <w:r>
        <w:t>.</w:t>
      </w:r>
    </w:p>
    <w:p w14:paraId="134C4659" w14:textId="77777777" w:rsidR="00FA6338" w:rsidRDefault="00000000">
      <w:r>
        <w:t>¿</w:t>
      </w:r>
      <w:proofErr w:type="spellStart"/>
      <w:r>
        <w:t>Podrían</w:t>
      </w:r>
      <w:proofErr w:type="spellEnd"/>
      <w:r>
        <w:t xml:space="preserve"> encontrar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recolección</w:t>
      </w:r>
      <w:proofErr w:type="spellEnd"/>
      <w:r>
        <w:t xml:space="preserve"> de datos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apoyar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encontrando</w:t>
      </w:r>
      <w:proofErr w:type="spellEnd"/>
      <w:r>
        <w:t>?</w:t>
      </w:r>
    </w:p>
    <w:p w14:paraId="7033781B" w14:textId="77777777" w:rsidR="00FA6338" w:rsidRDefault="00000000">
      <w:proofErr w:type="spellStart"/>
      <w:r>
        <w:t>Quizás</w:t>
      </w:r>
      <w:proofErr w:type="spellEnd"/>
      <w:r>
        <w:t xml:space="preserve"> </w:t>
      </w:r>
      <w:proofErr w:type="spellStart"/>
      <w:r>
        <w:t>habría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investigaciones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u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organizaciones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trabajo</w:t>
      </w:r>
      <w:proofErr w:type="spellEnd"/>
      <w:r>
        <w:t>.</w:t>
      </w:r>
    </w:p>
    <w:p w14:paraId="0193915C" w14:textId="77777777" w:rsidR="00FA6338" w:rsidRDefault="00000000">
      <w:proofErr w:type="spellStart"/>
      <w:r>
        <w:t>Todas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áreas</w:t>
      </w:r>
      <w:proofErr w:type="spellEnd"/>
      <w:r>
        <w:t xml:space="preserve"> son </w:t>
      </w:r>
      <w:proofErr w:type="spellStart"/>
      <w:r>
        <w:t>cosas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las personas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data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recolectando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y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estarían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capa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hacer</w:t>
      </w:r>
      <w:proofErr w:type="spellEnd"/>
      <w:r>
        <w:t>.</w:t>
      </w:r>
    </w:p>
    <w:p w14:paraId="153C18F7" w14:textId="77777777" w:rsidR="00FA6338" w:rsidRDefault="00000000">
      <w:r>
        <w:t xml:space="preserve">Esto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ayudarlos</w:t>
      </w:r>
      <w:proofErr w:type="spellEnd"/>
      <w:r>
        <w:t xml:space="preserve"> a </w:t>
      </w:r>
      <w:proofErr w:type="spellStart"/>
      <w:r>
        <w:t>confirmarla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.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resultar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organizaciones</w:t>
      </w:r>
      <w:proofErr w:type="spellEnd"/>
      <w:r>
        <w:t xml:space="preserve">, y las </w:t>
      </w:r>
      <w:proofErr w:type="spellStart"/>
      <w:r>
        <w:t>prioridades</w:t>
      </w:r>
      <w:proofErr w:type="spellEnd"/>
      <w:r>
        <w:t xml:space="preserve"> e </w:t>
      </w:r>
      <w:proofErr w:type="spellStart"/>
      <w:r>
        <w:t>investigaciones</w:t>
      </w:r>
      <w:proofErr w:type="spellEnd"/>
      <w:r>
        <w:t xml:space="preserve">; y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algo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tal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se les ha </w:t>
      </w:r>
      <w:proofErr w:type="spellStart"/>
      <w:r>
        <w:t>escapado</w:t>
      </w:r>
      <w:proofErr w:type="spellEnd"/>
      <w:r>
        <w:t xml:space="preserve">. </w:t>
      </w:r>
      <w:proofErr w:type="spellStart"/>
      <w:r>
        <w:t>Porque</w:t>
      </w:r>
      <w:proofErr w:type="spellEnd"/>
      <w:r>
        <w:t xml:space="preserve"> a </w:t>
      </w:r>
      <w:proofErr w:type="spellStart"/>
      <w:r>
        <w:t>veces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se </w:t>
      </w:r>
      <w:proofErr w:type="spellStart"/>
      <w:r>
        <w:t>estarían</w:t>
      </w:r>
      <w:proofErr w:type="spellEnd"/>
      <w:r>
        <w:t xml:space="preserve"> </w:t>
      </w:r>
      <w:proofErr w:type="spellStart"/>
      <w:r>
        <w:t>enfocando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discapacidad</w:t>
      </w:r>
      <w:proofErr w:type="spellEnd"/>
      <w:r>
        <w:t>.</w:t>
      </w:r>
    </w:p>
    <w:p w14:paraId="3D968B75" w14:textId="77777777" w:rsidR="00FA6338" w:rsidRDefault="00000000">
      <w:proofErr w:type="spellStart"/>
      <w:r>
        <w:t>Podrían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un </w:t>
      </w:r>
      <w:proofErr w:type="spellStart"/>
      <w:r>
        <w:t>ejemplo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al </w:t>
      </w:r>
      <w:proofErr w:type="spellStart"/>
      <w:r>
        <w:t>transporte</w:t>
      </w:r>
      <w:proofErr w:type="spellEnd"/>
      <w:r>
        <w:t xml:space="preserve">. Y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ahora</w:t>
      </w:r>
      <w:proofErr w:type="spellEnd"/>
      <w:r>
        <w:t xml:space="preserve"> les </w:t>
      </w:r>
      <w:proofErr w:type="spellStart"/>
      <w:r>
        <w:t>ofrece</w:t>
      </w:r>
      <w:proofErr w:type="spellEnd"/>
      <w:r>
        <w:t xml:space="preserve"> un </w:t>
      </w:r>
      <w:proofErr w:type="spellStart"/>
      <w:r>
        <w:t>contexto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 sus </w:t>
      </w:r>
      <w:proofErr w:type="spellStart"/>
      <w:r>
        <w:t>resultados</w:t>
      </w:r>
      <w:proofErr w:type="spellEnd"/>
      <w:r>
        <w:t xml:space="preserve"> para </w:t>
      </w:r>
      <w:proofErr w:type="spellStart"/>
      <w:r>
        <w:t>ver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partes de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queden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plan </w:t>
      </w:r>
      <w:proofErr w:type="spellStart"/>
      <w:r>
        <w:t>estatal</w:t>
      </w:r>
      <w:proofErr w:type="spellEnd"/>
      <w:r>
        <w:t>.</w:t>
      </w:r>
    </w:p>
    <w:p w14:paraId="5370D0AC" w14:textId="77777777" w:rsidR="00FA6338" w:rsidRDefault="00000000">
      <w:pPr>
        <w:pStyle w:val="Heading2"/>
      </w:pPr>
      <w:proofErr w:type="spellStart"/>
      <w:r>
        <w:t>Priorización</w:t>
      </w:r>
      <w:proofErr w:type="spellEnd"/>
      <w:r>
        <w:t xml:space="preserve"> y </w:t>
      </w:r>
      <w:proofErr w:type="spellStart"/>
      <w:r>
        <w:t>definición</w:t>
      </w:r>
      <w:proofErr w:type="spellEnd"/>
      <w:r>
        <w:t xml:space="preserve"> de </w:t>
      </w:r>
      <w:proofErr w:type="spellStart"/>
      <w:r>
        <w:t>metas</w:t>
      </w:r>
      <w:proofErr w:type="spellEnd"/>
    </w:p>
    <w:p w14:paraId="2A022B74" w14:textId="77777777" w:rsidR="00FA6338" w:rsidRDefault="00000000">
      <w:pPr>
        <w:pStyle w:val="Heading3"/>
      </w:pPr>
      <w:r>
        <w:t>JEREMY MORRIS:</w:t>
      </w:r>
    </w:p>
    <w:p w14:paraId="3049DA3B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1C45E227" w14:textId="77777777" w:rsidR="00FA6338" w:rsidRDefault="00000000">
      <w:r>
        <w:t xml:space="preserve">La </w:t>
      </w:r>
      <w:proofErr w:type="spellStart"/>
      <w:r>
        <w:t>diapositiva</w:t>
      </w:r>
      <w:proofErr w:type="spellEnd"/>
      <w:r>
        <w:t xml:space="preserve"> 11 </w:t>
      </w:r>
      <w:proofErr w:type="spellStart"/>
      <w:r>
        <w:t>sería</w:t>
      </w:r>
      <w:proofErr w:type="spellEnd"/>
      <w:r>
        <w:t xml:space="preserve"> el paso cuatro para </w:t>
      </w:r>
      <w:proofErr w:type="spellStart"/>
      <w:r>
        <w:t>priorizar</w:t>
      </w:r>
      <w:proofErr w:type="spellEnd"/>
      <w:r>
        <w:t>.</w:t>
      </w:r>
    </w:p>
    <w:p w14:paraId="4001A80B" w14:textId="77777777" w:rsidR="00FA6338" w:rsidRDefault="00000000">
      <w:r>
        <w:t xml:space="preserve">En </w:t>
      </w:r>
      <w:proofErr w:type="spellStart"/>
      <w:r>
        <w:t>realidad</w:t>
      </w:r>
      <w:proofErr w:type="spellEnd"/>
      <w:r>
        <w:t xml:space="preserve"> no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se </w:t>
      </w:r>
      <w:proofErr w:type="spellStart"/>
      <w:r>
        <w:t>ven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tratando</w:t>
      </w:r>
      <w:proofErr w:type="spellEnd"/>
      <w:r>
        <w:t xml:space="preserve"> de </w:t>
      </w:r>
      <w:proofErr w:type="spellStart"/>
      <w:r>
        <w:t>evaluar</w:t>
      </w:r>
      <w:proofErr w:type="spellEnd"/>
      <w:r>
        <w:t xml:space="preserve">, el </w:t>
      </w:r>
      <w:proofErr w:type="spellStart"/>
      <w:r>
        <w:t>preguntarse</w:t>
      </w:r>
      <w:proofErr w:type="spellEnd"/>
      <w:r>
        <w:t xml:space="preserve">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 </w:t>
      </w:r>
      <w:proofErr w:type="spellStart"/>
      <w:r>
        <w:t>como</w:t>
      </w:r>
      <w:proofErr w:type="spellEnd"/>
      <w:r>
        <w:t>: ¿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relaciona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 al </w:t>
      </w:r>
      <w:proofErr w:type="spellStart"/>
      <w:r>
        <w:t>propósito</w:t>
      </w:r>
      <w:proofErr w:type="spellEnd"/>
      <w:r>
        <w:t xml:space="preserve"> del </w:t>
      </w:r>
      <w:proofErr w:type="spellStart"/>
      <w:r>
        <w:t>título</w:t>
      </w:r>
      <w:proofErr w:type="spellEnd"/>
      <w:r>
        <w:t xml:space="preserve"> VII?</w:t>
      </w:r>
    </w:p>
    <w:p w14:paraId="1A98787A" w14:textId="77777777" w:rsidR="00FA6338" w:rsidRDefault="00000000"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la red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diferencia</w:t>
      </w:r>
      <w:proofErr w:type="spellEnd"/>
      <w:r>
        <w:t>?</w:t>
      </w:r>
    </w:p>
    <w:p w14:paraId="6652A8EC" w14:textId="77777777" w:rsidR="00FA6338" w:rsidRDefault="00000000">
      <w:r>
        <w:t>¿</w:t>
      </w:r>
      <w:proofErr w:type="spellStart"/>
      <w:r>
        <w:t>Qué</w:t>
      </w:r>
      <w:proofErr w:type="spellEnd"/>
      <w:r>
        <w:t xml:space="preserve">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realísticamente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años</w:t>
      </w:r>
      <w:proofErr w:type="spellEnd"/>
      <w:r>
        <w:t>?</w:t>
      </w:r>
    </w:p>
    <w:p w14:paraId="0C276651" w14:textId="77777777" w:rsidR="00FA6338" w:rsidRDefault="00000000">
      <w:r>
        <w:t xml:space="preserve">¿Y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a </w:t>
      </w:r>
      <w:proofErr w:type="spellStart"/>
      <w:r>
        <w:t>tener</w:t>
      </w:r>
      <w:proofErr w:type="spellEnd"/>
      <w:r>
        <w:t xml:space="preserve"> un </w:t>
      </w:r>
      <w:proofErr w:type="spellStart"/>
      <w:r>
        <w:t>impacto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individuos</w:t>
      </w:r>
      <w:proofErr w:type="spellEnd"/>
      <w:r>
        <w:t>?</w:t>
      </w:r>
    </w:p>
    <w:p w14:paraId="5E8CD936" w14:textId="77777777" w:rsidR="00FA6338" w:rsidRDefault="00000000">
      <w:r>
        <w:lastRenderedPageBreak/>
        <w:t xml:space="preserve">La </w:t>
      </w:r>
      <w:proofErr w:type="spellStart"/>
      <w:r>
        <w:t>declaración</w:t>
      </w:r>
      <w:proofErr w:type="spellEnd"/>
      <w:r>
        <w:t xml:space="preserve"> de </w:t>
      </w:r>
      <w:proofErr w:type="spellStart"/>
      <w:r>
        <w:t>propósito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liga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Jenny puso </w:t>
      </w:r>
      <w:proofErr w:type="spellStart"/>
      <w:r>
        <w:t>en</w:t>
      </w:r>
      <w:proofErr w:type="spellEnd"/>
      <w:r>
        <w:t xml:space="preserve"> el chat.</w:t>
      </w:r>
    </w:p>
    <w:p w14:paraId="5C75D7C3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2FE34A4E" w14:textId="77777777" w:rsidR="00FA6338" w:rsidRDefault="00000000">
      <w:proofErr w:type="spellStart"/>
      <w:r>
        <w:t>Diapositiva</w:t>
      </w:r>
      <w:proofErr w:type="spellEnd"/>
      <w:r>
        <w:t xml:space="preserve"> 12. Paso 5.</w:t>
      </w:r>
    </w:p>
    <w:p w14:paraId="3DA64C7B" w14:textId="77777777" w:rsidR="00FA6338" w:rsidRDefault="00000000">
      <w:proofErr w:type="spellStart"/>
      <w:r>
        <w:t>Aquí</w:t>
      </w:r>
      <w:proofErr w:type="spellEnd"/>
      <w:r>
        <w:t xml:space="preserve"> 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hecho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revisar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, </w:t>
      </w:r>
      <w:proofErr w:type="spellStart"/>
      <w:r>
        <w:t>haciendo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recolectado</w:t>
      </w:r>
      <w:proofErr w:type="spellEnd"/>
      <w:r>
        <w:t>.</w:t>
      </w:r>
    </w:p>
    <w:p w14:paraId="2FD0E2BA" w14:textId="77777777" w:rsidR="00FA6338" w:rsidRDefault="00000000">
      <w:r>
        <w:t xml:space="preserve">Este paso </w:t>
      </w:r>
      <w:proofErr w:type="spellStart"/>
      <w:r>
        <w:t>cinco</w:t>
      </w:r>
      <w:proofErr w:type="spellEnd"/>
      <w:r>
        <w:t xml:space="preserve">, </w:t>
      </w:r>
      <w:proofErr w:type="spellStart"/>
      <w:r>
        <w:t>consiste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transformar</w:t>
      </w:r>
      <w:proofErr w:type="spellEnd"/>
      <w:r>
        <w:t xml:space="preserve"> las </w:t>
      </w:r>
      <w:proofErr w:type="spellStart"/>
      <w:r>
        <w:t>prioridades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. Y la comunidad </w:t>
      </w:r>
      <w:proofErr w:type="spellStart"/>
      <w:r>
        <w:t>entonces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las </w:t>
      </w:r>
      <w:proofErr w:type="spellStart"/>
      <w:r>
        <w:t>necesidades</w:t>
      </w:r>
      <w:proofErr w:type="spellEnd"/>
      <w:r>
        <w:t xml:space="preserve"> y el plan </w:t>
      </w:r>
      <w:proofErr w:type="spellStart"/>
      <w:r>
        <w:t>estatal</w:t>
      </w:r>
      <w:proofErr w:type="spellEnd"/>
      <w:r>
        <w:t xml:space="preserve">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la red </w:t>
      </w:r>
      <w:proofErr w:type="spellStart"/>
      <w:r>
        <w:t>enfocarse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esto</w:t>
      </w:r>
      <w:proofErr w:type="spellEnd"/>
      <w:r>
        <w:t>.</w:t>
      </w:r>
    </w:p>
    <w:p w14:paraId="7B96BD74" w14:textId="77777777" w:rsidR="00FA6338" w:rsidRDefault="00000000">
      <w:proofErr w:type="spellStart"/>
      <w:r>
        <w:t>Después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escuchan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, </w:t>
      </w:r>
      <w:proofErr w:type="spellStart"/>
      <w:r>
        <w:t>revisen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para </w:t>
      </w:r>
      <w:proofErr w:type="spellStart"/>
      <w:r>
        <w:t>entender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manipular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y </w:t>
      </w:r>
      <w:proofErr w:type="spellStart"/>
      <w:r>
        <w:t>determinar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quieren</w:t>
      </w:r>
      <w:proofErr w:type="spellEnd"/>
      <w:r>
        <w:t xml:space="preserve"> </w:t>
      </w:r>
      <w:proofErr w:type="spellStart"/>
      <w:r>
        <w:t>lograr</w:t>
      </w:r>
      <w:proofErr w:type="spellEnd"/>
      <w:r>
        <w:t>.</w:t>
      </w:r>
    </w:p>
    <w:p w14:paraId="60EEFAB5" w14:textId="77777777" w:rsidR="00FA6338" w:rsidRDefault="00000000">
      <w:r>
        <w:t xml:space="preserve">Y sus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enfocarse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y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quieren</w:t>
      </w:r>
      <w:proofErr w:type="spellEnd"/>
      <w:r>
        <w:t xml:space="preserve"> </w:t>
      </w:r>
      <w:proofErr w:type="spellStart"/>
      <w:r>
        <w:t>incorporar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plan </w:t>
      </w:r>
      <w:proofErr w:type="spellStart"/>
      <w:r>
        <w:t>estatal</w:t>
      </w:r>
      <w:proofErr w:type="spellEnd"/>
      <w:r>
        <w:t>.</w:t>
      </w:r>
    </w:p>
    <w:p w14:paraId="4B14DD6D" w14:textId="77777777" w:rsidR="00FA6338" w:rsidRDefault="00000000">
      <w:r>
        <w:t xml:space="preserve">Y </w:t>
      </w:r>
      <w:proofErr w:type="spellStart"/>
      <w:r>
        <w:t>aquí</w:t>
      </w:r>
      <w:proofErr w:type="spellEnd"/>
      <w:r>
        <w:t xml:space="preserve"> 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la </w:t>
      </w:r>
      <w:proofErr w:type="spellStart"/>
      <w:r>
        <w:t>retroalimentación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definir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futuro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red </w:t>
      </w:r>
      <w:proofErr w:type="spellStart"/>
      <w:r>
        <w:t>quieren</w:t>
      </w:r>
      <w:proofErr w:type="spellEnd"/>
      <w:r>
        <w:t xml:space="preserve"> ver.</w:t>
      </w:r>
    </w:p>
    <w:p w14:paraId="7A7F791C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07561133" w14:textId="77777777" w:rsidR="00FA6338" w:rsidRDefault="00000000">
      <w:proofErr w:type="spellStart"/>
      <w:r>
        <w:t>Diapositiva</w:t>
      </w:r>
      <w:proofErr w:type="spellEnd"/>
      <w:r>
        <w:t xml:space="preserve"> 13.</w:t>
      </w:r>
    </w:p>
    <w:p w14:paraId="0BDE85E8" w14:textId="77777777" w:rsidR="00FA6338" w:rsidRDefault="00000000">
      <w:proofErr w:type="spellStart"/>
      <w:r>
        <w:t>Después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desarrollado</w:t>
      </w:r>
      <w:proofErr w:type="spellEnd"/>
      <w:r>
        <w:t xml:space="preserve"> sus </w:t>
      </w:r>
      <w:proofErr w:type="spellStart"/>
      <w:r>
        <w:t>metas</w:t>
      </w:r>
      <w:proofErr w:type="spellEnd"/>
      <w:r>
        <w:t xml:space="preserve">, y el </w:t>
      </w:r>
      <w:proofErr w:type="spellStart"/>
      <w:r>
        <w:t>ver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objetivos</w:t>
      </w:r>
      <w:proofErr w:type="spellEnd"/>
      <w:r>
        <w:t xml:space="preserve">,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ver</w:t>
      </w:r>
      <w:proofErr w:type="spellEnd"/>
      <w:r>
        <w:t xml:space="preserve"> el </w:t>
      </w:r>
      <w:proofErr w:type="spellStart"/>
      <w:r>
        <w:t>futuro</w:t>
      </w:r>
      <w:proofErr w:type="spellEnd"/>
      <w:r>
        <w:t xml:space="preserve"> y sus </w:t>
      </w:r>
      <w:proofErr w:type="spellStart"/>
      <w:r>
        <w:t>metas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considerar</w:t>
      </w:r>
      <w:proofErr w:type="spellEnd"/>
      <w:r>
        <w:t xml:space="preserve"> las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para </w:t>
      </w:r>
      <w:proofErr w:type="spellStart"/>
      <w:r>
        <w:t>realizar</w:t>
      </w:r>
      <w:proofErr w:type="spellEnd"/>
      <w:r>
        <w:t xml:space="preserve"> sus </w:t>
      </w:r>
      <w:proofErr w:type="spellStart"/>
      <w:r>
        <w:t>metas</w:t>
      </w:r>
      <w:proofErr w:type="spellEnd"/>
      <w:r>
        <w:t xml:space="preserve">. Y </w:t>
      </w:r>
      <w:proofErr w:type="spellStart"/>
      <w:r>
        <w:t>aquí</w:t>
      </w:r>
      <w:proofErr w:type="spellEnd"/>
      <w:r>
        <w:t xml:space="preserve"> 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estudiar</w:t>
      </w:r>
      <w:proofErr w:type="spellEnd"/>
      <w:r>
        <w:t xml:space="preserve"> sus </w:t>
      </w:r>
      <w:proofErr w:type="spellStart"/>
      <w:r>
        <w:t>objetivos</w:t>
      </w:r>
      <w:proofErr w:type="spellEnd"/>
      <w:r>
        <w:t xml:space="preserve"> para </w:t>
      </w:r>
      <w:proofErr w:type="spellStart"/>
      <w:r>
        <w:t>ver</w:t>
      </w:r>
      <w:proofErr w:type="spellEnd"/>
      <w:r>
        <w:t xml:space="preserve"> </w:t>
      </w:r>
      <w:proofErr w:type="spellStart"/>
      <w:r>
        <w:t>exactamente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ocurrir</w:t>
      </w:r>
      <w:proofErr w:type="spellEnd"/>
      <w:r>
        <w:t xml:space="preserve"> para </w:t>
      </w:r>
      <w:proofErr w:type="spellStart"/>
      <w:r>
        <w:t>lograr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queremos</w:t>
      </w:r>
      <w:proofErr w:type="spellEnd"/>
      <w:r>
        <w:t>.</w:t>
      </w:r>
    </w:p>
    <w:p w14:paraId="72C3C77B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5BC8AE58" w14:textId="77777777" w:rsidR="00FA6338" w:rsidRDefault="00000000">
      <w:proofErr w:type="spellStart"/>
      <w:r>
        <w:t>Diapositiva</w:t>
      </w:r>
      <w:proofErr w:type="spellEnd"/>
      <w:r>
        <w:t xml:space="preserve"> 14. Paso 7.</w:t>
      </w:r>
    </w:p>
    <w:p w14:paraId="3CD55F21" w14:textId="77777777" w:rsidR="00FA6338" w:rsidRDefault="00000000">
      <w:proofErr w:type="spellStart"/>
      <w:r>
        <w:t>Decidan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saber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hecho</w:t>
      </w:r>
      <w:proofErr w:type="spellEnd"/>
      <w:r>
        <w:t xml:space="preserve"> </w:t>
      </w:r>
      <w:proofErr w:type="spellStart"/>
      <w:r>
        <w:t>cambios</w:t>
      </w:r>
      <w:proofErr w:type="spellEnd"/>
      <w:r>
        <w:t>.</w:t>
      </w:r>
    </w:p>
    <w:p w14:paraId="60AF43D0" w14:textId="77777777" w:rsidR="00FA6338" w:rsidRDefault="00000000">
      <w:r>
        <w:t xml:space="preserve">Y al </w:t>
      </w:r>
      <w:proofErr w:type="spellStart"/>
      <w:r>
        <w:t>ver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datos, y </w:t>
      </w:r>
      <w:proofErr w:type="spellStart"/>
      <w:r>
        <w:t>analizar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de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 </w:t>
      </w:r>
      <w:proofErr w:type="spellStart"/>
      <w:r>
        <w:t>funciona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la </w:t>
      </w:r>
      <w:proofErr w:type="spellStart"/>
      <w:r>
        <w:t>evaluación</w:t>
      </w:r>
      <w:proofErr w:type="spellEnd"/>
      <w:r>
        <w:t xml:space="preserve"> del plan </w:t>
      </w:r>
      <w:proofErr w:type="spellStart"/>
      <w:r>
        <w:t>estatal</w:t>
      </w:r>
      <w:proofErr w:type="spellEnd"/>
      <w:r>
        <w:t xml:space="preserve">. Y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estudiar</w:t>
      </w:r>
      <w:proofErr w:type="spellEnd"/>
      <w:r>
        <w:t xml:space="preserve"> la </w:t>
      </w:r>
      <w:proofErr w:type="spellStart"/>
      <w:r>
        <w:t>retroalimentación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recibimos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 </w:t>
      </w:r>
      <w:proofErr w:type="spellStart"/>
      <w:r>
        <w:t>metas</w:t>
      </w:r>
      <w:proofErr w:type="spellEnd"/>
      <w:r>
        <w:t xml:space="preserve"> y </w:t>
      </w:r>
      <w:proofErr w:type="spellStart"/>
      <w:r>
        <w:t>objetivos</w:t>
      </w:r>
      <w:proofErr w:type="spellEnd"/>
      <w:r>
        <w:t xml:space="preserve"> y </w:t>
      </w:r>
      <w:proofErr w:type="spellStart"/>
      <w:r>
        <w:t>ver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el </w:t>
      </w:r>
      <w:proofErr w:type="spellStart"/>
      <w:r>
        <w:t>trabajo</w:t>
      </w:r>
      <w:proofErr w:type="spellEnd"/>
      <w:r>
        <w:t xml:space="preserve"> se </w:t>
      </w:r>
      <w:proofErr w:type="spellStart"/>
      <w:r>
        <w:t>conecta</w:t>
      </w:r>
      <w:proofErr w:type="spellEnd"/>
      <w:r>
        <w:t xml:space="preserve"> a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revelaron</w:t>
      </w:r>
      <w:proofErr w:type="spellEnd"/>
      <w:r>
        <w:t xml:space="preserve"> las personas.</w:t>
      </w:r>
    </w:p>
    <w:p w14:paraId="3EC95FB3" w14:textId="77777777" w:rsidR="00FA6338" w:rsidRDefault="00000000">
      <w:r>
        <w:t xml:space="preserve">Una de las </w:t>
      </w:r>
      <w:proofErr w:type="spellStart"/>
      <w:r>
        <w:t>cosas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incorporar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plan </w:t>
      </w:r>
      <w:proofErr w:type="spellStart"/>
      <w:r>
        <w:t>estatal</w:t>
      </w:r>
      <w:proofErr w:type="spellEnd"/>
      <w:r>
        <w:t xml:space="preserve"> es, ¿Como </w:t>
      </w:r>
      <w:proofErr w:type="spellStart"/>
      <w:r>
        <w:t>podemos</w:t>
      </w:r>
      <w:proofErr w:type="spellEnd"/>
      <w:r>
        <w:t xml:space="preserve"> usar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y </w:t>
      </w:r>
      <w:proofErr w:type="spellStart"/>
      <w:r>
        <w:t>estos</w:t>
      </w:r>
      <w:proofErr w:type="spellEnd"/>
      <w:r>
        <w:t xml:space="preserve"> datos para </w:t>
      </w:r>
      <w:proofErr w:type="spellStart"/>
      <w:r>
        <w:t>ver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estamos</w:t>
      </w:r>
      <w:proofErr w:type="spellEnd"/>
      <w:r>
        <w:t xml:space="preserve"> </w:t>
      </w:r>
      <w:proofErr w:type="spellStart"/>
      <w:r>
        <w:t>logrando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cambios</w:t>
      </w:r>
      <w:proofErr w:type="spellEnd"/>
      <w:r>
        <w:t>?</w:t>
      </w:r>
    </w:p>
    <w:p w14:paraId="4E692766" w14:textId="77777777" w:rsidR="00FA6338" w:rsidRDefault="00000000">
      <w:r>
        <w:t xml:space="preserve">Y de </w:t>
      </w:r>
      <w:proofErr w:type="spellStart"/>
      <w:r>
        <w:t>esta</w:t>
      </w:r>
      <w:proofErr w:type="spellEnd"/>
      <w:r>
        <w:t xml:space="preserve"> forma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un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sentido</w:t>
      </w:r>
      <w:proofErr w:type="spellEnd"/>
      <w:r>
        <w:t xml:space="preserve"> de </w:t>
      </w:r>
      <w:proofErr w:type="spellStart"/>
      <w:r>
        <w:t>esto</w:t>
      </w:r>
      <w:proofErr w:type="spellEnd"/>
      <w:r>
        <w:t xml:space="preserve"> es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dijeron</w:t>
      </w:r>
      <w:proofErr w:type="spellEnd"/>
      <w:r>
        <w:t xml:space="preserve"> las personas. Esta la </w:t>
      </w:r>
      <w:proofErr w:type="spellStart"/>
      <w:r>
        <w:t>información</w:t>
      </w:r>
      <w:proofErr w:type="spellEnd"/>
      <w:r>
        <w:t xml:space="preserve">, y las formas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</w:t>
      </w:r>
      <w:proofErr w:type="spellStart"/>
      <w:r>
        <w:t>impactados</w:t>
      </w:r>
      <w:proofErr w:type="spellEnd"/>
      <w:r>
        <w:t xml:space="preserve">. ¿Como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determinar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cambiando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del plan </w:t>
      </w:r>
      <w:proofErr w:type="spellStart"/>
      <w:r>
        <w:t>estatal</w:t>
      </w:r>
      <w:proofErr w:type="spellEnd"/>
      <w:r>
        <w:t xml:space="preserve">, gracias al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estamos</w:t>
      </w:r>
      <w:proofErr w:type="spellEnd"/>
      <w:r>
        <w:t xml:space="preserve"> </w:t>
      </w:r>
      <w:proofErr w:type="spellStart"/>
      <w:r>
        <w:t>haciendo</w:t>
      </w:r>
      <w:proofErr w:type="spellEnd"/>
      <w:r>
        <w:t>?</w:t>
      </w:r>
    </w:p>
    <w:p w14:paraId="331957EF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6E4F4A88" w14:textId="77777777" w:rsidR="00FA6338" w:rsidRDefault="00000000">
      <w:pPr>
        <w:pStyle w:val="Heading2"/>
      </w:pPr>
      <w:proofErr w:type="spellStart"/>
      <w:r>
        <w:lastRenderedPageBreak/>
        <w:t>Recursos</w:t>
      </w:r>
      <w:proofErr w:type="spellEnd"/>
    </w:p>
    <w:p w14:paraId="72EB3405" w14:textId="77777777" w:rsidR="00FA6338" w:rsidRDefault="00000000">
      <w:pPr>
        <w:pStyle w:val="Heading3"/>
      </w:pPr>
      <w:r>
        <w:t>JEREMY MORRIS:</w:t>
      </w:r>
    </w:p>
    <w:p w14:paraId="4437A452" w14:textId="77777777" w:rsidR="00FA6338" w:rsidRDefault="00000000">
      <w:r>
        <w:t xml:space="preserve">Y </w:t>
      </w:r>
      <w:proofErr w:type="spellStart"/>
      <w:r>
        <w:t>tenemos</w:t>
      </w:r>
      <w:proofErr w:type="spellEnd"/>
      <w:r>
        <w:t xml:space="preserve"> dos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 xml:space="preserve"> para </w:t>
      </w:r>
      <w:proofErr w:type="spellStart"/>
      <w:r>
        <w:t>ustedes</w:t>
      </w:r>
      <w:proofErr w:type="spellEnd"/>
      <w:r>
        <w:t xml:space="preserve">.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>.</w:t>
      </w:r>
    </w:p>
    <w:p w14:paraId="25A7A50C" w14:textId="77777777" w:rsidR="00FA6338" w:rsidRDefault="00000000">
      <w:r>
        <w:t xml:space="preserve">El primero es la </w:t>
      </w:r>
      <w:proofErr w:type="spellStart"/>
      <w:r>
        <w:t>evaluación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para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accesibles</w:t>
      </w:r>
      <w:proofErr w:type="spellEnd"/>
      <w:r>
        <w:t xml:space="preserve"> rurales. Es un gran </w:t>
      </w:r>
      <w:proofErr w:type="spellStart"/>
      <w:r>
        <w:t>recurso</w:t>
      </w:r>
      <w:proofErr w:type="spellEnd"/>
      <w:r>
        <w:t xml:space="preserve"> para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recaudar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, </w:t>
      </w:r>
      <w:proofErr w:type="spellStart"/>
      <w:r>
        <w:t>trabajando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alcanzar</w:t>
      </w:r>
      <w:proofErr w:type="spellEnd"/>
      <w:r>
        <w:t xml:space="preserve"> a las comunidades rurales, </w:t>
      </w:r>
      <w:proofErr w:type="spellStart"/>
      <w:r>
        <w:t>asegurándose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accesibles</w:t>
      </w:r>
      <w:proofErr w:type="spellEnd"/>
      <w:r>
        <w:t xml:space="preserve">. Y </w:t>
      </w:r>
      <w:proofErr w:type="spellStart"/>
      <w:r>
        <w:t>que</w:t>
      </w:r>
      <w:proofErr w:type="spellEnd"/>
      <w:r>
        <w:t xml:space="preserve"> es el </w:t>
      </w:r>
      <w:proofErr w:type="spellStart"/>
      <w:r>
        <w:t>marco</w:t>
      </w:r>
      <w:proofErr w:type="spellEnd"/>
      <w:r>
        <w:t xml:space="preserve"> para </w:t>
      </w:r>
      <w:proofErr w:type="spellStart"/>
      <w:r>
        <w:t>lograr</w:t>
      </w:r>
      <w:proofErr w:type="spellEnd"/>
      <w:r>
        <w:t xml:space="preserve"> sus </w:t>
      </w:r>
      <w:proofErr w:type="spellStart"/>
      <w:r>
        <w:t>metas</w:t>
      </w:r>
      <w:proofErr w:type="spellEnd"/>
      <w:r>
        <w:t>.</w:t>
      </w:r>
    </w:p>
    <w:p w14:paraId="2B738D3C" w14:textId="77777777" w:rsidR="00FA6338" w:rsidRDefault="00000000">
      <w:r>
        <w:t xml:space="preserve">Y también </w:t>
      </w:r>
      <w:proofErr w:type="spellStart"/>
      <w:r>
        <w:t>tenemos</w:t>
      </w:r>
      <w:proofErr w:type="spellEnd"/>
      <w:r>
        <w:t xml:space="preserve"> el kit de </w:t>
      </w:r>
      <w:proofErr w:type="spellStart"/>
      <w:r>
        <w:t>herramientas</w:t>
      </w:r>
      <w:proofErr w:type="spellEnd"/>
      <w:r>
        <w:t xml:space="preserve"> para la </w:t>
      </w:r>
      <w:proofErr w:type="spellStart"/>
      <w:r>
        <w:t>medición</w:t>
      </w:r>
      <w:proofErr w:type="spellEnd"/>
      <w:r>
        <w:t xml:space="preserve"> de </w:t>
      </w:r>
      <w:proofErr w:type="spellStart"/>
      <w:r>
        <w:t>resultados</w:t>
      </w:r>
      <w:proofErr w:type="spellEnd"/>
      <w:r>
        <w:t xml:space="preserve">, para </w:t>
      </w:r>
      <w:proofErr w:type="spellStart"/>
      <w:r>
        <w:t>traducir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hemos</w:t>
      </w:r>
      <w:proofErr w:type="spellEnd"/>
      <w:r>
        <w:t xml:space="preserve"> </w:t>
      </w:r>
      <w:proofErr w:type="spellStart"/>
      <w:r>
        <w:t>recaudado</w:t>
      </w:r>
      <w:proofErr w:type="spellEnd"/>
      <w:r>
        <w:t xml:space="preserve"> para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 y </w:t>
      </w:r>
      <w:proofErr w:type="spellStart"/>
      <w:r>
        <w:t>objetivos</w:t>
      </w:r>
      <w:proofErr w:type="spellEnd"/>
      <w:r>
        <w:t>.</w:t>
      </w:r>
    </w:p>
    <w:p w14:paraId="0AFE0267" w14:textId="77777777" w:rsidR="00FA6338" w:rsidRDefault="00000000">
      <w:r>
        <w:t xml:space="preserve">Y con </w:t>
      </w:r>
      <w:proofErr w:type="spellStart"/>
      <w:r>
        <w:t>esto</w:t>
      </w:r>
      <w:proofErr w:type="spellEnd"/>
      <w:r>
        <w:t xml:space="preserve"> le </w:t>
      </w:r>
      <w:proofErr w:type="spellStart"/>
      <w:r>
        <w:t>regreso</w:t>
      </w:r>
      <w:proofErr w:type="spellEnd"/>
      <w:r>
        <w:t xml:space="preserve"> el </w:t>
      </w:r>
      <w:proofErr w:type="spellStart"/>
      <w:r>
        <w:t>micrófono</w:t>
      </w:r>
      <w:proofErr w:type="spellEnd"/>
      <w:r>
        <w:t>.</w:t>
      </w:r>
    </w:p>
    <w:p w14:paraId="4DAEE775" w14:textId="77777777" w:rsidR="00FA6338" w:rsidRDefault="00000000">
      <w:pPr>
        <w:pStyle w:val="Heading2"/>
      </w:pPr>
      <w:proofErr w:type="spellStart"/>
      <w:r>
        <w:t>Discusión</w:t>
      </w:r>
      <w:proofErr w:type="spellEnd"/>
      <w:r>
        <w:t xml:space="preserve"> entre pares y </w:t>
      </w:r>
      <w:proofErr w:type="spellStart"/>
      <w:r>
        <w:t>preguntas</w:t>
      </w:r>
      <w:proofErr w:type="spellEnd"/>
    </w:p>
    <w:p w14:paraId="49F25CA1" w14:textId="77777777" w:rsidR="00FA6338" w:rsidRDefault="00000000">
      <w:pPr>
        <w:pStyle w:val="Heading3"/>
      </w:pPr>
      <w:r>
        <w:t>BROOKE WILSON:</w:t>
      </w:r>
    </w:p>
    <w:p w14:paraId="71D86041" w14:textId="77777777" w:rsidR="00FA6338" w:rsidRDefault="00000000">
      <w:proofErr w:type="spellStart"/>
      <w:r>
        <w:t>Muchas</w:t>
      </w:r>
      <w:proofErr w:type="spellEnd"/>
      <w:r>
        <w:t xml:space="preserve"> </w:t>
      </w:r>
      <w:proofErr w:type="gramStart"/>
      <w:r>
        <w:t>gracias</w:t>
      </w:r>
      <w:proofErr w:type="gramEnd"/>
      <w:r>
        <w:t xml:space="preserve">, Jeremy. Soy Brooke. Le </w:t>
      </w:r>
      <w:proofErr w:type="spellStart"/>
      <w:r>
        <w:t>recuerdo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tendremos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liga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chat. Nos </w:t>
      </w:r>
      <w:proofErr w:type="spellStart"/>
      <w:r>
        <w:t>importan</w:t>
      </w:r>
      <w:proofErr w:type="spellEnd"/>
      <w:r>
        <w:t xml:space="preserve"> </w:t>
      </w:r>
      <w:proofErr w:type="spellStart"/>
      <w:r>
        <w:t>mucho</w:t>
      </w:r>
      <w:proofErr w:type="spellEnd"/>
      <w:r>
        <w:t xml:space="preserve"> sus </w:t>
      </w:r>
      <w:proofErr w:type="spellStart"/>
      <w:r>
        <w:t>comentarios</w:t>
      </w:r>
      <w:proofErr w:type="spellEnd"/>
      <w:r>
        <w:t xml:space="preserve"> y </w:t>
      </w:r>
      <w:proofErr w:type="spellStart"/>
      <w:r>
        <w:t>por</w:t>
      </w:r>
      <w:proofErr w:type="spellEnd"/>
      <w:r>
        <w:t xml:space="preserve"> favor les </w:t>
      </w:r>
      <w:proofErr w:type="spellStart"/>
      <w:r>
        <w:t>pido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completen</w:t>
      </w:r>
      <w:proofErr w:type="spellEnd"/>
      <w:r>
        <w:t>.</w:t>
      </w:r>
    </w:p>
    <w:p w14:paraId="14F1A0AA" w14:textId="77777777" w:rsidR="00FA6338" w:rsidRDefault="00000000">
      <w:proofErr w:type="spellStart"/>
      <w:r>
        <w:t>Siguiente</w:t>
      </w:r>
      <w:proofErr w:type="spellEnd"/>
      <w:r>
        <w:t xml:space="preserve"> </w:t>
      </w:r>
      <w:proofErr w:type="spellStart"/>
      <w:r>
        <w:t>diapositiva</w:t>
      </w:r>
      <w:proofErr w:type="spellEnd"/>
      <w:r>
        <w:t>.</w:t>
      </w:r>
    </w:p>
    <w:p w14:paraId="14AD67C3" w14:textId="77777777" w:rsidR="00FA6338" w:rsidRDefault="00000000">
      <w:proofErr w:type="spellStart"/>
      <w:r>
        <w:t>Diapositiva</w:t>
      </w:r>
      <w:proofErr w:type="spellEnd"/>
      <w:r>
        <w:t xml:space="preserve"> 16. La </w:t>
      </w:r>
      <w:proofErr w:type="spellStart"/>
      <w:r>
        <w:t>grabación</w:t>
      </w:r>
      <w:proofErr w:type="spellEnd"/>
      <w:r>
        <w:t xml:space="preserve"> se ha </w:t>
      </w:r>
      <w:proofErr w:type="spellStart"/>
      <w:r>
        <w:t>suspendido</w:t>
      </w:r>
      <w:proofErr w:type="spellEnd"/>
      <w:r>
        <w:t>.</w:t>
      </w:r>
    </w:p>
    <w:p w14:paraId="5AFF33D8" w14:textId="3CDF455B" w:rsidR="00FA6338" w:rsidRDefault="00000000"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sesión</w:t>
      </w:r>
      <w:proofErr w:type="spellEnd"/>
      <w:r>
        <w:t>.</w:t>
      </w:r>
    </w:p>
    <w:sectPr w:rsidR="00FA6338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F4BC8" w14:textId="77777777" w:rsidR="00730F1A" w:rsidRDefault="00730F1A">
      <w:pPr>
        <w:spacing w:after="0" w:line="240" w:lineRule="auto"/>
      </w:pPr>
      <w:r>
        <w:separator/>
      </w:r>
    </w:p>
  </w:endnote>
  <w:endnote w:type="continuationSeparator" w:id="0">
    <w:p w14:paraId="4EC5EAB4" w14:textId="77777777" w:rsidR="00730F1A" w:rsidRDefault="0073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0C6C" w14:textId="77777777" w:rsidR="00FA6338" w:rsidRDefault="00000000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0D7474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E21B" w14:textId="77777777" w:rsidR="00730F1A" w:rsidRDefault="00730F1A">
      <w:pPr>
        <w:spacing w:after="0" w:line="240" w:lineRule="auto"/>
      </w:pPr>
      <w:r>
        <w:separator/>
      </w:r>
    </w:p>
  </w:footnote>
  <w:footnote w:type="continuationSeparator" w:id="0">
    <w:p w14:paraId="12DFA6C5" w14:textId="77777777" w:rsidR="00730F1A" w:rsidRDefault="00730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022467">
    <w:abstractNumId w:val="8"/>
  </w:num>
  <w:num w:numId="2" w16cid:durableId="87502048">
    <w:abstractNumId w:val="6"/>
  </w:num>
  <w:num w:numId="3" w16cid:durableId="1346900548">
    <w:abstractNumId w:val="5"/>
  </w:num>
  <w:num w:numId="4" w16cid:durableId="1072124232">
    <w:abstractNumId w:val="4"/>
  </w:num>
  <w:num w:numId="5" w16cid:durableId="387916417">
    <w:abstractNumId w:val="7"/>
  </w:num>
  <w:num w:numId="6" w16cid:durableId="1476292147">
    <w:abstractNumId w:val="3"/>
  </w:num>
  <w:num w:numId="7" w16cid:durableId="255556214">
    <w:abstractNumId w:val="2"/>
  </w:num>
  <w:num w:numId="8" w16cid:durableId="875894281">
    <w:abstractNumId w:val="1"/>
  </w:num>
  <w:num w:numId="9" w16cid:durableId="24696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474"/>
    <w:rsid w:val="00115AF1"/>
    <w:rsid w:val="001452CB"/>
    <w:rsid w:val="0015074B"/>
    <w:rsid w:val="0029639D"/>
    <w:rsid w:val="00326F90"/>
    <w:rsid w:val="003943EC"/>
    <w:rsid w:val="00730F1A"/>
    <w:rsid w:val="00AA1D8D"/>
    <w:rsid w:val="00B47730"/>
    <w:rsid w:val="00CB0664"/>
    <w:rsid w:val="00D17391"/>
    <w:rsid w:val="00D96AA4"/>
    <w:rsid w:val="00F14BB9"/>
    <w:rsid w:val="00FA63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719261"/>
  <w14:defaultImageDpi w14:val="300"/>
  <w15:docId w15:val="{F31288ED-CA9B-EE4E-B263-90F79D00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8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4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  <w:jc w:val="center"/>
    </w:pPr>
    <w:rPr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Wolinsky, Emily</cp:lastModifiedBy>
  <cp:revision>5</cp:revision>
  <dcterms:created xsi:type="dcterms:W3CDTF">2013-12-23T23:15:00Z</dcterms:created>
  <dcterms:modified xsi:type="dcterms:W3CDTF">2026-10-28T17:05:00Z</dcterms:modified>
  <cp:category/>
</cp:coreProperties>
</file>