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7BCA" w14:textId="77777777" w:rsidR="004B4883" w:rsidRDefault="00B41173">
      <w:pPr>
        <w:pStyle w:val="Title"/>
        <w:jc w:val="center"/>
      </w:pPr>
      <w:r>
        <w:t>Desarrollo de Recursos Cohorte – Semana 3</w:t>
      </w:r>
    </w:p>
    <w:p w14:paraId="4228AA55" w14:textId="77777777" w:rsidR="004B4883" w:rsidRDefault="00B41173">
      <w:pPr>
        <w:jc w:val="center"/>
      </w:pPr>
      <w:r>
        <w:t>Transcripción en Español</w:t>
      </w:r>
    </w:p>
    <w:p w14:paraId="7B46B996" w14:textId="77777777" w:rsidR="004B4883" w:rsidRDefault="00B41173">
      <w:pPr>
        <w:pStyle w:val="Heading1"/>
      </w:pPr>
      <w:r>
        <w:t>Bienvenida y Accesibilidad</w:t>
      </w:r>
    </w:p>
    <w:p w14:paraId="634AA07B" w14:textId="77777777" w:rsidR="004B4883" w:rsidRDefault="00B41173">
      <w:pPr>
        <w:pStyle w:val="Heading2"/>
      </w:pPr>
      <w:r>
        <w:t>Bethany Baldwin</w:t>
      </w:r>
    </w:p>
    <w:p w14:paraId="40FB8B97" w14:textId="77777777" w:rsidR="004B4883" w:rsidRDefault="00B41173">
      <w:r>
        <w:t>Hola, hola a todos.</w:t>
      </w:r>
    </w:p>
    <w:p w14:paraId="0D26F1D5" w14:textId="77777777" w:rsidR="004B4883" w:rsidRDefault="00B41173">
      <w:r>
        <w:t>Pued eej presentarse en el chat.</w:t>
      </w:r>
    </w:p>
    <w:p w14:paraId="2A1820EB" w14:textId="77777777" w:rsidR="004B4883" w:rsidRDefault="00B41173">
      <w:r>
        <w:t>Podríanindicar si este es el primero para ustedes, estaremos iniciando a la brevedad.</w:t>
      </w:r>
    </w:p>
    <w:p w14:paraId="7AB3951C" w14:textId="77777777" w:rsidR="004B4883" w:rsidRDefault="00B41173">
      <w:r>
        <w:t>Asegúrense de tener algo para hidratarse así mismos.</w:t>
      </w:r>
    </w:p>
    <w:p w14:paraId="566C46C9" w14:textId="77777777" w:rsidR="004B4883" w:rsidRDefault="00B41173">
      <w:r>
        <w:t>Estaremos acá por la siguiente hora y media.</w:t>
      </w:r>
    </w:p>
    <w:p w14:paraId="12E4715A" w14:textId="77777777" w:rsidR="004B4883" w:rsidRDefault="00B41173">
      <w:r>
        <w:t>Tenemos alguien de Hawái.</w:t>
      </w:r>
    </w:p>
    <w:p w14:paraId="60DD457D" w14:textId="77777777" w:rsidR="004B4883" w:rsidRDefault="00B41173">
      <w:r>
        <w:t>Bienvenida Nicole.</w:t>
      </w:r>
    </w:p>
    <w:p w14:paraId="23BFA44E" w14:textId="77777777" w:rsidR="004B4883" w:rsidRDefault="00B41173">
      <w:r>
        <w:t>Muy bien.</w:t>
      </w:r>
    </w:p>
    <w:p w14:paraId="0A0EFA4A" w14:textId="77777777" w:rsidR="004B4883" w:rsidRDefault="00B41173">
      <w:r>
        <w:t>Fantástico.</w:t>
      </w:r>
    </w:p>
    <w:p w14:paraId="7BA493F7" w14:textId="77777777" w:rsidR="004B4883" w:rsidRDefault="00B41173">
      <w:r>
        <w:t>Según voy a viendo que las personas se van a presentar.</w:t>
      </w:r>
    </w:p>
    <w:p w14:paraId="73CD5593" w14:textId="77777777" w:rsidR="004B4883" w:rsidRDefault="00B41173">
      <w:r>
        <w:t>Yo voy a iniciar ya.</w:t>
      </w:r>
    </w:p>
    <w:p w14:paraId="2758E981" w14:textId="77777777" w:rsidR="004B4883" w:rsidRDefault="00B41173">
      <w:r>
        <w:t>Bienvenidos a entrenamiento de vida independiente y asistencia cohort.</w:t>
      </w:r>
    </w:p>
    <w:p w14:paraId="1902D282" w14:textId="77777777" w:rsidR="004B4883" w:rsidRDefault="00B41173">
      <w:r>
        <w:t>Estaremos cubriendo el desarrolloo de recursos en el centro de está disponible por contrato con el departamento de salud y servicios humanos de los Estados Unidos.</w:t>
      </w:r>
    </w:p>
    <w:p w14:paraId="1C527422" w14:textId="77777777" w:rsidR="004B4883" w:rsidRDefault="00B41173">
      <w:r>
        <w:t>El centro está operado por la universidad de montana.</w:t>
      </w:r>
    </w:p>
    <w:p w14:paraId="223E0AF4" w14:textId="77777777" w:rsidR="004B4883" w:rsidRDefault="00B41173">
      <w:r>
        <w:t>Es el centro de comunidades inclusive.</w:t>
      </w:r>
    </w:p>
    <w:p w14:paraId="4136FADF" w14:textId="77777777" w:rsidR="004B4883" w:rsidRDefault="00B41173">
      <w:r>
        <w:t>Soy blin Bethany Baldwin.</w:t>
      </w:r>
    </w:p>
    <w:p w14:paraId="75431ABE" w14:textId="77777777" w:rsidR="004B4883" w:rsidRDefault="00B41173">
      <w:r>
        <w:t>Utilice los pronombres ella una benefite descripción visual.</w:t>
      </w:r>
    </w:p>
    <w:p w14:paraId="2A65F425" w14:textId="77777777" w:rsidR="004B4883" w:rsidRDefault="00B41173">
      <w:r>
        <w:t>Soy una mejor de piel clara.</w:t>
      </w:r>
    </w:p>
    <w:p w14:paraId="2453F281" w14:textId="77777777" w:rsidR="004B4883" w:rsidRDefault="00B41173">
      <w:r>
        <w:t>Pelo rubio.</w:t>
      </w:r>
    </w:p>
    <w:p w14:paraId="438B0825" w14:textId="77777777" w:rsidR="004B4883" w:rsidRDefault="00B41173">
      <w:r>
        <w:lastRenderedPageBreak/>
        <w:t>Tengo una camisa clara.</w:t>
      </w:r>
    </w:p>
    <w:p w14:paraId="47C43FA5" w14:textId="77777777" w:rsidR="004B4883" w:rsidRDefault="00B41173">
      <w:r>
        <w:t>Voy a continuar ahora por la siguiente diapositiva.</w:t>
      </w:r>
    </w:p>
    <w:p w14:paraId="4ECA6C5D" w14:textId="77777777" w:rsidR="004B4883" w:rsidRDefault="00B41173">
      <w:r>
        <w:t>Antes de iniciar tengo algunas notas de accesibilidad.</w:t>
      </w:r>
    </w:p>
    <w:p w14:paraId="46AC1A4E" w14:textId="77777777" w:rsidR="004B4883" w:rsidRDefault="00B41173">
      <w:r>
        <w:t>Tenemos interpretación de lenguaje de señas en español.</w:t>
      </w:r>
    </w:p>
    <w:p w14:paraId="5379F91A" w14:textId="77777777" w:rsidR="004B4883" w:rsidRDefault="00B41173">
      <w:r>
        <w:t>Están dispon disponible utilizando la barra de Zoom en la parte abaja.</w:t>
      </w:r>
    </w:p>
    <w:p w14:paraId="09564153" w14:textId="77777777" w:rsidR="004B4883" w:rsidRDefault="00B41173">
      <w:r>
        <w:t>Selecciónona interpretación y los intérpretes de señe serán resaltado.</w:t>
      </w:r>
    </w:p>
    <w:p w14:paraId="4D14CFB0" w14:textId="77777777" w:rsidR="004B4883" w:rsidRDefault="00B41173">
      <w:r>
        <w:t>Y tenemos subtítulos disponible en inglés como español en el chat.</w:t>
      </w:r>
    </w:p>
    <w:p w14:paraId="3270782B" w14:textId="77777777" w:rsidR="004B4883" w:rsidRDefault="00B41173">
      <w:r>
        <w:t>Vamos a tener el enlace de kart donde podrán hare clic subtítulos de inglés estarán disponible haciendo clic en el CC.</w:t>
      </w:r>
    </w:p>
    <w:p w14:paraId="1FBECC4F" w14:textId="77777777" w:rsidR="004B4883" w:rsidRDefault="00B41173">
      <w:r>
        <w:t>Español solamente está disponible por el enlace de chat.</w:t>
      </w:r>
    </w:p>
    <w:p w14:paraId="75B0BF7F" w14:textId="77777777" w:rsidR="004B4883" w:rsidRDefault="00B41173">
      <w:r>
        <w:t>Pueden enviar mensaje a todos que tienen el equipo que la herramienta de chat.</w:t>
      </w:r>
    </w:p>
    <w:p w14:paraId="18AF724F" w14:textId="77777777" w:rsidR="004B4883" w:rsidRDefault="00B41173">
      <w:r>
        <w:t>Vamos a tener una porción donde estaremos compartiendo entre nosotros y van a tener la herramienta de levantar la mano.</w:t>
      </w:r>
    </w:p>
    <w:p w14:paraId="1DC10E41" w14:textId="77777777" w:rsidR="004B4883" w:rsidRDefault="00B41173">
      <w:r>
        <w:t>Cuando no sten hablando.</w:t>
      </w:r>
    </w:p>
    <w:p w14:paraId="124C8704" w14:textId="77777777" w:rsidR="004B4883" w:rsidRDefault="00B41173">
      <w:r>
        <w:t>En adición de esto también tendremos el recuadro de preguntas y respuestas en donde pueden poner su pregunta en cualquier momento.</w:t>
      </w:r>
    </w:p>
    <w:p w14:paraId="1CE46F29" w14:textId="77777777" w:rsidR="004B4883" w:rsidRDefault="00B41173">
      <w:r>
        <w:t>Quienes se unan por teléfono selecciónona estrell 6.</w:t>
      </w:r>
    </w:p>
    <w:p w14:paraId="02892F0C" w14:textId="77777777" w:rsidR="004B4883" w:rsidRDefault="00B41173">
      <w:r>
        <w:t>Un breve recordatario que indica su nombre y organización antes de hablar.</w:t>
      </w:r>
    </w:p>
    <w:p w14:paraId="63DE86D8" w14:textId="77777777" w:rsidR="004B4883" w:rsidRDefault="00B41173">
      <w:r>
        <w:t>Y estaremos resaltándoles y recomendamos que todos por favor completen la encuesta.</w:t>
      </w:r>
    </w:p>
    <w:p w14:paraId="6AE8021B" w14:textId="77777777" w:rsidR="004B4883" w:rsidRDefault="00B41173">
      <w:r>
        <w:t>Es vital para poder asegurarnos de poder cumplir y dirigirnos as a la necesidades de la comunidad de IL T&amp;TA o vida independiente.</w:t>
      </w:r>
    </w:p>
    <w:p w14:paraId="61A5BD64" w14:textId="77777777" w:rsidR="004B4883" w:rsidRDefault="00B41173">
      <w:pPr>
        <w:pStyle w:val="Heading1"/>
      </w:pPr>
      <w:r>
        <w:t>Resumen de la Cohorte</w:t>
      </w:r>
    </w:p>
    <w:p w14:paraId="2E5FA1A3" w14:textId="77777777" w:rsidR="004B4883" w:rsidRDefault="00B41173">
      <w:r>
        <w:t>Es la semana tres de cohort.</w:t>
      </w:r>
    </w:p>
    <w:p w14:paraId="25C8AACE" w14:textId="77777777" w:rsidR="004B4883" w:rsidRDefault="00B41173">
      <w:r>
        <w:t>Yo voy ahora indicar que estamos aprendiendo como implementar un plan de desarrollo de recursos en el cual estaremos revisando strat elg estrategias y las experiencias.</w:t>
      </w:r>
    </w:p>
    <w:p w14:paraId="1E4D6A58" w14:textId="77777777" w:rsidR="004B4883" w:rsidRDefault="00B41173">
      <w:r>
        <w:t>Cualquier de las otros sesiónones tenemos disponible.</w:t>
      </w:r>
    </w:p>
    <w:p w14:paraId="1AF56CB7" w14:textId="77777777" w:rsidR="004B4883" w:rsidRDefault="00B41173">
      <w:r>
        <w:t>Vamos con la siguiente diapositiva.</w:t>
      </w:r>
    </w:p>
    <w:p w14:paraId="54586B8A" w14:textId="77777777" w:rsidR="004B4883" w:rsidRDefault="00B41173">
      <w:r>
        <w:t>Es un poco de la vista previa de cohort.</w:t>
      </w:r>
    </w:p>
    <w:p w14:paraId="5F227CC6" w14:textId="77777777" w:rsidR="004B4883" w:rsidRDefault="00B41173">
      <w:r>
        <w:lastRenderedPageBreak/>
        <w:t>[inaudible] vamos a tener la semana tres este abril 28 sería 60 minutos y 30 minutos de discusión entre las partes.</w:t>
      </w:r>
    </w:p>
    <w:p w14:paraId="4919AA7F" w14:textId="77777777" w:rsidR="004B4883" w:rsidRDefault="00B41173">
      <w:r>
        <w:t>Pueden involucrarse y pueden compartir su formación y pueden hablar sobre lo que sería el desarrollo de recursos.</w:t>
      </w:r>
    </w:p>
    <w:p w14:paraId="78AE998F" w14:textId="77777777" w:rsidR="004B4883" w:rsidRDefault="00B41173">
      <w:r>
        <w:t>Los directos ejecutivos y presidentes.</w:t>
      </w:r>
    </w:p>
    <w:p w14:paraId="5D45F178" w14:textId="77777777" w:rsidR="004B4883" w:rsidRDefault="00B41173">
      <w:r>
        <w:t>Algunas de las normas que tenemos enfatiza la participación y presencia respet respetando la inclusión, la confidencialidad.</w:t>
      </w:r>
    </w:p>
    <w:p w14:paraId="5F4D5F6F" w14:textId="77777777" w:rsidR="004B4883" w:rsidRDefault="00B41173">
      <w:r>
        <w:t>Confianza.</w:t>
      </w:r>
    </w:p>
    <w:p w14:paraId="3653132C" w14:textId="77777777" w:rsidR="004B4883" w:rsidRDefault="00B41173">
      <w:r>
        <w:t>Asegurémosnos que estaremos aprendiendo juntos y compartiendo juntos.</w:t>
      </w:r>
    </w:p>
    <w:p w14:paraId="2C133D67" w14:textId="77777777" w:rsidR="004B4883" w:rsidRDefault="00B41173">
      <w:r>
        <w:t>En la semana 1 habríamos tenido la capacidad de los que sería los fondos.</w:t>
      </w:r>
    </w:p>
    <w:p w14:paraId="792757A7" w14:textId="77777777" w:rsidR="004B4883" w:rsidRDefault="00B41173">
      <w:r>
        <w:t>Y los recursos dentro de su organización y una tercera parte sería la oportunidad que se alinea con la misión.</w:t>
      </w:r>
    </w:p>
    <w:p w14:paraId="755AAD8E" w14:textId="77777777" w:rsidR="004B4883" w:rsidRDefault="00B41173">
      <w:r>
        <w:t>Y en la semana dos, nos enfocamos en el plan de desarrollo de recursos dando la prioridad los roles y el progreso como tal.</w:t>
      </w:r>
    </w:p>
    <w:p w14:paraId="32C12596" w14:textId="77777777" w:rsidR="004B4883" w:rsidRDefault="00B41173">
      <w:r>
        <w:t>Vamos a continuar la planific as la semana entrante vamos a llevar a cabo y cómo llevamos el plan a lo que ser situación y ajustamentejustamos las situaciónones.</w:t>
      </w:r>
    </w:p>
    <w:p w14:paraId="36CBAEDB" w14:textId="77777777" w:rsidR="004B4883" w:rsidRDefault="00B41173">
      <w:r>
        <w:t>Esencialmente la siguiente parte sería desarrollar el plan.</w:t>
      </w:r>
    </w:p>
    <w:p w14:paraId="3EFFC659" w14:textId="77777777" w:rsidR="004B4883" w:rsidRDefault="00B41173">
      <w:r>
        <w:t>Y tenemos esta parte como una conexión a la semana 1 y la semana 2, van a recib recibir ustedes el script que va a resaltar en el documento.</w:t>
      </w:r>
    </w:p>
    <w:p w14:paraId="75692669" w14:textId="77777777" w:rsidR="004B4883" w:rsidRDefault="00B41173">
      <w:r>
        <w:t>A la semana 1 y la semana 2.</w:t>
      </w:r>
    </w:p>
    <w:p w14:paraId="5DF3816E" w14:textId="77777777" w:rsidR="004B4883" w:rsidRDefault="00B41173">
      <w:r>
        <w:t>Esto se hace para asegurarnos de que tenemos otros SILs diferentes y los oradores para lo que sería el recurso desarrollo de recursos las mismas practicas cuando se habla de desarrollo de recursos.</w:t>
      </w:r>
    </w:p>
    <w:p w14:paraId="61B93964" w14:textId="77777777" w:rsidR="004B4883" w:rsidRDefault="00B41173">
      <w:r>
        <w:t>[inaudible] cómo se va alineando.</w:t>
      </w:r>
    </w:p>
    <w:p w14:paraId="19DBA8C4" w14:textId="77777777" w:rsidR="004B4883" w:rsidRDefault="00B41173">
      <w:r>
        <w:t>Haber dicho eso.</w:t>
      </w:r>
    </w:p>
    <w:p w14:paraId="1AE62F36" w14:textId="77777777" w:rsidR="004B4883" w:rsidRDefault="00B41173">
      <w:r>
        <w:t>Lo estaré presentando a nuestros oradores asomb rooses asombrosos que tenemos hoy.</w:t>
      </w:r>
    </w:p>
    <w:p w14:paraId="0BADF373" w14:textId="77777777" w:rsidR="004B4883" w:rsidRDefault="00B41173">
      <w:r>
        <w:t>Tengemos a kum berly Kimberly y David Laird.</w:t>
      </w:r>
    </w:p>
    <w:p w14:paraId="2B614B89" w14:textId="77777777" w:rsidR="004B4883" w:rsidRDefault="00B41173">
      <w:r>
        <w:t>Pueden iniciar con el cohort.</w:t>
      </w:r>
    </w:p>
    <w:p w14:paraId="4E9B888E" w14:textId="77777777" w:rsidR="004B4883" w:rsidRDefault="00B41173">
      <w:pPr>
        <w:pStyle w:val="Heading2"/>
      </w:pPr>
      <w:r>
        <w:t>Kimberly Tissot</w:t>
      </w:r>
    </w:p>
    <w:p w14:paraId="3FD29BDC" w14:textId="77777777" w:rsidR="004B4883" w:rsidRDefault="00B41173">
      <w:r>
        <w:t>Muy bien.</w:t>
      </w:r>
    </w:p>
    <w:p w14:paraId="0DB20C75" w14:textId="77777777" w:rsidR="004B4883" w:rsidRDefault="00B41173">
      <w:r>
        <w:lastRenderedPageBreak/>
        <w:t>Hola a todos.</w:t>
      </w:r>
    </w:p>
    <w:p w14:paraId="0294AD90" w14:textId="77777777" w:rsidR="004B4883" w:rsidRDefault="00B41173">
      <w:r>
        <w:t>Soy presidenta de South Carolina.</w:t>
      </w:r>
    </w:p>
    <w:p w14:paraId="1CD3249D" w14:textId="77777777" w:rsidR="004B4883" w:rsidRDefault="00B41173">
      <w:r>
        <w:t>Soy la presidente tengo 16 años en esta posición.</w:t>
      </w:r>
    </w:p>
    <w:p w14:paraId="6B305076" w14:textId="77777777" w:rsidR="004B4883" w:rsidRDefault="00B41173">
      <w:r>
        <w:t>Soy una mujer de media edad blanca.</w:t>
      </w:r>
    </w:p>
    <w:p w14:paraId="378B9CE7" w14:textId="77777777" w:rsidR="004B4883" w:rsidRDefault="00B41173">
      <w:r>
        <w:t>Pelo poco rubio y tengo una camisa de tiras azul y blanca.</w:t>
      </w:r>
    </w:p>
    <w:p w14:paraId="020F2243" w14:textId="77777777" w:rsidR="004B4883" w:rsidRDefault="00B41173">
      <w:r>
        <w:t>Mis pronombres es ella y estaré presentando en el día de hoy.</w:t>
      </w:r>
    </w:p>
    <w:p w14:paraId="19A21DBD" w14:textId="77777777" w:rsidR="004B4883" w:rsidRDefault="00B41173">
      <w:r>
        <w:t>Van a ver que tengo una discapacidad física y sheas escondidas.</w:t>
      </w:r>
    </w:p>
    <w:p w14:paraId="7B5B9461" w14:textId="77777777" w:rsidR="004B4883" w:rsidRDefault="00B41173">
      <w:r>
        <w:t>Soy una persona de una pierna.</w:t>
      </w:r>
    </w:p>
    <w:p w14:paraId="03585157" w14:textId="77777777" w:rsidR="004B4883" w:rsidRDefault="00B41173">
      <w:r>
        <w:t>DaveAVID LAIRD: Rro soy David Laird de South Carolina y tengo cuatro años ya con la organización.</w:t>
      </w:r>
    </w:p>
    <w:p w14:paraId="6E353312" w14:textId="77777777" w:rsidR="004B4883" w:rsidRDefault="00B41173">
      <w:r>
        <w:t>Yo soy un hombre de la media edad, un hombre blanco, tengo el pelo, no tengo pelo, soy calvo y tengo una camisa blanca azul.</w:t>
      </w:r>
    </w:p>
    <w:p w14:paraId="09F529C9" w14:textId="77777777" w:rsidR="004B4883" w:rsidRDefault="00B41173">
      <w:r>
        <w:t>Estamos emocionados por la discusión que tenemos el día de hoy.</w:t>
      </w:r>
    </w:p>
    <w:p w14:paraId="1D50BB65" w14:textId="77777777" w:rsidR="004B4883" w:rsidRDefault="00B41173">
      <w:r>
        <w:t>Vamos a continuar con la diapositiva 8.</w:t>
      </w:r>
    </w:p>
    <w:p w14:paraId="3D31CE16" w14:textId="77777777" w:rsidR="004B4883" w:rsidRDefault="00B41173">
      <w:r>
        <w:t>Muy bien.</w:t>
      </w:r>
    </w:p>
    <w:p w14:paraId="3ABBE4E7" w14:textId="77777777" w:rsidR="004B4883" w:rsidRDefault="00B41173">
      <w:pPr>
        <w:pStyle w:val="Heading1"/>
      </w:pPr>
      <w:r>
        <w:t>Presentación de Able South Carolina</w:t>
      </w:r>
    </w:p>
    <w:p w14:paraId="554953A0" w14:textId="77777777" w:rsidR="004B4883" w:rsidRDefault="00B41173">
      <w:r>
        <w:t>Vamos a hablar un poco referencia a implementación y cómo se vería el plan de recurso hoy van a aprender aprender mucho.</w:t>
      </w:r>
    </w:p>
    <w:p w14:paraId="7919F591" w14:textId="77777777" w:rsidR="004B4883" w:rsidRDefault="00B41173">
      <w:r>
        <w:t>Les vamos a dar ejemplos para identificar las necesidades, oportunidades.</w:t>
      </w:r>
    </w:p>
    <w:p w14:paraId="73EEB0B6" w14:textId="77777777" w:rsidR="004B4883" w:rsidRDefault="00B41173">
      <w:r>
        <w:t>Nuestro organización es para asegurarse que todos en el mundo que tenga experiencia dirigido a lo que sería la incapacidad.</w:t>
      </w:r>
    </w:p>
    <w:p w14:paraId="26FE2BD5" w14:textId="77777777" w:rsidR="004B4883" w:rsidRDefault="00B41173">
      <w:r>
        <w:t>La infraestructura y es bastante importante manejar lo que sería el riesgo, tiempo y capacidad.</w:t>
      </w:r>
    </w:p>
    <w:p w14:paraId="7FE44BA3" w14:textId="77777777" w:rsidR="004B4883" w:rsidRDefault="00B41173">
      <w:r>
        <w:t>Y estaremos hablando de las estrategias.</w:t>
      </w:r>
    </w:p>
    <w:p w14:paraId="7436B46E" w14:textId="77777777" w:rsidR="004B4883" w:rsidRDefault="00B41173">
      <w:r>
        <w:t>Según sabemos mucho está cambiando ahora mismo.</w:t>
      </w:r>
    </w:p>
    <w:p w14:paraId="71B4E8DA" w14:textId="77777777" w:rsidR="004B4883" w:rsidRDefault="00B41173">
      <w:r>
        <w:t>Vamos con la diapositiva número 9.</w:t>
      </w:r>
    </w:p>
    <w:p w14:paraId="4455EE01" w14:textId="77777777" w:rsidR="004B4883" w:rsidRDefault="00B41173">
      <w:r>
        <w:t>Solamente un poco de referencia a nosotros.</w:t>
      </w:r>
    </w:p>
    <w:p w14:paraId="2F986B1D" w14:textId="77777777" w:rsidR="004B4883" w:rsidRDefault="00B41173">
      <w:r>
        <w:t>Estaré iniciando el Powerpoint.</w:t>
      </w:r>
    </w:p>
    <w:p w14:paraId="05520DB5" w14:textId="77777777" w:rsidR="004B4883" w:rsidRDefault="00B41173">
      <w:r>
        <w:lastRenderedPageBreak/>
        <w:t>Quisiera aprender de qué manera se representan los SILs.</w:t>
      </w:r>
    </w:p>
    <w:p w14:paraId="37E487E2" w14:textId="77777777" w:rsidR="004B4883" w:rsidRDefault="00B41173">
      <w:r>
        <w:t>Voy a explicar un poco como presentamos la misión.</w:t>
      </w:r>
    </w:p>
    <w:p w14:paraId="553DCC9B" w14:textId="77777777" w:rsidR="004B4883" w:rsidRDefault="00B41173">
      <w:r>
        <w:t>Estamos en una organización con personas con discapacidad y las herramientas de las personas con discapacidad.</w:t>
      </w:r>
    </w:p>
    <w:p w14:paraId="3EDF388A" w14:textId="77777777" w:rsidR="004B4883" w:rsidRDefault="00B41173">
      <w:r>
        <w:t>Educar a la comunidad para retar los steps y eliminar barreras y abogar por el acceso de equidad e in clusión.</w:t>
      </w:r>
    </w:p>
    <w:p w14:paraId="1488E4FF" w14:textId="77777777" w:rsidR="004B4883" w:rsidRDefault="00B41173">
      <w:r>
        <w:t>Y en Carolina del Sur que sería de inclusión para personas con incapacidad.</w:t>
      </w:r>
    </w:p>
    <w:p w14:paraId="62C5BC76" w14:textId="77777777" w:rsidR="004B4883" w:rsidRDefault="00B41173">
      <w:r>
        <w:t>Explicando nuestra misión habían visto un poco de los servicios individuales y lo que nosotros haceme en la abogacía para el sistema.</w:t>
      </w:r>
    </w:p>
    <w:p w14:paraId="56DBF30D" w14:textId="77777777" w:rsidR="004B4883" w:rsidRDefault="00B41173">
      <w:r>
        <w:t>Vamos ahora con la diapositiva número 10.</w:t>
      </w:r>
    </w:p>
    <w:p w14:paraId="4F08210C" w14:textId="77777777" w:rsidR="004B4883" w:rsidRDefault="00B41173">
      <w:r>
        <w:t>Y primero, cuando yo llegué a nuestro centro estábamos trabajando un poco algo que yo me di cuenta no estábamos hablando de ser una organización dirigida dirigida para la incapacidad quiero que cambia porque es la manera como sobre sale los centros asegurar que se cepa que estamos siendo operados por personas con discapacidades discapacidades.</w:t>
      </w:r>
    </w:p>
    <w:p w14:paraId="05E8B5B6" w14:textId="77777777" w:rsidR="004B4883" w:rsidRDefault="00B41173">
      <w:r>
        <w:t>Ese equipo de liderazgo sería 100% persona con discapacidad y queremos mostrarle al público que nosotros estamos construimos confianza pero construir la confianza con los consum deers es drásticamente importante para nosotros porque no tenemos consum consumidores opoyiendo la organización.</w:t>
      </w:r>
    </w:p>
    <w:p w14:paraId="4B8FAD41" w14:textId="77777777" w:rsidR="004B4883" w:rsidRDefault="00B41173">
      <w:r>
        <w:t>Y queremos hablar mucho sobre lo que sería las donaciónones.</w:t>
      </w:r>
    </w:p>
    <w:p w14:paraId="61F681E9" w14:textId="77777777" w:rsidR="004B4883" w:rsidRDefault="00B41173">
      <w:r>
        <w:t>Y visibilidad comunitaria queremos asegurarnos de ser conocidos entre nuestros donantes y compañeros compañeros en Carolina del Sur y el desarrollo de recursos sería también un movimiento.</w:t>
      </w:r>
    </w:p>
    <w:p w14:paraId="48E2A5AE" w14:textId="77777777" w:rsidR="004B4883" w:rsidRDefault="00B41173">
      <w:r>
        <w:t>Es construir el futuro para organización.</w:t>
      </w:r>
    </w:p>
    <w:p w14:paraId="39FADC7A" w14:textId="77777777" w:rsidR="004B4883" w:rsidRDefault="00B41173">
      <w:r>
        <w:t>También le estaría viendo de esta manera.</w:t>
      </w:r>
    </w:p>
    <w:p w14:paraId="67E90D1C" w14:textId="77777777" w:rsidR="004B4883" w:rsidRDefault="00B41173">
      <w:r>
        <w:t>Y tenemos una foto esto es mi equipo.</w:t>
      </w:r>
    </w:p>
    <w:p w14:paraId="72A8CE60" w14:textId="77777777" w:rsidR="004B4883" w:rsidRDefault="00B41173">
      <w:r>
        <w:t>Eso es un día de apara abogar con otros centros que vida independiente.</w:t>
      </w:r>
    </w:p>
    <w:p w14:paraId="51022598" w14:textId="77777777" w:rsidR="004B4883" w:rsidRDefault="00B41173">
      <w:r>
        <w:t>Esto es el IL aquí hay 500 personas asistiendo.</w:t>
      </w:r>
    </w:p>
    <w:p w14:paraId="5A6927A3" w14:textId="77777777" w:rsidR="004B4883" w:rsidRDefault="00B41173">
      <w:r>
        <w:t>Todos las personas con incapacidades y compañeros ahí.</w:t>
      </w:r>
    </w:p>
    <w:p w14:paraId="0F2275E1" w14:textId="77777777" w:rsidR="004B4883" w:rsidRDefault="00B41173">
      <w:r>
        <w:t>Vamos a la diapositiva 11.</w:t>
      </w:r>
    </w:p>
    <w:p w14:paraId="3810EE2A" w14:textId="77777777" w:rsidR="004B4883" w:rsidRDefault="00B41173">
      <w:r>
        <w:t>Voy a hablar con ustedes un poco en el día de hoy.</w:t>
      </w:r>
    </w:p>
    <w:p w14:paraId="7C8D8849" w14:textId="77777777" w:rsidR="004B4883" w:rsidRDefault="00B41173">
      <w:r>
        <w:lastRenderedPageBreak/>
        <w:t>Vamos a hablar sobre nuestro presupuesto Ángel ser anual sería 5.5 MLS 5.5 millones.</w:t>
      </w:r>
    </w:p>
    <w:p w14:paraId="5CB26037" w14:textId="77777777" w:rsidR="004B4883" w:rsidRDefault="00B41173">
      <w:r>
        <w:t>Y los servicios están ofrecidos en 23 condados en Carolina del Sur tenemos 46 condados.</w:t>
      </w:r>
    </w:p>
    <w:p w14:paraId="4221F605" w14:textId="77777777" w:rsidR="004B4883" w:rsidRDefault="00B41173">
      <w:r>
        <w:t>También tenemos muchos programas también a nivel estatal pasando legislaciones y haciendo cambios sistémicos a nivel estatal.</w:t>
      </w:r>
    </w:p>
    <w:p w14:paraId="2BE80811" w14:textId="77777777" w:rsidR="004B4883" w:rsidRDefault="00B41173">
      <w:r>
        <w:t>Que hemos desarrollado y en otros centros para vivienda independiente.</w:t>
      </w:r>
    </w:p>
    <w:p w14:paraId="7F8A3D61" w14:textId="77777777" w:rsidR="004B4883" w:rsidRDefault="00B41173">
      <w:r>
        <w:t>Nosotros tenemos casi 7.000 personas en el pasado año y una variedad de diferentes servicios y programas anualmente era 1.2 millones para lo que sería abogacía y van a ver ustedes una foto acá de Ángel uno de los pebs de personal.</w:t>
      </w:r>
    </w:p>
    <w:p w14:paraId="75619DD5" w14:textId="77777777" w:rsidR="004B4883" w:rsidRDefault="00B41173">
      <w:r>
        <w:t>Ella está acá en lo que sería el día de abogacía.</w:t>
      </w:r>
    </w:p>
    <w:p w14:paraId="3CF0EE4A" w14:textId="77777777" w:rsidR="004B4883" w:rsidRDefault="00B41173">
      <w:r>
        <w:t>Es una mujer que no tiene brazos y una pierna.</w:t>
      </w:r>
    </w:p>
    <w:p w14:paraId="01F254BE" w14:textId="77777777" w:rsidR="004B4883" w:rsidRDefault="00B41173">
      <w:r>
        <w:t>Ella utiliza una silla de ruedas eléctrica.</w:t>
      </w:r>
    </w:p>
    <w:p w14:paraId="48A9B7EB" w14:textId="77777777" w:rsidR="004B4883" w:rsidRDefault="00B41173">
      <w:r>
        <w:t>La infraestructura detrás de este kek crecimiento ahora mismo nosotros manejamos las subvenciónones hay tres que serían para esta semana ya.</w:t>
      </w:r>
    </w:p>
    <w:p w14:paraId="3201835F" w14:textId="77777777" w:rsidR="004B4883" w:rsidRDefault="00B41173">
      <w:r>
        <w:t>Tenemos programas y coaliciónones coaliciones, muchos sistemas, debilidades.</w:t>
      </w:r>
    </w:p>
    <w:p w14:paraId="7F19AB8D" w14:textId="77777777" w:rsidR="004B4883" w:rsidRDefault="00B41173">
      <w:r>
        <w:t>Que queremos construir de eso para ser algo al respecto y nosotros tenemos, hemos estado bien ocupados con la construcción de coalición y creando un programa.</w:t>
      </w:r>
    </w:p>
    <w:p w14:paraId="16D72A79" w14:textId="77777777" w:rsidR="004B4883" w:rsidRDefault="00B41173">
      <w:r>
        <w:t>Tenemos mucha abogacía en el sistema.</w:t>
      </w:r>
    </w:p>
    <w:p w14:paraId="57852D50" w14:textId="77777777" w:rsidR="004B4883" w:rsidRDefault="00B41173">
      <w:r>
        <w:t>Y liderazgo dirigido a incapacidades.</w:t>
      </w:r>
    </w:p>
    <w:p w14:paraId="2B28293C" w14:textId="77777777" w:rsidR="004B4883" w:rsidRDefault="00B41173">
      <w:r>
        <w:t>Agregamos muchas mesas donde las personas con incapacidad están siendo mención mencionados y sabríamos que estamos para asegurarnos que se está apoy oofnltd y tenemos como 40% de éxito.</w:t>
      </w:r>
    </w:p>
    <w:p w14:paraId="3EC2AE1A" w14:textId="77777777" w:rsidR="004B4883" w:rsidRDefault="00B41173">
      <w:r>
        <w:t>No es cómo que estamos ahorrando 100% de requiere mucha práctica.</w:t>
      </w:r>
    </w:p>
    <w:p w14:paraId="4D9DE3FA" w14:textId="77777777" w:rsidR="004B4883" w:rsidRDefault="00B41173">
      <w:r>
        <w:t>Un 40% de tarifa de éxito y esto refleja lo que sería la intención y la straur y la estrategia de ganancias, también.</w:t>
      </w:r>
    </w:p>
    <w:p w14:paraId="3D3FC111" w14:textId="77777777" w:rsidR="004B4883" w:rsidRDefault="00B41173">
      <w:r>
        <w:t>Vamos a ir a la diapositiva 13.</w:t>
      </w:r>
    </w:p>
    <w:p w14:paraId="51DE7B72" w14:textId="77777777" w:rsidR="004B4883" w:rsidRDefault="00B41173">
      <w:pPr>
        <w:pStyle w:val="Heading1"/>
      </w:pPr>
      <w:r>
        <w:t>Financiamiento y Desarrollo de Recursos</w:t>
      </w:r>
    </w:p>
    <w:p w14:paraId="5F32AF2F" w14:textId="77777777" w:rsidR="004B4883" w:rsidRDefault="00B41173">
      <w:r>
        <w:t>Y el desarrollo de recursos es una mezcla.</w:t>
      </w:r>
    </w:p>
    <w:p w14:paraId="3677980F" w14:textId="77777777" w:rsidR="004B4883" w:rsidRDefault="00B41173">
      <w:r>
        <w:t>Voy a revisarlo también.</w:t>
      </w:r>
    </w:p>
    <w:p w14:paraId="25114633" w14:textId="77777777" w:rsidR="004B4883" w:rsidRDefault="00B41173">
      <w:r>
        <w:t>Tenemos fondos por vía de contrato.</w:t>
      </w:r>
    </w:p>
    <w:p w14:paraId="22BEE8B2" w14:textId="77777777" w:rsidR="004B4883" w:rsidRDefault="00B41173">
      <w:r>
        <w:lastRenderedPageBreak/>
        <w:t>Subvenciónones, y diferente organizaciónones y contratamos con el gobierno.</w:t>
      </w:r>
    </w:p>
    <w:p w14:paraId="10F1CA29" w14:textId="77777777" w:rsidR="004B4883" w:rsidRDefault="00B41173">
      <w:r>
        <w:t>Tenemos fondos de Medicaid y hemos abogado para la vida independien y nosotros abogamos para las destreza de il IL.</w:t>
      </w:r>
    </w:p>
    <w:p w14:paraId="26E5440A" w14:textId="77777777" w:rsidR="004B4883" w:rsidRDefault="00B41173">
      <w:r>
        <w:t>Lo cual es muy fácil de para nosotros pero está bajo lo que sería el servicio comunitario.</w:t>
      </w:r>
    </w:p>
    <w:p w14:paraId="446FEF80" w14:textId="77777777" w:rsidR="004B4883" w:rsidRDefault="00B41173">
      <w:r>
        <w:t>Nosotros hemos ganado una ganancia flexible de tarifas y servicios entrenamiento entrenamiento.</w:t>
      </w:r>
    </w:p>
    <w:p w14:paraId="1543E05D" w14:textId="77777777" w:rsidR="004B4883" w:rsidRDefault="00B41173">
      <w:r>
        <w:t>Y aud toría tor auditoría.</w:t>
      </w:r>
    </w:p>
    <w:p w14:paraId="6803019C" w14:textId="77777777" w:rsidR="004B4883" w:rsidRDefault="00B41173">
      <w:r>
        <w:t>Lo hacemos por un cargo porque de verdad queremos, pensamos que si alguien está recibiendo el consejo de vivienda independiente si es negocio o agente estatal que tiene muchos fondos.</w:t>
      </w:r>
    </w:p>
    <w:p w14:paraId="5661B5DB" w14:textId="77777777" w:rsidR="004B4883" w:rsidRDefault="00B41173">
      <w:r>
        <w:t>Nosotros generalmente viene con un cargo pequeño para ayudarnos a llevar a cabo ese trabajo.</w:t>
      </w:r>
    </w:p>
    <w:p w14:paraId="7D8A79E2" w14:textId="77777777" w:rsidR="004B4883" w:rsidRDefault="00B41173">
      <w:r>
        <w:t>Recopilamos fondos, también.</w:t>
      </w:r>
    </w:p>
    <w:p w14:paraId="4472BF73" w14:textId="77777777" w:rsidR="004B4883" w:rsidRDefault="00B41173">
      <w:r>
        <w:t>Para los donantes individuales también.</w:t>
      </w:r>
    </w:p>
    <w:p w14:paraId="01276B6F" w14:textId="77777777" w:rsidR="004B4883" w:rsidRDefault="00B41173">
      <w:r>
        <w:t>También tenemos lo que se conoce inglés como endowment para sostenibilidad y quiero hablar un poquito de donde viene esto.</w:t>
      </w:r>
    </w:p>
    <w:p w14:paraId="60512DD4" w14:textId="77777777" w:rsidR="004B4883" w:rsidRDefault="00B41173">
      <w:r>
        <w:t>Porque esto sería la parte más significativa de la organización.</w:t>
      </w:r>
    </w:p>
    <w:p w14:paraId="25581A2D" w14:textId="77777777" w:rsidR="004B4883" w:rsidRDefault="00B41173">
      <w:r>
        <w:t>Esto recibe gran apoyo.</w:t>
      </w:r>
    </w:p>
    <w:p w14:paraId="3FF0EE77" w14:textId="77777777" w:rsidR="004B4883" w:rsidRDefault="00B41173">
      <w:r>
        <w:t>Uno de los miembros de personal fue uno miembros fallecío fallec falleció y nos dieron cien mil dólares un día.</w:t>
      </w:r>
    </w:p>
    <w:p w14:paraId="18F914F6" w14:textId="77777777" w:rsidR="004B4883" w:rsidRDefault="00B41173">
      <w:r>
        <w:t>Esa situación fue para llevar a cabo el primer endowment para poder creer y crecer lo que ya teníamos.</w:t>
      </w:r>
    </w:p>
    <w:p w14:paraId="26A5F105" w14:textId="77777777" w:rsidR="004B4883" w:rsidRDefault="00B41173">
      <w:r>
        <w:t>Está creciendo Ángel anualmente y podemos aplicarlo en el programa.</w:t>
      </w:r>
    </w:p>
    <w:p w14:paraId="471C0384" w14:textId="77777777" w:rsidR="004B4883" w:rsidRDefault="00B41173">
      <w:r>
        <w:t>Sería abogacía porque eso no es un servicio fácil de poder conseguir fondos.</w:t>
      </w:r>
    </w:p>
    <w:p w14:paraId="18BFA95C" w14:textId="77777777" w:rsidR="004B4883" w:rsidRDefault="00B41173">
      <w:r>
        <w:t>Hacemos mucha abogacía y como organización para cuando restrigido vamos a la diapositiva 14 ahora.</w:t>
      </w:r>
    </w:p>
    <w:p w14:paraId="0BD0F010" w14:textId="77777777" w:rsidR="004B4883" w:rsidRDefault="00B41173">
      <w:r>
        <w:t>También nosotros construimos relación.</w:t>
      </w:r>
    </w:p>
    <w:p w14:paraId="69964DC8" w14:textId="77777777" w:rsidR="004B4883" w:rsidRDefault="00B41173">
      <w:r>
        <w:t>Las relaciónones son importantes para poder -- las organizaciónones y construye la capacidad para nosotros poder y quisiéramos recordar una agencia que podría ser todo para todos.</w:t>
      </w:r>
    </w:p>
    <w:p w14:paraId="4632E5CC" w14:textId="77777777" w:rsidR="004B4883" w:rsidRDefault="00B41173">
      <w:r>
        <w:t>Tenemos que tener compañerismo y muchas veces este compañerismo va a la larga.</w:t>
      </w:r>
    </w:p>
    <w:p w14:paraId="29A68B6B" w14:textId="77777777" w:rsidR="004B4883" w:rsidRDefault="00B41173">
      <w:r>
        <w:lastRenderedPageBreak/>
        <w:t>Y donaciónones nosotros recibimos internos en la ayudar universidad de Carolina del Sur.</w:t>
      </w:r>
    </w:p>
    <w:p w14:paraId="753F4635" w14:textId="77777777" w:rsidR="004B4883" w:rsidRDefault="00B41173">
      <w:r>
        <w:t>Nosotros también tenemos una tonelada de [inaudible] muchas veces no se pone en subvenciónones también de la parte de desarrollo también.</w:t>
      </w:r>
    </w:p>
    <w:p w14:paraId="17756441" w14:textId="77777777" w:rsidR="004B4883" w:rsidRDefault="00B41173">
      <w:r>
        <w:t>Ahora mismo estábamos trabajando con la universidad de Carolina del Sur para subvención y están escribiendo la subvención completa y nosotros estaremos recib recibiendo pago para esto.</w:t>
      </w:r>
    </w:p>
    <w:p w14:paraId="0D93D4FA" w14:textId="77777777" w:rsidR="004B4883" w:rsidRDefault="00B41173">
      <w:r>
        <w:t>Con esa oportunidad de fondos.</w:t>
      </w:r>
    </w:p>
    <w:p w14:paraId="7B5E399B" w14:textId="77777777" w:rsidR="004B4883" w:rsidRDefault="00B41173">
      <w:r>
        <w:t>Porque no tenemos que hacer mucho trabajo al principio de esto.</w:t>
      </w:r>
    </w:p>
    <w:p w14:paraId="68D4F7C0" w14:textId="77777777" w:rsidR="004B4883" w:rsidRDefault="00B41173">
      <w:r>
        <w:t>Vamos a ir a la diapositiva 15, ahora.</w:t>
      </w:r>
    </w:p>
    <w:p w14:paraId="4D31781C" w14:textId="77777777" w:rsidR="004B4883" w:rsidRDefault="00B41173">
      <w:r>
        <w:t>Yo quería most rear mostrarles un poco sobre donde estábamos y donde estamos para pod reer mostrarle un poco referencia como el crecimiento puede cambiarro un poco en referencia a nuestro camino en su pantalla pueden ver un gráfico que le muestra el año tras años año tras año de diversificado.</w:t>
      </w:r>
    </w:p>
    <w:p w14:paraId="7DD9B192" w14:textId="77777777" w:rsidR="004B4883" w:rsidRDefault="00B41173">
      <w:r>
        <w:t>Y de qué manera ocurre este crecimiento.</w:t>
      </w:r>
    </w:p>
    <w:p w14:paraId="237E215B" w14:textId="77777777" w:rsidR="004B4883" w:rsidRDefault="00B41173">
      <w:r>
        <w:t>Cuando yo vine en 2010 pero antes de eso la subvención de la parte C.</w:t>
      </w:r>
    </w:p>
    <w:p w14:paraId="38D26884" w14:textId="77777777" w:rsidR="004B4883" w:rsidRDefault="00B41173">
      <w:r>
        <w:t>Una de las subvenciones de la parte C más grande por encimida 500.000 dólares en la área de servicio.</w:t>
      </w:r>
    </w:p>
    <w:p w14:paraId="7B005C3A" w14:textId="77777777" w:rsidR="004B4883" w:rsidRDefault="00B41173">
      <w:r>
        <w:t>Quería recordar a todos no ocurre de la noche a la mañana.</w:t>
      </w:r>
    </w:p>
    <w:p w14:paraId="57DF19D3" w14:textId="77777777" w:rsidR="004B4883" w:rsidRDefault="00B41173">
      <w:r>
        <w:t>Necesitaría más fondos.</w:t>
      </w:r>
    </w:p>
    <w:p w14:paraId="24EE9E21" w14:textId="77777777" w:rsidR="004B4883" w:rsidRDefault="00B41173">
      <w:r>
        <w:t>Ya el ambient ambiente político.</w:t>
      </w:r>
    </w:p>
    <w:p w14:paraId="71350FBB" w14:textId="77777777" w:rsidR="004B4883" w:rsidRDefault="00B41173">
      <w:r>
        <w:t>No había recibido fondos de la parte B.</w:t>
      </w:r>
    </w:p>
    <w:p w14:paraId="1BA97E89" w14:textId="77777777" w:rsidR="004B4883" w:rsidRDefault="00B41173">
      <w:r>
        <w:t>Para recibir los fondos de la parte B en Carolina del Sur el prepuest presupuesto subó un poco.</w:t>
      </w:r>
    </w:p>
    <w:p w14:paraId="5067FC26" w14:textId="77777777" w:rsidR="004B4883" w:rsidRDefault="00B41173">
      <w:r>
        <w:t>Esa fue la primera subvención que habíamos recibido.</w:t>
      </w:r>
    </w:p>
    <w:p w14:paraId="4041285A" w14:textId="77777777" w:rsidR="004B4883" w:rsidRDefault="00B41173">
      <w:r>
        <w:t>Se había recibido en el 200 # y 2010.</w:t>
      </w:r>
    </w:p>
    <w:p w14:paraId="1EB5E9C7" w14:textId="77777777" w:rsidR="004B4883" w:rsidRDefault="00B41173">
      <w:r>
        <w:t>En el 2009 estábamos a 500, 2010, 680.000.</w:t>
      </w:r>
    </w:p>
    <w:p w14:paraId="43D62C0B" w14:textId="77777777" w:rsidR="004B4883" w:rsidRDefault="00B41173">
      <w:r>
        <w:t>En el 2011, fue 70.000 un poquito más de 70.000.</w:t>
      </w:r>
    </w:p>
    <w:p w14:paraId="0A64770B" w14:textId="77777777" w:rsidR="004B4883" w:rsidRDefault="00B41173">
      <w:r>
        <w:t>En el 2013, se agregó un poquito más de 83.</w:t>
      </w:r>
    </w:p>
    <w:p w14:paraId="4B379AB1" w14:textId="77777777" w:rsidR="004B4883" w:rsidRDefault="00B41173">
      <w:r>
        <w:t>No 72.000.</w:t>
      </w:r>
    </w:p>
    <w:p w14:paraId="2F364CE5" w14:textId="77777777" w:rsidR="004B4883" w:rsidRDefault="00B41173">
      <w:r>
        <w:lastRenderedPageBreak/>
        <w:t>[inaudible] entonces, en el 2024 era 975.000 dólares.</w:t>
      </w:r>
    </w:p>
    <w:p w14:paraId="5130C9CD" w14:textId="77777777" w:rsidR="004B4883" w:rsidRDefault="00B41173">
      <w:r>
        <w:t>En 20151.3 MLS 20151.3 millónones, se abía llegado.</w:t>
      </w:r>
    </w:p>
    <w:p w14:paraId="57BAAACB" w14:textId="77777777" w:rsidR="004B4883" w:rsidRDefault="00B41173">
      <w:r>
        <w:t>Fue un cambio drástico de 1016 fuimos de 132 a 2.6 MLS en 2.6 millones en el 2017.</w:t>
      </w:r>
    </w:p>
    <w:p w14:paraId="2F37081C" w14:textId="77777777" w:rsidR="004B4883" w:rsidRDefault="00B41173">
      <w:r>
        <w:t>2.3 millones en el 2017.</w:t>
      </w:r>
    </w:p>
    <w:p w14:paraId="6D3EF642" w14:textId="77777777" w:rsidR="004B4883" w:rsidRDefault="00B41173">
      <w:r>
        <w:t>Y en el 2018 habían 2.6 millones.</w:t>
      </w:r>
    </w:p>
    <w:p w14:paraId="237A24E2" w14:textId="77777777" w:rsidR="004B4883" w:rsidRDefault="00B41173">
      <w:r>
        <w:t>En el 2020, fuimos a 3.4 millones 3.9 millones, 2021 habían 6.8 millones.</w:t>
      </w:r>
    </w:p>
    <w:p w14:paraId="1FE5C2F4" w14:textId="77777777" w:rsidR="004B4883" w:rsidRDefault="00B41173">
      <w:r>
        <w:t>Y eso era por todos las subvenciónones de cobertiva que se había recibido en la subvención de la parte C se había recibido muchos fondos de Carolina del Sur.</w:t>
      </w:r>
    </w:p>
    <w:p w14:paraId="4C74BDBE" w14:textId="77777777" w:rsidR="004B4883" w:rsidRDefault="00B41173">
      <w:r>
        <w:t>Y bajamos nuevamente en 2022.</w:t>
      </w:r>
    </w:p>
    <w:p w14:paraId="359FF738" w14:textId="77777777" w:rsidR="004B4883" w:rsidRDefault="00B41173">
      <w:r>
        <w:t>A 5.4 millones.</w:t>
      </w:r>
    </w:p>
    <w:p w14:paraId="54DBE6F9" w14:textId="77777777" w:rsidR="004B4883" w:rsidRDefault="00B41173">
      <w:r>
        <w:t>En el 2023 estamos a 6.9.</w:t>
      </w:r>
    </w:p>
    <w:p w14:paraId="1338D12D" w14:textId="77777777" w:rsidR="004B4883" w:rsidRDefault="00B41173">
      <w:r>
        <w:t>2024 lo cual sería un poquito más.</w:t>
      </w:r>
    </w:p>
    <w:p w14:paraId="05BD6259" w14:textId="77777777" w:rsidR="004B4883" w:rsidRDefault="00B41173">
      <w:r>
        <w:t>5.5 millones pero cambia constantemente.</w:t>
      </w:r>
    </w:p>
    <w:p w14:paraId="4D72B03F" w14:textId="77777777" w:rsidR="004B4883" w:rsidRDefault="00B41173">
      <w:r>
        <w:t>Según van viniendo las subvenciónones.</w:t>
      </w:r>
    </w:p>
    <w:p w14:paraId="43E03867" w14:textId="77777777" w:rsidR="004B4883" w:rsidRDefault="00B41173">
      <w:r>
        <w:t>Esto tiene lo que sería la infraestructura y el crecimiento a largo plazo.</w:t>
      </w:r>
    </w:p>
    <w:p w14:paraId="0BE0A741" w14:textId="77777777" w:rsidR="004B4883" w:rsidRDefault="00B41173">
      <w:r>
        <w:t>De manera ya con el tiempo.</w:t>
      </w:r>
    </w:p>
    <w:p w14:paraId="447D284D" w14:textId="77777777" w:rsidR="004B4883" w:rsidRDefault="00B41173">
      <w:r>
        <w:t>No solamente no solamente que la infraestructura importa pero que hay que continuar cambiándolo.</w:t>
      </w:r>
    </w:p>
    <w:p w14:paraId="107FFAF3" w14:textId="77777777" w:rsidR="004B4883" w:rsidRDefault="00B41173">
      <w:r>
        <w:t>Porque va a crecer más el plan de recursos.</w:t>
      </w:r>
    </w:p>
    <w:p w14:paraId="18CB021D" w14:textId="77777777" w:rsidR="004B4883" w:rsidRDefault="00B41173">
      <w:r>
        <w:t>Vamos a ir ahora a la diapositiva 16.</w:t>
      </w:r>
    </w:p>
    <w:p w14:paraId="3F1CD11A" w14:textId="77777777" w:rsidR="004B4883" w:rsidRDefault="00B41173">
      <w:r>
        <w:t>Las personas comenzaron a vernos.</w:t>
      </w:r>
    </w:p>
    <w:p w14:paraId="4F8E9F9F" w14:textId="77777777" w:rsidR="004B4883" w:rsidRDefault="00B41173">
      <w:r>
        <w:t>Las personas quiero recordarles a todos antes que se vuelvan donantes.</w:t>
      </w:r>
    </w:p>
    <w:p w14:paraId="2D8E740D" w14:textId="77777777" w:rsidR="004B4883" w:rsidRDefault="00B41173">
      <w:r>
        <w:t>Tenemos un trabajo constante.</w:t>
      </w:r>
    </w:p>
    <w:p w14:paraId="4D06CFAB" w14:textId="77777777" w:rsidR="004B4883" w:rsidRDefault="00B41173">
      <w:r>
        <w:t>No solamente quiénes suministran los fondos pero las personas principalmente los consumidores y la visibilidad fuerte puede llevar a oportunidades no esperadas.</w:t>
      </w:r>
    </w:p>
    <w:p w14:paraId="1959AEC3" w14:textId="77777777" w:rsidR="004B4883" w:rsidRDefault="00B41173">
      <w:r>
        <w:t>Nuestro trabajo ha inspirado a las donaciónones de millones de dólares y grandes donaciónones y este año la donación más fue 50.000 dólares.</w:t>
      </w:r>
    </w:p>
    <w:p w14:paraId="209227F0" w14:textId="77777777" w:rsidR="004B4883" w:rsidRDefault="00B41173">
      <w:r>
        <w:lastRenderedPageBreak/>
        <w:t>Una persona administraba administraba blue kras Blue Shield y vio la abogacía con el Medicaid y los servicios comunitarios y quisieran apoyarnos.</w:t>
      </w:r>
    </w:p>
    <w:p w14:paraId="2212E566" w14:textId="77777777" w:rsidR="004B4883" w:rsidRDefault="00B41173">
      <w:r>
        <w:t>Está invirtiendo nuevamente a nuestra organización.</w:t>
      </w:r>
    </w:p>
    <w:p w14:paraId="49F75145" w14:textId="77777777" w:rsidR="004B4883" w:rsidRDefault="00B41173">
      <w:r>
        <w:t>Para 5.000 dólares este año.</w:t>
      </w:r>
    </w:p>
    <w:p w14:paraId="2FF5AE64" w14:textId="77777777" w:rsidR="004B4883" w:rsidRDefault="00B41173">
      <w:r>
        <w:t>Vamos a ir ahora a la diapositiva 17.</w:t>
      </w:r>
    </w:p>
    <w:p w14:paraId="7F30027F" w14:textId="77777777" w:rsidR="004B4883" w:rsidRDefault="00B41173">
      <w:r>
        <w:t>No creo que los SILs hablan de esto lo suficiente como organización dirigidas con los SILs hay tanto que nos beneficia pero estamos peleando segregación.</w:t>
      </w:r>
    </w:p>
    <w:p w14:paraId="6FDCCFF9" w14:textId="77777777" w:rsidR="004B4883" w:rsidRDefault="00B41173">
      <w:r>
        <w:t>Estamos peleando por y les voy a decir que cuando nosotros estamos viendo oportunidades no sería una diferencia.</w:t>
      </w:r>
    </w:p>
    <w:p w14:paraId="05237DD2" w14:textId="77777777" w:rsidR="004B4883" w:rsidRDefault="00B41173">
      <w:r>
        <w:t>Lo estamos enfrentando.</w:t>
      </w:r>
    </w:p>
    <w:p w14:paraId="3D9E863B" w14:textId="77777777" w:rsidR="004B4883" w:rsidRDefault="00B41173">
      <w:r>
        <w:t>Y la decisión de fondos también había tenido esto.</w:t>
      </w:r>
    </w:p>
    <w:p w14:paraId="05904DF8" w14:textId="77777777" w:rsidR="004B4883" w:rsidRDefault="00B41173">
      <w:r>
        <w:t>Una somebody vención que se había sometido al gobierno federal no hace mucho tiempo.</w:t>
      </w:r>
    </w:p>
    <w:p w14:paraId="0C0BCFFB" w14:textId="77777777" w:rsidR="004B4883" w:rsidRDefault="00B41173">
      <w:r>
        <w:t>Una de las debilidades fue iba ser dirigido a alguien con un discapacidad.</w:t>
      </w:r>
    </w:p>
    <w:p w14:paraId="3C367C18" w14:textId="77777777" w:rsidR="004B4883" w:rsidRDefault="00B41173">
      <w:r>
        <w:t>En esta subvención en la solicitud.</w:t>
      </w:r>
    </w:p>
    <w:p w14:paraId="11436922" w14:textId="77777777" w:rsidR="004B4883" w:rsidRDefault="00B41173">
      <w:r>
        <w:t>Penamos que fue apropiado pero no prono recibimos los fondos por esa situación.</w:t>
      </w:r>
    </w:p>
    <w:p w14:paraId="6224EA9B" w14:textId="77777777" w:rsidR="004B4883" w:rsidRDefault="00B41173">
      <w:r>
        <w:t>A veces no sal vale la pena.</w:t>
      </w:r>
    </w:p>
    <w:p w14:paraId="3D49316C" w14:textId="77777777" w:rsidR="004B4883" w:rsidRDefault="00B41173">
      <w:r>
        <w:t>O salir fuera de su misión.</w:t>
      </w:r>
    </w:p>
    <w:p w14:paraId="3BF9D267" w14:textId="77777777" w:rsidR="004B4883" w:rsidRDefault="00B41173">
      <w:r>
        <w:t>Ir detrás del dinero.</w:t>
      </w:r>
    </w:p>
    <w:p w14:paraId="7A098EE8" w14:textId="77777777" w:rsidR="004B4883" w:rsidRDefault="00B41173">
      <w:r>
        <w:t>Rro quisiera adólarar aclarar ese punto.</w:t>
      </w:r>
    </w:p>
    <w:p w14:paraId="5BBC6426" w14:textId="77777777" w:rsidR="004B4883" w:rsidRDefault="00B41173">
      <w:r>
        <w:t>Hay organizaciónones dirigidas con la discapacidad.</w:t>
      </w:r>
    </w:p>
    <w:p w14:paraId="655AE809" w14:textId="77777777" w:rsidR="004B4883" w:rsidRDefault="00B41173">
      <w:r>
        <w:t>Voy a mencionar eso con la opción de la capacidad.</w:t>
      </w:r>
    </w:p>
    <w:p w14:paraId="6B848020" w14:textId="77777777" w:rsidR="004B4883" w:rsidRDefault="00B41173">
      <w:r>
        <w:t>ProfeciónPropresiónalismo y experiencia y compañerismo, también.</w:t>
      </w:r>
    </w:p>
    <w:p w14:paraId="55344A2E" w14:textId="77777777" w:rsidR="004B4883" w:rsidRDefault="00B41173">
      <w:r>
        <w:t>Y también lo que sería los modelos de ya organizaciónones viendo experiencia.</w:t>
      </w:r>
    </w:p>
    <w:p w14:paraId="520E989B" w14:textId="77777777" w:rsidR="004B4883" w:rsidRDefault="00B41173">
      <w:r>
        <w:t>Organizaciónones que rompe la organización dirigidos a la discapacidad.</w:t>
      </w:r>
    </w:p>
    <w:p w14:paraId="1501609B" w14:textId="77777777" w:rsidR="004B4883" w:rsidRDefault="00B41173">
      <w:r>
        <w:t>Pero nosotros volvemos nuevamente indicamos lo que están droigidos y general generalmente vuelve especialmente en la comunidad.</w:t>
      </w:r>
    </w:p>
    <w:p w14:paraId="70E3DC2B" w14:textId="77777777" w:rsidR="004B4883" w:rsidRDefault="00B41173">
      <w:r>
        <w:t>Hemos ten dos las conversaciónones de haur porque quizás habrá organizaciónones que estarían causando a largo de la comunidad o la organización.</w:t>
      </w:r>
    </w:p>
    <w:p w14:paraId="708250DC" w14:textId="77777777" w:rsidR="004B4883" w:rsidRDefault="00B41173">
      <w:r>
        <w:lastRenderedPageBreak/>
        <w:t>Vieppede estas conversación si lo tienen siempre serían apreciada si se manejida la manera correcta pero lo que quiser mencionar es que nunca, salga de la filosofía de ILra conseguir fondos porque he visto ahí donde se rompe el SIL.</w:t>
      </w:r>
    </w:p>
    <w:p w14:paraId="5264EFD9" w14:textId="77777777" w:rsidR="004B4883" w:rsidRDefault="00B41173">
      <w:r>
        <w:t>Volviendo a organizaciones que ni siquiera lo muestran.</w:t>
      </w:r>
    </w:p>
    <w:p w14:paraId="05522F47" w14:textId="77777777" w:rsidR="004B4883" w:rsidRDefault="00B41173">
      <w:r>
        <w:t>Diapositiva 18.</w:t>
      </w:r>
    </w:p>
    <w:p w14:paraId="3CEC694C" w14:textId="77777777" w:rsidR="004B4883" w:rsidRDefault="00B41173">
      <w:pPr>
        <w:pStyle w:val="Heading1"/>
      </w:pPr>
      <w:r>
        <w:t>Desafíos y Sostenibilidad</w:t>
      </w:r>
    </w:p>
    <w:p w14:paraId="54904C6B" w14:textId="77777777" w:rsidR="004B4883" w:rsidRDefault="00B41173">
      <w:r>
        <w:t>Hablando de los fondos no sé si esto es común para el país pero a veces los agencias estatales no son amables y no entienden los dinámicas.</w:t>
      </w:r>
    </w:p>
    <w:p w14:paraId="3ED08D79" w14:textId="77777777" w:rsidR="004B4883" w:rsidRDefault="00B41173">
      <w:r>
        <w:t>A veces compañeros no siempre operan llevando a retrasos los contrat Ocean y ten tenemos una subvención de millón de dólares en Carolina del Sur para el departamento de educación y comenzamos a recibir pagos por eso en este año físico.</w:t>
      </w:r>
    </w:p>
    <w:p w14:paraId="61D0244F" w14:textId="77777777" w:rsidR="004B4883" w:rsidRDefault="00B41173">
      <w:r>
        <w:t>Siete meses después.</w:t>
      </w:r>
    </w:p>
    <w:p w14:paraId="090DE43D" w14:textId="77777777" w:rsidR="004B4883" w:rsidRDefault="00B41173">
      <w:r>
        <w:t>Estos fondos se acaban de comenzar a reembolsar.</w:t>
      </w:r>
    </w:p>
    <w:p w14:paraId="74F99D19" w14:textId="77777777" w:rsidR="004B4883" w:rsidRDefault="00B41173">
      <w:r>
        <w:t>Habíamos hablando de por qué estos fondos eran importante.</w:t>
      </w:r>
    </w:p>
    <w:p w14:paraId="270CB6FA" w14:textId="77777777" w:rsidR="004B4883" w:rsidRDefault="00B41173">
      <w:r>
        <w:t>La realidad de lo que tenemos que enfrentar y que tenemos que ser control de estas agencias estatales podemos hablar en un número de manera diferente.</w:t>
      </w:r>
    </w:p>
    <w:p w14:paraId="2DD46811" w14:textId="77777777" w:rsidR="004B4883" w:rsidRDefault="00B41173">
      <w:r>
        <w:t>Lo que sería el retraso de fondos por tantos SILs, pagos, pagos lentos, pueden creer cierta inestabilidad para el SIL.</w:t>
      </w:r>
    </w:p>
    <w:p w14:paraId="48A92672" w14:textId="77777777" w:rsidR="004B4883" w:rsidRDefault="00B41173">
      <w:r>
        <w:t>Que sería consphaind r faind confiando.</w:t>
      </w:r>
    </w:p>
    <w:p w14:paraId="1C34CE30" w14:textId="77777777" w:rsidR="004B4883" w:rsidRDefault="00B41173">
      <w:r>
        <w:t>Hemos visto que eso se avuelto un problema si no usan los fondos federales.</w:t>
      </w:r>
    </w:p>
    <w:p w14:paraId="30D6DB0F" w14:textId="77777777" w:rsidR="004B4883" w:rsidRDefault="00B41173">
      <w:r>
        <w:t>Hablando realmente comoand comencé a trabajar con estas organizaciónones.</w:t>
      </w:r>
    </w:p>
    <w:p w14:paraId="3D9E9D33" w14:textId="77777777" w:rsidR="004B4883" w:rsidRDefault="00B41173">
      <w:r>
        <w:t>Estábamos en la parte roja.</w:t>
      </w:r>
    </w:p>
    <w:p w14:paraId="090183B3" w14:textId="77777777" w:rsidR="004B4883" w:rsidRDefault="00B41173">
      <w:r>
        <w:t>No teníamos los fondos.</w:t>
      </w:r>
    </w:p>
    <w:p w14:paraId="1A261929" w14:textId="77777777" w:rsidR="004B4883" w:rsidRDefault="00B41173">
      <w:r>
        <w:t>Eso fue algo que tuve que aprender bien temp temprano.</w:t>
      </w:r>
    </w:p>
    <w:p w14:paraId="429FF709" w14:textId="77777777" w:rsidR="004B4883" w:rsidRDefault="00B41173">
      <w:r>
        <w:t>Esto lo que permite poder crecer su organización porque tienen esos fondos restringidos para poder solicitar la subveng subvención.</w:t>
      </w:r>
    </w:p>
    <w:p w14:paraId="0DD4F681" w14:textId="77777777" w:rsidR="004B4883" w:rsidRDefault="00B41173">
      <w:r>
        <w:t>La diapositiva 19.</w:t>
      </w:r>
    </w:p>
    <w:p w14:paraId="3E016B5C" w14:textId="77777777" w:rsidR="004B4883" w:rsidRDefault="00B41173">
      <w:r>
        <w:t>Y unas parte del spact espectativa de las transaks que referidos en vez de cambios sistemáticos colaborativos.</w:t>
      </w:r>
    </w:p>
    <w:p w14:paraId="5780809D" w14:textId="77777777" w:rsidR="004B4883" w:rsidRDefault="00B41173">
      <w:r>
        <w:lastRenderedPageBreak/>
        <w:t>Me ha tomado algo de tiempo a mí para poder aceptar en realidad o asegurarme que estamos [inaudible] si las personas están en la pelea para ustedes para estos cambios de sistemáticos.</w:t>
      </w:r>
    </w:p>
    <w:p w14:paraId="77D2D8DB" w14:textId="77777777" w:rsidR="004B4883" w:rsidRDefault="00B41173">
      <w:r>
        <w:t>Y nosotros vamos a ayudarles con lo que están tratando de lograr.</w:t>
      </w:r>
    </w:p>
    <w:p w14:paraId="6ED630E2" w14:textId="77777777" w:rsidR="004B4883" w:rsidRDefault="00B41173">
      <w:r>
        <w:t>Si vamos a mejorar la vida de las personas en los SILs.</w:t>
      </w:r>
    </w:p>
    <w:p w14:paraId="2A1E3A86" w14:textId="77777777" w:rsidR="004B4883" w:rsidRDefault="00B41173">
      <w:r>
        <w:t>Vamos a ir ahora a la diapositiva 20.</w:t>
      </w:r>
    </w:p>
    <w:p w14:paraId="64B7FA39" w14:textId="77777777" w:rsidR="004B4883" w:rsidRDefault="00B41173">
      <w:r>
        <w:t>Y estaremos navegando la sostenibilidad obviamente uno de los servicios sería la abogacía.</w:t>
      </w:r>
    </w:p>
    <w:p w14:paraId="01074ADB" w14:textId="77777777" w:rsidR="004B4883" w:rsidRDefault="00B41173">
      <w:r>
        <w:t>Abogar entre estas organizaciónones.</w:t>
      </w:r>
    </w:p>
    <w:p w14:paraId="0FCF677D" w14:textId="77777777" w:rsidR="004B4883" w:rsidRDefault="00B41173">
      <w:r>
        <w:t>Tenemos que hacer y navegar mucho ya en la part gubernamental mientras trabaj trabajábamos en sistema como el gobierno de Carolina del Sur habría otro significativos.</w:t>
      </w:r>
    </w:p>
    <w:p w14:paraId="22C1D52B" w14:textId="77777777" w:rsidR="004B4883" w:rsidRDefault="00B41173">
      <w:r>
        <w:t>Puede hacer lenta.</w:t>
      </w:r>
    </w:p>
    <w:p w14:paraId="011B9ECA" w14:textId="77777777" w:rsidR="004B4883" w:rsidRDefault="00B41173">
      <w:r>
        <w:t>A veces vemos y tenemos que abogar nuestro DNC en el Carolina del Sur está el departamento de servicios humanos de Carolina del Sur.</w:t>
      </w:r>
    </w:p>
    <w:p w14:paraId="1BA76425" w14:textId="77777777" w:rsidR="004B4883" w:rsidRDefault="00B41173">
      <w:r>
        <w:t>Eso ser sería nuestra agencia de Carolina del Sur.</w:t>
      </w:r>
    </w:p>
    <w:p w14:paraId="7FB99679" w14:textId="77777777" w:rsidR="004B4883" w:rsidRDefault="00B41173">
      <w:r>
        <w:t>La falta de servicios comunitarios en Carolina del Sur tenemos que navegar esa relación con el DNC.</w:t>
      </w:r>
    </w:p>
    <w:p w14:paraId="0DCEA868" w14:textId="77777777" w:rsidR="004B4883" w:rsidRDefault="00B41173">
      <w:r>
        <w:t>Y por los fondos y asegurando un que lo estamos haciendo de una manera tactica para abogacía tenemos que tener una manera tactica.</w:t>
      </w:r>
    </w:p>
    <w:p w14:paraId="4C1F486A" w14:textId="77777777" w:rsidR="004B4883" w:rsidRDefault="00B41173">
      <w:r>
        <w:t>Para hacer la protesta y quizás no estaremos hablando nuevamente con ningúnuna de estas agencias estatales y tenemos que ser conscientes.</w:t>
      </w:r>
    </w:p>
    <w:p w14:paraId="6729F1E8" w14:textId="77777777" w:rsidR="004B4883" w:rsidRDefault="00B41173">
      <w:r>
        <w:t>Pero parte de la abogacía que hacemos sería el trabajo.</w:t>
      </w:r>
    </w:p>
    <w:p w14:paraId="4F324498" w14:textId="77777777" w:rsidR="004B4883" w:rsidRDefault="00B41173">
      <w:r>
        <w:t>Estas agencias sería designadas.</w:t>
      </w:r>
    </w:p>
    <w:p w14:paraId="567E69F6" w14:textId="77777777" w:rsidR="004B4883" w:rsidRDefault="00B41173">
      <w:r>
        <w:t>Nosotros trabajamos con la mano con estos.</w:t>
      </w:r>
    </w:p>
    <w:p w14:paraId="4AB3EE0A" w14:textId="77777777" w:rsidR="004B4883" w:rsidRDefault="00B41173">
      <w:r>
        <w:t>Signedimo transparente con los asuntos y estamos viendo.</w:t>
      </w:r>
    </w:p>
    <w:p w14:paraId="73BFD025" w14:textId="77777777" w:rsidR="004B4883" w:rsidRDefault="00B41173">
      <w:r>
        <w:t>Muchas personas han fallec cuestión de sistema yo dejo saber que estamos viendo en brechas y trat eaments de juntos buscar una solución con el problema de sistema de Medicaid.</w:t>
      </w:r>
    </w:p>
    <w:p w14:paraId="20A10578" w14:textId="77777777" w:rsidR="004B4883" w:rsidRDefault="00B41173">
      <w:r>
        <w:t>Y Medicaid para niños.</w:t>
      </w:r>
    </w:p>
    <w:p w14:paraId="5C5B80F8" w14:textId="77777777" w:rsidR="004B4883" w:rsidRDefault="00B41173">
      <w:r>
        <w:t>Habíamos tenido la última ronda.</w:t>
      </w:r>
    </w:p>
    <w:p w14:paraId="3D6F82A9" w14:textId="77777777" w:rsidR="004B4883" w:rsidRDefault="00B41173">
      <w:r>
        <w:lastRenderedPageBreak/>
        <w:t>Tuvimos el gran cambio de Medicaid en el Carolina del Sur está tratando de seguir el gobierno federal y hacer los mismos cambios en Carolina del Sur.</w:t>
      </w:r>
    </w:p>
    <w:p w14:paraId="79F45BB1" w14:textId="77777777" w:rsidR="004B4883" w:rsidRDefault="00B41173">
      <w:r>
        <w:t>Pero ya que tenemos esa relación con el DC.</w:t>
      </w:r>
    </w:p>
    <w:p w14:paraId="2E6E8E63" w14:textId="77777777" w:rsidR="004B4883" w:rsidRDefault="00B41173">
      <w:r>
        <w:t>Saben que está pasando ahora mismo.</w:t>
      </w:r>
    </w:p>
    <w:p w14:paraId="625933D2" w14:textId="77777777" w:rsidR="004B4883" w:rsidRDefault="00B41173">
      <w:r>
        <w:t>Y ellos de oach hecho por primera vez va a haber incremento.</w:t>
      </w:r>
    </w:p>
    <w:p w14:paraId="1325E08D" w14:textId="77777777" w:rsidR="004B4883" w:rsidRDefault="00B41173">
      <w:r>
        <w:t>Para servicios comunitarios eso puede funciónonar.</w:t>
      </w:r>
    </w:p>
    <w:p w14:paraId="2F242BDC" w14:textId="77777777" w:rsidR="004B4883" w:rsidRDefault="00B41173">
      <w:r>
        <w:t>Solamente tiene que poder hacer lo correctamente.</w:t>
      </w:r>
    </w:p>
    <w:p w14:paraId="19B357F6" w14:textId="77777777" w:rsidR="004B4883" w:rsidRDefault="00B41173">
      <w:r>
        <w:t>Estamos cerca de un millón de dólares con el servicio de transición de empleo.</w:t>
      </w:r>
    </w:p>
    <w:p w14:paraId="10424552" w14:textId="77777777" w:rsidR="004B4883" w:rsidRDefault="00B41173">
      <w:r>
        <w:t>Con ese contrato nosotros a veces tenemos que -- barreras con la educación.</w:t>
      </w:r>
    </w:p>
    <w:p w14:paraId="596A232B" w14:textId="77777777" w:rsidR="004B4883" w:rsidRDefault="00B41173">
      <w:r>
        <w:t>Si el condumidor quizás no estaría recibiendo servicios uno se está sirviendo personas con incapacidades significativas, o los compañeros para poder continuar brindándole servicio a las personas pero también para poder hacer una diferencia esa agencia querían que no cambiarían su misión por nosotros.</w:t>
      </w:r>
    </w:p>
    <w:p w14:paraId="57D4144B" w14:textId="77777777" w:rsidR="004B4883" w:rsidRDefault="00B41173">
      <w:r>
        <w:t>Si no que sería algo diferente.</w:t>
      </w:r>
    </w:p>
    <w:p w14:paraId="7E1B5BC2" w14:textId="77777777" w:rsidR="004B4883" w:rsidRDefault="00B41173">
      <w:r>
        <w:t>Estarían etilzando eutilizando diferente.</w:t>
      </w:r>
    </w:p>
    <w:p w14:paraId="7A9C0B7F" w14:textId="77777777" w:rsidR="004B4883" w:rsidRDefault="00B41173">
      <w:r>
        <w:t>Es un respeto mutuo y es importante para nosotros y también para la sosten sostenibilidad para la organización pero hay riesgo.</w:t>
      </w:r>
    </w:p>
    <w:p w14:paraId="4F72083D" w14:textId="77777777" w:rsidR="004B4883" w:rsidRDefault="00B41173">
      <w:r>
        <w:t>Nombrar entre el impacto de la relación y encontrar la oportunidad pero tiene que hacer algo al respecto.</w:t>
      </w:r>
    </w:p>
    <w:p w14:paraId="64B2E4CC" w14:textId="77777777" w:rsidR="004B4883" w:rsidRDefault="00B41173">
      <w:r>
        <w:t>Es lo que está dispuesto de hacer estas O' organizaciones y tenemos que si son cómodas con esta parte y estaría trabajando con ellos para poder ayudarlos y trabajar en una misión que nosotros creemos y estaremos ya continuando en ese ángulo.</w:t>
      </w:r>
    </w:p>
    <w:p w14:paraId="3E0061BE" w14:textId="77777777" w:rsidR="004B4883" w:rsidRDefault="00B41173">
      <w:r>
        <w:t>Nosotros continuamos lo que llamamos ablism uualmente hay tanta confianza ahí.</w:t>
      </w:r>
    </w:p>
    <w:p w14:paraId="2FB284A0" w14:textId="77777777" w:rsidR="004B4883" w:rsidRDefault="00B41173">
      <w:r>
        <w:t>No hay la tensión incómoda.</w:t>
      </w:r>
    </w:p>
    <w:p w14:paraId="6E96B65A" w14:textId="77777777" w:rsidR="004B4883" w:rsidRDefault="00B41173">
      <w:r>
        <w:t>Pero cuando hay nuevas agencias estatales podría abrir a la agencia estatal que tendrían el miedo.</w:t>
      </w:r>
    </w:p>
    <w:p w14:paraId="26DE9ECC" w14:textId="77777777" w:rsidR="004B4883" w:rsidRDefault="00B41173">
      <w:r>
        <w:t>No querrán ser agencia que no está haciendo el cambio para la comunidad.</w:t>
      </w:r>
    </w:p>
    <w:p w14:paraId="457EB494" w14:textId="77777777" w:rsidR="004B4883" w:rsidRDefault="00B41173">
      <w:r>
        <w:t>Y balanceando la sostenibilidad con abogacía.</w:t>
      </w:r>
    </w:p>
    <w:p w14:paraId="28E25BA6" w14:textId="77777777" w:rsidR="004B4883" w:rsidRDefault="00B41173">
      <w:r>
        <w:t>Y con los cambios -- algo de lo con nuestro organización está muy orgullosa en Carolina del Sur.</w:t>
      </w:r>
    </w:p>
    <w:p w14:paraId="0EE2A688" w14:textId="77777777" w:rsidR="004B4883" w:rsidRDefault="00B41173">
      <w:r>
        <w:lastRenderedPageBreak/>
        <w:t>Y para las agencias de Medicare y para las agencias de empleo, de empleo de Carolina del Sur nosotros trabajamos con muchos con todos y lo traemos hacia la mesa porque hab ía en práctica horrible en nuestro estado y no estamos -- que nadie lo hagan estos cambios en salarios.</w:t>
      </w:r>
    </w:p>
    <w:p w14:paraId="281B5DDD" w14:textId="77777777" w:rsidR="004B4883" w:rsidRDefault="00B41173">
      <w:r>
        <w:t>Por eso trabajamos en la construcción de relación.</w:t>
      </w:r>
    </w:p>
    <w:p w14:paraId="3CECB270" w14:textId="77777777" w:rsidR="004B4883" w:rsidRDefault="00B41173">
      <w:r>
        <w:t>Cuando tomamos ese tiempo para construir la relación.</w:t>
      </w:r>
    </w:p>
    <w:p w14:paraId="5F8653A5" w14:textId="77777777" w:rsidR="004B4883" w:rsidRDefault="00B41173">
      <w:r>
        <w:t>Diapositiva 21.</w:t>
      </w:r>
    </w:p>
    <w:p w14:paraId="3F43BC6E" w14:textId="77777777" w:rsidR="004B4883" w:rsidRDefault="00B41173">
      <w:r>
        <w:t>Este poder de incapacidad aquí es donde todos tenemos que trabajarlo.</w:t>
      </w:r>
    </w:p>
    <w:p w14:paraId="24A0997C" w14:textId="77777777" w:rsidR="004B4883" w:rsidRDefault="00B41173">
      <w:r>
        <w:t>Muchos compañeros subestima lo que sería la experiencia comunitaria.</w:t>
      </w:r>
    </w:p>
    <w:p w14:paraId="402CF580" w14:textId="77777777" w:rsidR="004B4883" w:rsidRDefault="00B41173">
      <w:r>
        <w:t>Esto limite confianza.</w:t>
      </w:r>
    </w:p>
    <w:p w14:paraId="17D305F8" w14:textId="77777777" w:rsidR="004B4883" w:rsidRDefault="00B41173">
      <w:r>
        <w:t>Es lo que enfrentamos cuando había venido a la organización nadie sabía que era algo de la capacidad y estábamos alistando otras organizaciónones y proveedores de servicios.</w:t>
      </w:r>
    </w:p>
    <w:p w14:paraId="1598C61A" w14:textId="77777777" w:rsidR="004B4883" w:rsidRDefault="00B41173">
      <w:r>
        <w:t>No organizaciónones de abogacía.</w:t>
      </w:r>
    </w:p>
    <w:p w14:paraId="20F4801B" w14:textId="77777777" w:rsidR="004B4883" w:rsidRDefault="00B41173">
      <w:r>
        <w:t>O asesoría.</w:t>
      </w:r>
    </w:p>
    <w:p w14:paraId="5EE3492C" w14:textId="77777777" w:rsidR="004B4883" w:rsidRDefault="00B41173">
      <w:r>
        <w:t>Tendremos que ser más innovadores y más maduros.</w:t>
      </w:r>
    </w:p>
    <w:p w14:paraId="507B141F" w14:textId="77777777" w:rsidR="004B4883" w:rsidRDefault="00B41173">
      <w:r>
        <w:t>Y tenemos que traer estos servicios centrales.</w:t>
      </w:r>
    </w:p>
    <w:p w14:paraId="1CBFBBC3" w14:textId="77777777" w:rsidR="004B4883" w:rsidRDefault="00B41173">
      <w:r>
        <w:t>Y será más orgánico para la comunidad.</w:t>
      </w:r>
    </w:p>
    <w:p w14:paraId="0292DACC" w14:textId="77777777" w:rsidR="004B4883" w:rsidRDefault="00B41173">
      <w:r>
        <w:t>Parte de la reflexión que habíamos tenido sería continuar planificando los recursos porque tendramos que permanecer en movimiento según vamos creciendo.</w:t>
      </w:r>
    </w:p>
    <w:p w14:paraId="56E06500" w14:textId="77777777" w:rsidR="004B4883" w:rsidRDefault="00B41173">
      <w:r>
        <w:t>Lo que necesita más claridad antes de continuar.</w:t>
      </w:r>
    </w:p>
    <w:p w14:paraId="798FA73C" w14:textId="77777777" w:rsidR="004B4883" w:rsidRDefault="00B41173">
      <w:r>
        <w:t>Eso sería las pregunta.</w:t>
      </w:r>
    </w:p>
    <w:p w14:paraId="170FB1C5" w14:textId="77777777" w:rsidR="004B4883" w:rsidRDefault="00B41173">
      <w:r>
        <w:t>A veces tenemos recursos en plan que no va a funciónonar ahora mismo.</w:t>
      </w:r>
    </w:p>
    <w:p w14:paraId="5023878A" w14:textId="77777777" w:rsidR="004B4883" w:rsidRDefault="00B41173">
      <w:r>
        <w:t>Que no serían en el ambiente político.</w:t>
      </w:r>
    </w:p>
    <w:p w14:paraId="7E13A314" w14:textId="77777777" w:rsidR="004B4883" w:rsidRDefault="00B41173">
      <w:r>
        <w:t>Tenemos que hacer ajustes a ese plan.</w:t>
      </w:r>
    </w:p>
    <w:p w14:paraId="52643053" w14:textId="77777777" w:rsidR="004B4883" w:rsidRDefault="00B41173">
      <w:r>
        <w:t>Tendramos que ir, vamos a ir a la diapositiva 22.</w:t>
      </w:r>
    </w:p>
    <w:p w14:paraId="689EB5F1" w14:textId="77777777" w:rsidR="004B4883" w:rsidRDefault="00B41173">
      <w:pPr>
        <w:pStyle w:val="Heading1"/>
      </w:pPr>
      <w:r>
        <w:lastRenderedPageBreak/>
        <w:t>Crecimiento Organizacional</w:t>
      </w:r>
    </w:p>
    <w:p w14:paraId="2BB6DDEE" w14:textId="77777777" w:rsidR="004B4883" w:rsidRDefault="00B41173">
      <w:r>
        <w:t>En nuestra organización estuvo establecido en 1994 el primer cent primer centro de vivienda independiente en Carolina del Sur es siempre financieramente no estaría en buena salud.</w:t>
      </w:r>
    </w:p>
    <w:p w14:paraId="216CC536" w14:textId="77777777" w:rsidR="004B4883" w:rsidRDefault="00B41173">
      <w:r>
        <w:t>La encapacidad no estaba ahí.</w:t>
      </w:r>
    </w:p>
    <w:p w14:paraId="64D6629C" w14:textId="77777777" w:rsidR="004B4883" w:rsidRDefault="00B41173">
      <w:r>
        <w:t>Y los fondos de restrigción restrings y la confianza en la subvención federal que era sobre se trataba en realidad.</w:t>
      </w:r>
    </w:p>
    <w:p w14:paraId="0F91EB24" w14:textId="77777777" w:rsidR="004B4883" w:rsidRDefault="00B41173">
      <w:r>
        <w:t>Lo más importante es que había un bajo impacto.</w:t>
      </w:r>
    </w:p>
    <w:p w14:paraId="6BF69034" w14:textId="77777777" w:rsidR="004B4883" w:rsidRDefault="00B41173">
      <w:r>
        <w:t>No era nada na realidad que estábamos cambiando con nuestra comunidad.</w:t>
      </w:r>
    </w:p>
    <w:p w14:paraId="6D0709B5" w14:textId="77777777" w:rsidR="004B4883" w:rsidRDefault="00B41173">
      <w:r>
        <w:t>Incluso viendo uno de los perfiles de los individuos a los cuales le prestamos servicios las metas eran, no eran significativas y no se estaban estableciendo sus propias metas y tuvimos que iniciar nuevamente las organizaciones y la organización antes de venir en el 2010 no estaba bien divers irvegado diversíficado y para diversifica diversificar los fondos necesita estructura.</w:t>
      </w:r>
    </w:p>
    <w:p w14:paraId="420C5778" w14:textId="77777777" w:rsidR="004B4883" w:rsidRDefault="00B41173">
      <w:r>
        <w:t>Tenían que amplificar el impacto y con la salud física se expande y las personas con discapacidad para que ser lo más independiente posible.</w:t>
      </w:r>
    </w:p>
    <w:p w14:paraId="6E847407" w14:textId="77777777" w:rsidR="004B4883" w:rsidRDefault="00B41173">
      <w:r>
        <w:t>Qué quiere decir eso?</w:t>
      </w:r>
    </w:p>
    <w:p w14:paraId="6A641DC9" w14:textId="77777777" w:rsidR="004B4883" w:rsidRDefault="00B41173">
      <w:r>
        <w:t>Lo que hace el SIL.</w:t>
      </w:r>
    </w:p>
    <w:p w14:paraId="1DD7A1EE" w14:textId="77777777" w:rsidR="004B4883" w:rsidRDefault="00B41173">
      <w:r>
        <w:t>No no habla de nuestro sistema y las cambios comunitarios y los individuos a los cuáles prestamos servicio.</w:t>
      </w:r>
    </w:p>
    <w:p w14:paraId="746BEF3D" w14:textId="77777777" w:rsidR="004B4883" w:rsidRDefault="00B41173">
      <w:r>
        <w:t>Es mucho más de lo cual.</w:t>
      </w:r>
    </w:p>
    <w:p w14:paraId="6BC5F7CF" w14:textId="77777777" w:rsidR="004B4883" w:rsidRDefault="00B41173">
      <w:r>
        <w:t>Tenemos que revisar nuestroamente nuestra misión y visión según vamos creciendo.</w:t>
      </w:r>
    </w:p>
    <w:p w14:paraId="24C0BBC2" w14:textId="77777777" w:rsidR="004B4883" w:rsidRDefault="00B41173">
      <w:r>
        <w:t>Pero tuv I am que tuvimos que reenviar y todo que hacemos dentro de la organización.</w:t>
      </w:r>
    </w:p>
    <w:p w14:paraId="10EFC930" w14:textId="77777777" w:rsidR="004B4883" w:rsidRDefault="00B41173">
      <w:r>
        <w:t>A mí me alegra dec decir que en Carolina del Sur estamos dentro de los servicios centrales y no hacemos ningúnuna, los cambios de misiónones para crear un cambio y tenemos metas grandes.</w:t>
      </w:r>
    </w:p>
    <w:p w14:paraId="5A05E365" w14:textId="77777777" w:rsidR="004B4883" w:rsidRDefault="00B41173">
      <w:r>
        <w:t>Y hay mucha necesidad ahí y las personas con incapacidad en Carolina del Sur están dependiendo en nosotros.</w:t>
      </w:r>
    </w:p>
    <w:p w14:paraId="2EF172EF" w14:textId="77777777" w:rsidR="004B4883" w:rsidRDefault="00B41173">
      <w:r>
        <w:t>Sería una organizaciónones para poder mostrar la comunidad que las personas con discapacidad pueden hacer.</w:t>
      </w:r>
    </w:p>
    <w:p w14:paraId="7FD2FB1C" w14:textId="77777777" w:rsidR="004B4883" w:rsidRDefault="00B41173">
      <w:r>
        <w:t>Vamos aVamos a la diapositiva 23.</w:t>
      </w:r>
    </w:p>
    <w:p w14:paraId="5BF85B87" w14:textId="77777777" w:rsidR="004B4883" w:rsidRDefault="00B41173">
      <w:r>
        <w:t>Cet cet gracias women berly, Kimberly.</w:t>
      </w:r>
    </w:p>
    <w:p w14:paraId="61DC3BB5" w14:textId="77777777" w:rsidR="004B4883" w:rsidRDefault="00B41173">
      <w:r>
        <w:lastRenderedPageBreak/>
        <w:t>Nos queda 15 minutos.</w:t>
      </w:r>
    </w:p>
    <w:p w14:paraId="58EB7DA6" w14:textId="77777777" w:rsidR="004B4883" w:rsidRDefault="00B41173">
      <w:r>
        <w:t>QuizásBERLY TISSOT: Voy a hablar muy muy rápido.</w:t>
      </w:r>
    </w:p>
    <w:p w14:paraId="5D401C8C" w14:textId="77777777" w:rsidR="004B4883" w:rsidRDefault="00B41173">
      <w:r>
        <w:t>Tuvimos que iniciar desde el principio tenemos que continuar con el consejo que trabaja con nosotros.</w:t>
      </w:r>
    </w:p>
    <w:p w14:paraId="7F941F7E" w14:textId="77777777" w:rsidR="004B4883" w:rsidRDefault="00B41173">
      <w:r>
        <w:t>If you haveimos una marca y con un cambio de nombre.</w:t>
      </w:r>
    </w:p>
    <w:p w14:paraId="70890F8B" w14:textId="77777777" w:rsidR="004B4883" w:rsidRDefault="00B41173">
      <w:r>
        <w:t>Y se cambió la marca.</w:t>
      </w:r>
    </w:p>
    <w:p w14:paraId="5526418E" w14:textId="77777777" w:rsidR="004B4883" w:rsidRDefault="00B41173">
      <w:r>
        <w:t>De la manera con nosotros los recomendamos siempre superamos las expectativas.</w:t>
      </w:r>
    </w:p>
    <w:p w14:paraId="37ADBA61" w14:textId="77777777" w:rsidR="004B4883" w:rsidRDefault="00B41173">
      <w:r>
        <w:t>No sería en referencia qué podemos ayudarle hacer.</w:t>
      </w:r>
    </w:p>
    <w:p w14:paraId="1ED3F441" w14:textId="77777777" w:rsidR="004B4883" w:rsidRDefault="00B41173">
      <w:r>
        <w:t>Es un punto importante también y que podrían ofrecer la pericia de parte de impacto de Carolina del Sur.</w:t>
      </w:r>
    </w:p>
    <w:p w14:paraId="444E335C" w14:textId="77777777" w:rsidR="004B4883" w:rsidRDefault="00B41173">
      <w:r>
        <w:t>Y los líderes estatales en 20 -- la diapositiva 2024.</w:t>
      </w:r>
    </w:p>
    <w:p w14:paraId="071530C9" w14:textId="77777777" w:rsidR="004B4883" w:rsidRDefault="00B41173">
      <w:r>
        <w:t>Uno de estos servicios centrales de IL.</w:t>
      </w:r>
    </w:p>
    <w:p w14:paraId="52FD32C2" w14:textId="77777777" w:rsidR="004B4883" w:rsidRDefault="00B41173">
      <w:r>
        <w:t>Cuando las personas nos llama estamos escuchando la misma queja.</w:t>
      </w:r>
    </w:p>
    <w:p w14:paraId="56912EF7" w14:textId="77777777" w:rsidR="004B4883" w:rsidRDefault="00B41173">
      <w:r>
        <w:t>Referencia a las barreras de la comunidad.</w:t>
      </w:r>
    </w:p>
    <w:p w14:paraId="1AC3A88D" w14:textId="77777777" w:rsidR="004B4883" w:rsidRDefault="00B41173">
      <w:r>
        <w:t>Ahora mismo estamos recibiendo una tonelada de llamadas y estos servicios comun comunitarios con el tema de perderlos.</w:t>
      </w:r>
    </w:p>
    <w:p w14:paraId="5F25F580" w14:textId="77777777" w:rsidR="004B4883" w:rsidRDefault="00B41173">
      <w:r>
        <w:t>Son dos puntos que traemos a tratar de para crear cambio y también escuchando no hacemos nada sin en realidad nuestro consumidor si no es dirigido para nuestro consumidor no lo haceme. hac hacemos.</w:t>
      </w:r>
    </w:p>
    <w:p w14:paraId="4E4805E4" w14:textId="77777777" w:rsidR="004B4883" w:rsidRDefault="00B41173">
      <w:r>
        <w:t>Lo que la evaluación de accesibilidad y el acceso la revisión de plitia procedimiento y que las organizaciónones estén listas para contratar a las personas y darle la bienvenida a negocio.</w:t>
      </w:r>
    </w:p>
    <w:p w14:paraId="3C16E63A" w14:textId="77777777" w:rsidR="004B4883" w:rsidRDefault="00B41173">
      <w:r>
        <w:t>Hacemos evaluación y también para ver la recomendación para y la modificaciones que se necesitan y las acomodaciones y hacemos muchos entrenamientos profesionales.</w:t>
      </w:r>
    </w:p>
    <w:p w14:paraId="558B1636" w14:textId="77777777" w:rsidR="004B4883" w:rsidRDefault="00B41173">
      <w:r>
        <w:t>Vamos de vuelta con el DC y el para hacer los un entrenamientos.</w:t>
      </w:r>
    </w:p>
    <w:p w14:paraId="53DFF8F9" w14:textId="77777777" w:rsidR="004B4883" w:rsidRDefault="00B41173">
      <w:r>
        <w:t>Vamos ahora a la diapositiva 25.</w:t>
      </w:r>
    </w:p>
    <w:p w14:paraId="525F3CC0" w14:textId="77777777" w:rsidR="004B4883" w:rsidRDefault="00B41173">
      <w:r>
        <w:t>Y creando una programación enfocándose y entendiendo la capacidad y la evaluación como tal.</w:t>
      </w:r>
    </w:p>
    <w:p w14:paraId="2AAA78DA" w14:textId="77777777" w:rsidR="004B4883" w:rsidRDefault="00B41173">
      <w:r>
        <w:t>Nosotros creamos recursos.</w:t>
      </w:r>
    </w:p>
    <w:p w14:paraId="68EB1AA2" w14:textId="77777777" w:rsidR="004B4883" w:rsidRDefault="00B41173">
      <w:r>
        <w:t>Cualquier cosa que creamos es accesible.</w:t>
      </w:r>
    </w:p>
    <w:p w14:paraId="1E69B815" w14:textId="77777777" w:rsidR="004B4883" w:rsidRDefault="00B41173">
      <w:r>
        <w:lastRenderedPageBreak/>
        <w:t>Y pero leadership que sería lo que sería el pipe line a lo línea para emplear y ayudar nuestros jóvenes cómo asesores fuertes y trabajar con nosotros lo de -- tenemos un plan plan de los CILs.</w:t>
      </w:r>
    </w:p>
    <w:p w14:paraId="58C7C170" w14:textId="77777777" w:rsidR="004B4883" w:rsidRDefault="00B41173">
      <w:r>
        <w:t>Y el para construirlo como estrategia y experiencia.</w:t>
      </w:r>
    </w:p>
    <w:p w14:paraId="0254CE4B" w14:textId="77777777" w:rsidR="004B4883" w:rsidRDefault="00B41173">
      <w:r>
        <w:t>Sería parte de grupo de liderse liderazgo.</w:t>
      </w:r>
    </w:p>
    <w:p w14:paraId="0A7AB63E" w14:textId="77777777" w:rsidR="004B4883" w:rsidRDefault="00B41173">
      <w:r>
        <w:t>Vamos a ir al 26.</w:t>
      </w:r>
    </w:p>
    <w:p w14:paraId="20AE1556" w14:textId="77777777" w:rsidR="004B4883" w:rsidRDefault="00B41173">
      <w:r>
        <w:t>Uno de las primeras sería la subvención de consejo habíamos comenzado con todos los programas y nosotros como CIL, en todo el país porque nosotros servimos a miles de personas con discapacidad.</w:t>
      </w:r>
    </w:p>
    <w:p w14:paraId="5175402D" w14:textId="77777777" w:rsidR="004B4883" w:rsidRDefault="00B41173">
      <w:r>
        <w:t>Nosotros utilizamos ya lo que sería el foro para nosotros con las organizaciones que trab angan a la mano con nosotros o u otros organizaciónones hermanas.</w:t>
      </w:r>
    </w:p>
    <w:p w14:paraId="1A2BD4EE" w14:textId="77777777" w:rsidR="004B4883" w:rsidRDefault="00B41173">
      <w:r>
        <w:t>Nosotros creamos [inaudible] sería parte de la organización.</w:t>
      </w:r>
    </w:p>
    <w:p w14:paraId="1E9470B3" w14:textId="77777777" w:rsidR="004B4883" w:rsidRDefault="00B41173">
      <w:r>
        <w:t>Nosotros también hicimos nuestra programa de movilidad.</w:t>
      </w:r>
    </w:p>
    <w:p w14:paraId="3FB44C62" w14:textId="77777777" w:rsidR="004B4883" w:rsidRDefault="00B41173">
      <w:r>
        <w:t>Trabajamos con transit público.</w:t>
      </w:r>
    </w:p>
    <w:p w14:paraId="02E31EC7" w14:textId="77777777" w:rsidR="004B4883" w:rsidRDefault="00B41173">
      <w:r>
        <w:t>Para poder proveer y cómo navegar el sistema.</w:t>
      </w:r>
    </w:p>
    <w:p w14:paraId="5E205D3B" w14:textId="77777777" w:rsidR="004B4883" w:rsidRDefault="00B41173">
      <w:r>
        <w:t>Esos eran dos de las primeras subvenciónones principales.</w:t>
      </w:r>
    </w:p>
    <w:p w14:paraId="1AA58F55" w14:textId="77777777" w:rsidR="004B4883" w:rsidRDefault="00B41173">
      <w:r>
        <w:t>Es la foundation y no tenemos una relación fuerte vamos a la diapositiva 27.</w:t>
      </w:r>
    </w:p>
    <w:p w14:paraId="5C7873C3" w14:textId="77777777" w:rsidR="004B4883" w:rsidRDefault="00B41173">
      <w:r>
        <w:t>Tuvimos una relación con la comisión.</w:t>
      </w:r>
    </w:p>
    <w:p w14:paraId="13FDEF69" w14:textId="77777777" w:rsidR="004B4883" w:rsidRDefault="00B41173">
      <w:r>
        <w:t>Eso entre todos las organizaciónones más de 60.</w:t>
      </w:r>
    </w:p>
    <w:p w14:paraId="0FD65462" w14:textId="77777777" w:rsidR="004B4883" w:rsidRDefault="00B41173">
      <w:r>
        <w:t>Nosotros hacemos series de webinars según las organizaciónones.</w:t>
      </w:r>
    </w:p>
    <w:p w14:paraId="2C6FE0C9" w14:textId="77777777" w:rsidR="004B4883" w:rsidRDefault="00B41173">
      <w:r>
        <w:t>No todos los programas en Carolina del Sur.</w:t>
      </w:r>
    </w:p>
    <w:p w14:paraId="5B0F46CD" w14:textId="77777777" w:rsidR="004B4883" w:rsidRDefault="00B41173">
      <w:r>
        <w:t>Y por la diapositiva 28.</w:t>
      </w:r>
    </w:p>
    <w:p w14:paraId="741C00C2" w14:textId="77777777" w:rsidR="004B4883" w:rsidRDefault="00B41173">
      <w:r>
        <w:t>Vamos a ir ahora con la siguiente diapositiva.</w:t>
      </w:r>
    </w:p>
    <w:p w14:paraId="71560DF5" w14:textId="77777777" w:rsidR="004B4883" w:rsidRDefault="00B41173">
      <w:r>
        <w:t>Queremos asegurarnos de tener la toma de decisión, ahí es donde sabremos en que somos buenos.</w:t>
      </w:r>
    </w:p>
    <w:p w14:paraId="0D625709" w14:textId="77777777" w:rsidR="004B4883" w:rsidRDefault="00B41173">
      <w:r>
        <w:t>Tienen que liderar con esa.</w:t>
      </w:r>
    </w:p>
    <w:p w14:paraId="10B19E75" w14:textId="77777777" w:rsidR="004B4883" w:rsidRDefault="00B41173">
      <w:r>
        <w:t>La discriminación que pudo haber de niño o niña.</w:t>
      </w:r>
    </w:p>
    <w:p w14:paraId="0918AC19" w14:textId="77777777" w:rsidR="004B4883" w:rsidRDefault="00B41173">
      <w:r>
        <w:t>Tiene que construir su marca.</w:t>
      </w:r>
    </w:p>
    <w:p w14:paraId="128EFA66" w14:textId="77777777" w:rsidR="004B4883" w:rsidRDefault="00B41173">
      <w:r>
        <w:t>Tiene que acerca que sean expertos.</w:t>
      </w:r>
    </w:p>
    <w:p w14:paraId="1228E131" w14:textId="77777777" w:rsidR="004B4883" w:rsidRDefault="00B41173">
      <w:r>
        <w:lastRenderedPageBreak/>
        <w:t>Todos en diferentes ya es diferentes áreas.</w:t>
      </w:r>
    </w:p>
    <w:p w14:paraId="4553C8E0" w14:textId="77777777" w:rsidR="004B4883" w:rsidRDefault="00B41173">
      <w:r>
        <w:t>Apoyándolos con en niveles nacionales y asegurarse de que el personal esté compensando muy bien y que tenga jubilación, porque no queremos que la manera cómo le pagamos a las personas y programas de desarrollo drik dirigidos para la comunidad y un modelo den tregua de servicios fuerte y una continua va a haber una oficial que que sea fuerte y la obligación para quienes por quienes suple los fondos.</w:t>
      </w:r>
    </w:p>
    <w:p w14:paraId="3A4E1C6E" w14:textId="77777777" w:rsidR="004B4883" w:rsidRDefault="00B41173">
      <w:r>
        <w:t>Tendríamos 34 subvenciónones de hecho.</w:t>
      </w:r>
    </w:p>
    <w:p w14:paraId="61A586BE" w14:textId="77777777" w:rsidR="004B4883" w:rsidRDefault="00B41173">
      <w:r>
        <w:t>Vamos a quick books y vemos la parte financieraa y eso nos ayuda a nosotros administrar la parte financiera.</w:t>
      </w:r>
    </w:p>
    <w:p w14:paraId="262F1E9C" w14:textId="77777777" w:rsidR="004B4883" w:rsidRDefault="00B41173">
      <w:r>
        <w:t>Nos ayuda administrar los componentes financieros y los diferentes subvengs que tenemos.</w:t>
      </w:r>
    </w:p>
    <w:p w14:paraId="78B61C9D" w14:textId="77777777" w:rsidR="004B4883" w:rsidRDefault="00B41173">
      <w:r>
        <w:t>La diapositiva 29.</w:t>
      </w:r>
    </w:p>
    <w:p w14:paraId="7D7499FC" w14:textId="77777777" w:rsidR="004B4883" w:rsidRDefault="00B41173">
      <w:r>
        <w:t>Nuevamente la reserva de diversificación.</w:t>
      </w:r>
    </w:p>
    <w:p w14:paraId="7D444890" w14:textId="77777777" w:rsidR="004B4883" w:rsidRDefault="00B41173">
      <w:r>
        <w:t>Y la reserva de dinero.</w:t>
      </w:r>
    </w:p>
    <w:p w14:paraId="3FA0AB6E" w14:textId="77777777" w:rsidR="004B4883" w:rsidRDefault="00B41173">
      <w:r>
        <w:t>Y los fondos de restrigción.</w:t>
      </w:r>
    </w:p>
    <w:p w14:paraId="11DD8330" w14:textId="77777777" w:rsidR="004B4883" w:rsidRDefault="00B41173">
      <w:r>
        <w:t>Para poder continuar creciendo y por la subvención.</w:t>
      </w:r>
    </w:p>
    <w:p w14:paraId="79FE9550" w14:textId="77777777" w:rsidR="004B4883" w:rsidRDefault="00B41173">
      <w:r>
        <w:t>Sería 120.000 dólares cada dos semanas.</w:t>
      </w:r>
    </w:p>
    <w:p w14:paraId="36B305D7" w14:textId="77777777" w:rsidR="004B4883" w:rsidRDefault="00B41173">
      <w:r>
        <w:t>Pensando todo el dinero que ponemos utilizamos esa reserva para poder recibir un reembolso.</w:t>
      </w:r>
    </w:p>
    <w:p w14:paraId="0CF3D29D" w14:textId="77777777" w:rsidR="004B4883" w:rsidRDefault="00B41173">
      <w:r>
        <w:t>Y ya cultura y alineación del futuro.</w:t>
      </w:r>
    </w:p>
    <w:p w14:paraId="00E38BC8" w14:textId="77777777" w:rsidR="004B4883" w:rsidRDefault="00B41173">
      <w:r>
        <w:t>La siguiente, 30.</w:t>
      </w:r>
    </w:p>
    <w:p w14:paraId="34763AB8" w14:textId="77777777" w:rsidR="004B4883" w:rsidRDefault="00B41173">
      <w:r>
        <w:t>Lo que estamos haciendo ahora es tratar de reducir la subvención y la organización que sería un poquito más sostenida.</w:t>
      </w:r>
    </w:p>
    <w:p w14:paraId="36B76E20" w14:textId="77777777" w:rsidR="004B4883" w:rsidRDefault="00B41173">
      <w:r>
        <w:t>Sería un plan más grande para el futuro.</w:t>
      </w:r>
    </w:p>
    <w:p w14:paraId="36089954" w14:textId="77777777" w:rsidR="004B4883" w:rsidRDefault="00B41173">
      <w:r>
        <w:t>Y generar ingreso para no tener, para no tener tanta restrigción restrigción restricken restricken shown.</w:t>
      </w:r>
    </w:p>
    <w:p w14:paraId="02EF09A1" w14:textId="77777777" w:rsidR="004B4883" w:rsidRDefault="00B41173">
      <w:r>
        <w:t>Zupten que tenemos tantas diapositivas.</w:t>
      </w:r>
    </w:p>
    <w:p w14:paraId="27511E5C" w14:textId="77777777" w:rsidR="004B4883" w:rsidRDefault="00B41173">
      <w:r>
        <w:t>Ya tenemos que tratamos de tener un número de elemento proas le voy a mostrar lo que estamos haciendo.</w:t>
      </w:r>
    </w:p>
    <w:p w14:paraId="6E068417" w14:textId="77777777" w:rsidR="004B4883" w:rsidRDefault="00B41173">
      <w:r>
        <w:t>Creo que la diapositiva 32 me parece.</w:t>
      </w:r>
    </w:p>
    <w:p w14:paraId="0B0660F1" w14:textId="77777777" w:rsidR="004B4883" w:rsidRDefault="00B41173">
      <w:r>
        <w:lastRenderedPageBreak/>
        <w:t>Sí, ahí está.</w:t>
      </w:r>
    </w:p>
    <w:p w14:paraId="0EC1B753" w14:textId="77777777" w:rsidR="004B4883" w:rsidRDefault="00B41173">
      <w:r>
        <w:t>Estaremos viendo ya como una campaña en el Carolina del Sur lo cual estaría en la smución substitution normal.</w:t>
      </w:r>
    </w:p>
    <w:p w14:paraId="38A2A05A" w14:textId="77777777" w:rsidR="004B4883" w:rsidRDefault="00B41173">
      <w:r>
        <w:t>Empezó a desarrollarse comunitario muy bueno ahora.</w:t>
      </w:r>
    </w:p>
    <w:p w14:paraId="51EE752F" w14:textId="77777777" w:rsidR="004B4883" w:rsidRDefault="00B41173">
      <w:r>
        <w:t>La propiedad pero ha ignorado el historial.</w:t>
      </w:r>
    </w:p>
    <w:p w14:paraId="441279C5" w14:textId="77777777" w:rsidR="004B4883" w:rsidRDefault="00B41173">
      <w:r>
        <w:t>LoQueremos volverlo para que no olviden a las personas o las vidas que están para poder hon honrarlo.</w:t>
      </w:r>
    </w:p>
    <w:p w14:paraId="13D65169" w14:textId="77777777" w:rsidR="004B4883" w:rsidRDefault="00B41173">
      <w:r>
        <w:t>Y para poder mostrarle a la comunidad hacia donde vamos en lo que es inclusión y equidad.</w:t>
      </w:r>
    </w:p>
    <w:p w14:paraId="1FFDF0A1" w14:textId="77777777" w:rsidR="004B4883" w:rsidRDefault="00B41173">
      <w:r>
        <w:t>Sería para poder iniciar lo que sería la campaña.</w:t>
      </w:r>
    </w:p>
    <w:p w14:paraId="6C050EE7" w14:textId="77777777" w:rsidR="004B4883" w:rsidRDefault="00B41173">
      <w:r>
        <w:t>Es lo siguiente que viene yo estoy seguro que ustedes van a poder buscar las diapositivas pero voy a tener información de contacto.</w:t>
      </w:r>
    </w:p>
    <w:p w14:paraId="19199986" w14:textId="77777777" w:rsidR="004B4883" w:rsidRDefault="00B41173">
      <w:r>
        <w:t>Si necesitan usted información sobre la planificación y se puede comunicar conmigo en cualquier momento voy a finalizar ahora.</w:t>
      </w:r>
    </w:p>
    <w:p w14:paraId="062368D9" w14:textId="77777777" w:rsidR="004B4883" w:rsidRDefault="00B41173">
      <w:pPr>
        <w:pStyle w:val="Heading1"/>
      </w:pPr>
      <w:r>
        <w:t>Preguntas y Discusión</w:t>
      </w:r>
    </w:p>
    <w:p w14:paraId="177A0508" w14:textId="77777777" w:rsidR="004B4883" w:rsidRDefault="00B41173">
      <w:pPr>
        <w:pStyle w:val="Heading2"/>
      </w:pPr>
      <w:r>
        <w:t>Bethany Baldwin</w:t>
      </w:r>
    </w:p>
    <w:p w14:paraId="3F1FC039" w14:textId="77777777" w:rsidR="004B4883" w:rsidRDefault="00B41173">
      <w:r>
        <w:t>Gracias Kimberly.</w:t>
      </w:r>
    </w:p>
    <w:p w14:paraId="401E2D03" w14:textId="77777777" w:rsidR="004B4883" w:rsidRDefault="00B41173">
      <w:r>
        <w:t>Soy Bethany.</w:t>
      </w:r>
    </w:p>
    <w:p w14:paraId="60B1B1EA" w14:textId="77777777" w:rsidR="004B4883" w:rsidRDefault="00B41173">
      <w:r>
        <w:t>Ya por cuestión de tiempo yo quisiera ahora avanzar.</w:t>
      </w:r>
    </w:p>
    <w:p w14:paraId="1C035871" w14:textId="77777777" w:rsidR="004B4883" w:rsidRDefault="00B41173">
      <w:r>
        <w:t>Si alguien tiene alguna pregunta al respecto algo que quieren compartir, indicar asegurarse de poner la información en el chat.</w:t>
      </w:r>
    </w:p>
    <w:p w14:paraId="4764B93F" w14:textId="77777777" w:rsidR="004B4883" w:rsidRDefault="00B41173">
      <w:r>
        <w:t>Estará la parte de incluso algunas cosas.</w:t>
      </w:r>
    </w:p>
    <w:p w14:paraId="7E2389B0" w14:textId="77777777" w:rsidR="004B4883" w:rsidRDefault="00B41173">
      <w:r>
        <w:t>La relación compañarismo es algo bastante fuerte.</w:t>
      </w:r>
    </w:p>
    <w:p w14:paraId="3466230B" w14:textId="77777777" w:rsidR="004B4883" w:rsidRDefault="00B41173">
      <w:r>
        <w:t>Si podrían compartir esas áreas y quiz quizás cualquier indicación que puede compartir con Kimberly.</w:t>
      </w:r>
    </w:p>
    <w:p w14:paraId="4D5B2B72" w14:textId="77777777" w:rsidR="004B4883" w:rsidRDefault="00B41173">
      <w:pPr>
        <w:pStyle w:val="Heading2"/>
      </w:pPr>
      <w:r>
        <w:t>David Laird</w:t>
      </w:r>
    </w:p>
    <w:p w14:paraId="3D9E9512" w14:textId="77777777" w:rsidR="004B4883" w:rsidRDefault="00B41173">
      <w:r>
        <w:t>Quería darle las gracias por haber compartido.</w:t>
      </w:r>
    </w:p>
    <w:p w14:paraId="07C9B985" w14:textId="77777777" w:rsidR="004B4883" w:rsidRDefault="00B41173">
      <w:r>
        <w:t>En referencia a la daipped 36, por favor diapositiva 36, por favor.</w:t>
      </w:r>
    </w:p>
    <w:p w14:paraId="60DEDEF5" w14:textId="77777777" w:rsidR="004B4883" w:rsidRDefault="00B41173">
      <w:r>
        <w:lastRenderedPageBreak/>
        <w:t>Quisiéramos una ver una diversificación mayor y la subvengs delveng subvenciónones del estado.</w:t>
      </w:r>
    </w:p>
    <w:p w14:paraId="611C4D52" w14:textId="77777777" w:rsidR="004B4883" w:rsidRDefault="00B41173">
      <w:r>
        <w:t>Y yo estaría ya apoyándolo también.</w:t>
      </w:r>
    </w:p>
    <w:p w14:paraId="15CF2759" w14:textId="77777777" w:rsidR="004B4883" w:rsidRDefault="00B41173">
      <w:r>
        <w:t>Hemos estado intentando ya por años de hecho haciendo abordajes consistentes para ser honesto un pequeño porcentaje de lo que sería el presupuesto.</w:t>
      </w:r>
    </w:p>
    <w:p w14:paraId="47252BAB" w14:textId="77777777" w:rsidR="004B4883" w:rsidRDefault="00B41173">
      <w:r>
        <w:t>Nosotros tratamos de llevar a cabo la conversación que teneme que hacer y viendo como podemos ayudar a patrocinar esto.</w:t>
      </w:r>
    </w:p>
    <w:p w14:paraId="78090AA5" w14:textId="77777777" w:rsidR="004B4883" w:rsidRDefault="00B41173">
      <w:r>
        <w:t>Y también notamos que la data que teníamos era inconsistente.</w:t>
      </w:r>
    </w:p>
    <w:p w14:paraId="0DEA5FBE" w14:textId="77777777" w:rsidR="004B4883" w:rsidRDefault="00B41173">
      <w:r>
        <w:t>Estaba hablando entre sí.</w:t>
      </w:r>
    </w:p>
    <w:p w14:paraId="7367C2FA" w14:textId="77777777" w:rsidR="004B4883" w:rsidRDefault="00B41173">
      <w:r>
        <w:t>Pero creo que lo más sería un acto más específico.</w:t>
      </w:r>
    </w:p>
    <w:p w14:paraId="6EAFF18B" w14:textId="77777777" w:rsidR="004B4883" w:rsidRDefault="00B41173">
      <w:r>
        <w:t>Aquí es cómo pueden ayudarnos ustedes.</w:t>
      </w:r>
    </w:p>
    <w:p w14:paraId="6ED26418" w14:textId="77777777" w:rsidR="004B4883" w:rsidRDefault="00B41173">
      <w:r>
        <w:t>Esto continuará con lo que ya estaría funciónonando.</w:t>
      </w:r>
    </w:p>
    <w:p w14:paraId="1856DDA3" w14:textId="77777777" w:rsidR="004B4883" w:rsidRDefault="00B41173">
      <w:r>
        <w:t>Ya para nosotros necesitaríamos ese abordaje.</w:t>
      </w:r>
    </w:p>
    <w:p w14:paraId="578185DD" w14:textId="77777777" w:rsidR="004B4883" w:rsidRDefault="00B41173">
      <w:r>
        <w:t>Necesitaremos el cambio que vino el enero del año pasado.</w:t>
      </w:r>
    </w:p>
    <w:p w14:paraId="1EF94C59" w14:textId="77777777" w:rsidR="004B4883" w:rsidRDefault="00B41173">
      <w:r>
        <w:t>La diapositiva 37, por favor.</w:t>
      </w:r>
    </w:p>
    <w:p w14:paraId="5CF2BCBC" w14:textId="77777777" w:rsidR="004B4883" w:rsidRDefault="00B41173">
      <w:r>
        <w:t>Quizás como muchos de ustedes como el año pasado, muchas cosas han cambiado a la organización.</w:t>
      </w:r>
    </w:p>
    <w:p w14:paraId="673F604C" w14:textId="77777777" w:rsidR="004B4883" w:rsidRDefault="00B41173">
      <w:r>
        <w:t>Anteriormente habíamos visto recorte de presupuesto.</w:t>
      </w:r>
    </w:p>
    <w:p w14:paraId="055E21F3" w14:textId="77777777" w:rsidR="004B4883" w:rsidRDefault="00B41173">
      <w:r>
        <w:t>Estábamos viendo esa amenaza, muchas de las incapacidades y protecciónones en el trabajo central lo que habíamos, sabíamos que tendríamos retroceder un poco en cuando cuanto lo que sería nuestras organizaciones y que sea más claro unificado.</w:t>
      </w:r>
    </w:p>
    <w:p w14:paraId="07490EB2" w14:textId="77777777" w:rsidR="004B4883" w:rsidRDefault="00B41173">
      <w:r>
        <w:t>Y también lo que sería la parte comunitaria.</w:t>
      </w:r>
    </w:p>
    <w:p w14:paraId="18C5649C" w14:textId="77777777" w:rsidR="004B4883" w:rsidRDefault="00B41173">
      <w:r>
        <w:t>Nosotros habíamos tenido que mostrar lo que había pasado.</w:t>
      </w:r>
    </w:p>
    <w:p w14:paraId="67B17303" w14:textId="77777777" w:rsidR="004B4883" w:rsidRDefault="00B41173">
      <w:r>
        <w:t>El impacto que está teniendo las personas en todo el estado.</w:t>
      </w:r>
    </w:p>
    <w:p w14:paraId="1D9618BA" w14:textId="77777777" w:rsidR="004B4883" w:rsidRDefault="00B41173">
      <w:r>
        <w:t>Creo que es momento para nosotros lo que proveemos a la comunidad.</w:t>
      </w:r>
    </w:p>
    <w:p w14:paraId="223F5ADC" w14:textId="77777777" w:rsidR="004B4883" w:rsidRDefault="00B41173">
      <w:r>
        <w:t>Como menciónonó Kimberly teníamos el personal, creando una mensaje comunitario.</w:t>
      </w:r>
    </w:p>
    <w:p w14:paraId="738D61BE" w14:textId="77777777" w:rsidR="004B4883" w:rsidRDefault="00B41173">
      <w:r>
        <w:t>Es crítico para nosotros.</w:t>
      </w:r>
    </w:p>
    <w:p w14:paraId="11EB9C3B" w14:textId="77777777" w:rsidR="004B4883" w:rsidRDefault="00B41173">
      <w:r>
        <w:t>Aquí es lo que decimos.</w:t>
      </w:r>
    </w:p>
    <w:p w14:paraId="16D52D9F" w14:textId="77777777" w:rsidR="004B4883" w:rsidRDefault="00B41173">
      <w:r>
        <w:t>Queremos traer también sería 7.000 y uno de tres individuos en el estado.</w:t>
      </w:r>
    </w:p>
    <w:p w14:paraId="0B43EA5B" w14:textId="77777777" w:rsidR="004B4883" w:rsidRDefault="00B41173">
      <w:r>
        <w:lastRenderedPageBreak/>
        <w:t>Esto sería ya para todos.</w:t>
      </w:r>
    </w:p>
    <w:p w14:paraId="4782645F" w14:textId="77777777" w:rsidR="004B4883" w:rsidRDefault="00B41173">
      <w:r>
        <w:t>Y queremos ser muy claros y honestos.</w:t>
      </w:r>
    </w:p>
    <w:p w14:paraId="70517D01" w14:textId="77777777" w:rsidR="004B4883" w:rsidRDefault="00B41173">
      <w:r>
        <w:t>En referencia de los retos, retos en la comunidad.</w:t>
      </w:r>
    </w:p>
    <w:p w14:paraId="0135902B" w14:textId="77777777" w:rsidR="004B4883" w:rsidRDefault="00B41173">
      <w:r>
        <w:t>Disculpe voy a cambiar un poco la parte ahora.</w:t>
      </w:r>
    </w:p>
    <w:p w14:paraId="7EE87E62" w14:textId="77777777" w:rsidR="004B4883" w:rsidRDefault="00B41173">
      <w:r>
        <w:t>Diapositiva 38, por favor.</w:t>
      </w:r>
    </w:p>
    <w:p w14:paraId="384581B8" w14:textId="77777777" w:rsidR="004B4883" w:rsidRDefault="00B41173">
      <w:r>
        <w:t>Lo que sabíamos es que necesitamos ayuda porque todos hablamos con nuestros CIL todos los días.</w:t>
      </w:r>
    </w:p>
    <w:p w14:paraId="5D8E487C" w14:textId="77777777" w:rsidR="004B4883" w:rsidRDefault="00B41173">
      <w:r>
        <w:t>Utilizamos el mismo lenguaje.</w:t>
      </w:r>
    </w:p>
    <w:p w14:paraId="367F9251" w14:textId="77777777" w:rsidR="004B4883" w:rsidRDefault="00B41173">
      <w:r>
        <w:t>Lo cuál nos estaría ayudando con nuestros fondos en organizaciónones sin fines de lucro.</w:t>
      </w:r>
    </w:p>
    <w:p w14:paraId="571CFC06" w14:textId="77777777" w:rsidR="004B4883" w:rsidRDefault="00B41173">
      <w:r>
        <w:t>Pasamos hors horas y horas.</w:t>
      </w:r>
    </w:p>
    <w:p w14:paraId="0DFD60C7" w14:textId="77777777" w:rsidR="004B4883" w:rsidRDefault="00B41173">
      <w:r>
        <w:t>Las personas saben en realidad qué es un CIL?</w:t>
      </w:r>
    </w:p>
    <w:p w14:paraId="4C7669AA" w14:textId="77777777" w:rsidR="004B4883" w:rsidRDefault="00B41173">
      <w:r>
        <w:t>Y por qué se utiliza el lenguaje externo?</w:t>
      </w:r>
    </w:p>
    <w:p w14:paraId="75C08183" w14:textId="77777777" w:rsidR="004B4883" w:rsidRDefault="00B41173">
      <w:r>
        <w:t>Así sería vulnerable.</w:t>
      </w:r>
    </w:p>
    <w:p w14:paraId="753567DC" w14:textId="77777777" w:rsidR="004B4883" w:rsidRDefault="00B41173">
      <w:r>
        <w:t>Creo que habíamos creado un imagen éramos estables, éramos seguros.</w:t>
      </w:r>
    </w:p>
    <w:p w14:paraId="1CDE6B12" w14:textId="77777777" w:rsidR="004B4883" w:rsidRDefault="00B41173">
      <w:r>
        <w:t>[inaudible] somos vulnerables.</w:t>
      </w:r>
    </w:p>
    <w:p w14:paraId="1BBE46AA" w14:textId="77777777" w:rsidR="004B4883" w:rsidRDefault="00B41173">
      <w:r>
        <w:t>Organización nosotros recomend reconocemos y no podemos parar.</w:t>
      </w:r>
    </w:p>
    <w:p w14:paraId="6DA9B947" w14:textId="77777777" w:rsidR="004B4883" w:rsidRDefault="00B41173">
      <w:r>
        <w:t>Juntos podemos llenar esta brecha.</w:t>
      </w:r>
    </w:p>
    <w:p w14:paraId="2335CA9C" w14:textId="77777777" w:rsidR="004B4883" w:rsidRDefault="00B41173">
      <w:r>
        <w:t>Y tener una buena estrategia de donante.</w:t>
      </w:r>
    </w:p>
    <w:p w14:paraId="61AA9936" w14:textId="77777777" w:rsidR="004B4883" w:rsidRDefault="00B41173">
      <w:r>
        <w:t>Diapositiva 39, por favor.</w:t>
      </w:r>
    </w:p>
    <w:p w14:paraId="68C4A4F3" w14:textId="77777777" w:rsidR="004B4883" w:rsidRDefault="00B41173">
      <w:pPr>
        <w:pStyle w:val="Heading1"/>
      </w:pPr>
      <w:r>
        <w:t>Campaña Somos Capaces</w:t>
      </w:r>
    </w:p>
    <w:p w14:paraId="5AF8F38A" w14:textId="77777777" w:rsidR="004B4883" w:rsidRDefault="00B41173">
      <w:r>
        <w:t>El año pasado habíamos lanzado una campaña de we are able.</w:t>
      </w:r>
    </w:p>
    <w:p w14:paraId="1BA3D93D" w14:textId="77777777" w:rsidR="004B4883" w:rsidRDefault="00B41173">
      <w:r>
        <w:t>Todos somos capaces fue la campaña en acción.</w:t>
      </w:r>
    </w:p>
    <w:p w14:paraId="77D1C668" w14:textId="77777777" w:rsidR="004B4883" w:rsidRDefault="00B41173">
      <w:r>
        <w:t>O miembros del personal en donde incorporábamos donde hay muchos individ individuos con discapacidad en todo el stootd estado.</w:t>
      </w:r>
    </w:p>
    <w:p w14:paraId="45B58E66" w14:textId="77777777" w:rsidR="004B4883" w:rsidRDefault="00B41173">
      <w:r>
        <w:t>Recorto y presupuesto lo hemos visto.</w:t>
      </w:r>
    </w:p>
    <w:p w14:paraId="6124BA64" w14:textId="77777777" w:rsidR="004B4883" w:rsidRDefault="00B41173">
      <w:r>
        <w:t>En el año físico.</w:t>
      </w:r>
    </w:p>
    <w:p w14:paraId="590F7847" w14:textId="77777777" w:rsidR="004B4883" w:rsidRDefault="00B41173">
      <w:r>
        <w:lastRenderedPageBreak/>
        <w:t>Reconocimos el hecho que desde enero 750 en las organizaciónones y mostramos nuestras fort alszas que durante estos 350.000 dólares lo cual hizo que sea claro aquí es como noses nos pueden ayudar ustedes con la brecha específica.</w:t>
      </w:r>
    </w:p>
    <w:p w14:paraId="41860F7D" w14:textId="77777777" w:rsidR="004B4883" w:rsidRDefault="00B41173">
      <w:r>
        <w:t>Nuestro organización se volvió para ayudarnos a cumplir con esta meta.</w:t>
      </w:r>
    </w:p>
    <w:p w14:paraId="4F0D0421" w14:textId="77777777" w:rsidR="004B4883" w:rsidRDefault="00B41173">
      <w:r>
        <w:t>El trabajo que hacemos.</w:t>
      </w:r>
    </w:p>
    <w:p w14:paraId="41643809" w14:textId="77777777" w:rsidR="004B4883" w:rsidRDefault="00B41173">
      <w:r>
        <w:t>Y la diapositiva 40.</w:t>
      </w:r>
    </w:p>
    <w:p w14:paraId="3CC68723" w14:textId="77777777" w:rsidR="004B4883" w:rsidRDefault="00B41173">
      <w:r>
        <w:t>6 nos concentramos en la comunicación.</w:t>
      </w:r>
    </w:p>
    <w:p w14:paraId="273B29B3" w14:textId="77777777" w:rsidR="004B4883" w:rsidRDefault="00B41173">
      <w:r>
        <w:t>No sé si estarán ustedes sabíamos que teníamos que pausar.</w:t>
      </w:r>
    </w:p>
    <w:p w14:paraId="23BB85A8" w14:textId="77777777" w:rsidR="004B4883" w:rsidRDefault="00B41173">
      <w:r>
        <w:t>Pausar directamente.</w:t>
      </w:r>
    </w:p>
    <w:p w14:paraId="6C033866" w14:textId="77777777" w:rsidR="004B4883" w:rsidRDefault="00B41173">
      <w:r>
        <w:t>Que somos una campaña de esto somos capaces.</w:t>
      </w:r>
    </w:p>
    <w:p w14:paraId="52978E00" w14:textId="77777777" w:rsidR="004B4883" w:rsidRDefault="00B41173">
      <w:r>
        <w:t>Lo cuál se llama -- [inaudible] puede registrarse hoy si no lo han hecho todavía.</w:t>
      </w:r>
    </w:p>
    <w:p w14:paraId="1B2F740A" w14:textId="77777777" w:rsidR="004B4883" w:rsidRDefault="00B41173">
      <w:r>
        <w:t>Nosotros somos todos capaces.</w:t>
      </w:r>
    </w:p>
    <w:p w14:paraId="0683558A" w14:textId="77777777" w:rsidR="004B4883" w:rsidRDefault="00B41173">
      <w:r>
        <w:t>Toda la presentación del personal y folletos.</w:t>
      </w:r>
    </w:p>
    <w:p w14:paraId="7775418E" w14:textId="77777777" w:rsidR="004B4883" w:rsidRDefault="00B41173">
      <w:r>
        <w:t>Habíamos creado un panfleto.</w:t>
      </w:r>
    </w:p>
    <w:p w14:paraId="6860EE27" w14:textId="77777777" w:rsidR="004B4883" w:rsidRDefault="00B41173">
      <w:r>
        <w:t>No habíamos iniciado para una campaña al finales de año.</w:t>
      </w:r>
    </w:p>
    <w:p w14:paraId="699D3AE3" w14:textId="77777777" w:rsidR="004B4883" w:rsidRDefault="00B41173">
      <w:r>
        <w:t>Era fantástico incluso si habían habían enviado 5.000 personas y una tarifa de respoors respuest respuestas.</w:t>
      </w:r>
    </w:p>
    <w:p w14:paraId="4FE905CF" w14:textId="77777777" w:rsidR="004B4883" w:rsidRDefault="00B41173">
      <w:r>
        <w:t>También utilizamos los toques personales directos.</w:t>
      </w:r>
    </w:p>
    <w:p w14:paraId="3990ACE4" w14:textId="77777777" w:rsidR="004B4883" w:rsidRDefault="00B41173">
      <w:r>
        <w:t>Y la junta tiene ha tenido conversaciónones habríamos sido reclutado para una área para poder guar guir guiar.</w:t>
      </w:r>
    </w:p>
    <w:p w14:paraId="7E4586BC" w14:textId="77777777" w:rsidR="004B4883" w:rsidRDefault="00B41173">
      <w:r>
        <w:t>Es una manera.</w:t>
      </w:r>
    </w:p>
    <w:p w14:paraId="4C4EC751" w14:textId="77777777" w:rsidR="004B4883" w:rsidRDefault="00B41173">
      <w:r>
        <w:t>Es emociónonante ver cómo se han podido involucrarse.</w:t>
      </w:r>
    </w:p>
    <w:p w14:paraId="0541535C" w14:textId="77777777" w:rsidR="004B4883" w:rsidRDefault="00B41173">
      <w:r>
        <w:t>La diapositiva 41.</w:t>
      </w:r>
    </w:p>
    <w:p w14:paraId="3627973C" w14:textId="77777777" w:rsidR="004B4883" w:rsidRDefault="00B41173">
      <w:r>
        <w:t>Y nuestras campaña y mis disculpas tenemos nuevos números ahora porque el partes pasado habíamos traído más de 40.000 dólares.</w:t>
      </w:r>
    </w:p>
    <w:p w14:paraId="27E1B616" w14:textId="77777777" w:rsidR="004B4883" w:rsidRDefault="00B41173">
      <w:r>
        <w:t>En la diapositiva hab raim traído más de 200.000 dólares de los fondos y hab habríamos recibido otros 10.000 dólares de tran transcripción.</w:t>
      </w:r>
    </w:p>
    <w:p w14:paraId="191322F1" w14:textId="77777777" w:rsidR="004B4883" w:rsidRDefault="00B41173">
      <w:r>
        <w:t>Y los individuos podrían podrían contribuir a todos somos capaces.</w:t>
      </w:r>
    </w:p>
    <w:p w14:paraId="0E302CD4" w14:textId="77777777" w:rsidR="004B4883" w:rsidRDefault="00B41173">
      <w:r>
        <w:t>Todos somos parte de la misma comunidad.</w:t>
      </w:r>
    </w:p>
    <w:p w14:paraId="69347A1C" w14:textId="77777777" w:rsidR="004B4883" w:rsidRDefault="00B41173">
      <w:r>
        <w:lastRenderedPageBreak/>
        <w:t>Fueron personas con incapacidad.</w:t>
      </w:r>
    </w:p>
    <w:p w14:paraId="1D3D6DC0" w14:textId="77777777" w:rsidR="004B4883" w:rsidRDefault="00B41173">
      <w:r>
        <w:t>O personas con incapacidad.</w:t>
      </w:r>
    </w:p>
    <w:p w14:paraId="58A80F9A" w14:textId="77777777" w:rsidR="004B4883" w:rsidRDefault="00B41173">
      <w:r>
        <w:t>Sería más de 53% si queriendo decir es una breche de 350.000 o con incremento en comparación a todo el año físico en el pasado año.</w:t>
      </w:r>
    </w:p>
    <w:p w14:paraId="426B7145" w14:textId="77777777" w:rsidR="004B4883" w:rsidRDefault="00B41173">
      <w:r>
        <w:t>Diapositiva 42.</w:t>
      </w:r>
    </w:p>
    <w:p w14:paraId="2EE5343E" w14:textId="77777777" w:rsidR="004B4883" w:rsidRDefault="00B41173">
      <w:pPr>
        <w:pStyle w:val="Heading1"/>
      </w:pPr>
      <w:r>
        <w:t>Resultados y Lecciones Aprendidas</w:t>
      </w:r>
    </w:p>
    <w:p w14:paraId="2A11EFA3" w14:textId="77777777" w:rsidR="004B4883" w:rsidRDefault="00B41173">
      <w:r>
        <w:t>Lo que tenemos acá es un gráfico.</w:t>
      </w:r>
    </w:p>
    <w:p w14:paraId="0D231423" w14:textId="77777777" w:rsidR="004B4883" w:rsidRDefault="00B41173">
      <w:r>
        <w:t>Y nuevamente voy a estar estaría actualizando la diapositiva.</w:t>
      </w:r>
    </w:p>
    <w:p w14:paraId="15C846FA" w14:textId="77777777" w:rsidR="004B4883" w:rsidRDefault="00B41173">
      <w:r>
        <w:t>Donaciónones totales incluyendo lo que había pasado del pasado año.</w:t>
      </w:r>
    </w:p>
    <w:p w14:paraId="3F57AA81" w14:textId="77777777" w:rsidR="004B4883" w:rsidRDefault="00B41173">
      <w:r>
        <w:t>Eran 500 más de donaciónones totales de October del año pasado.</w:t>
      </w:r>
    </w:p>
    <w:p w14:paraId="2134EDDB" w14:textId="77777777" w:rsidR="004B4883" w:rsidRDefault="00B41173">
      <w:r>
        <w:t>Más de 32% de incremento.</w:t>
      </w:r>
    </w:p>
    <w:p w14:paraId="0695BFFB" w14:textId="77777777" w:rsidR="004B4883" w:rsidRDefault="00B41173">
      <w:r>
        <w:t>El total de donantes, ya con donantes individuos.</w:t>
      </w:r>
    </w:p>
    <w:p w14:paraId="39F2B65C" w14:textId="77777777" w:rsidR="004B4883" w:rsidRDefault="00B41173">
      <w:r>
        <w:t>Y la con un krimento del incremento del año pasado.</w:t>
      </w:r>
    </w:p>
    <w:p w14:paraId="2F4AA769" w14:textId="77777777" w:rsidR="004B4883" w:rsidRDefault="00B41173">
      <w:r>
        <w:t>Los donantes pueden pueden un incremento de 3% y podría quedar un 5%.</w:t>
      </w:r>
    </w:p>
    <w:p w14:paraId="5E0545A1" w14:textId="77777777" w:rsidR="004B4883" w:rsidRDefault="00B41173">
      <w:r>
        <w:t>Para qients están en el evento también es poder de acuerdo lo que está haciendo su organización que pueden pueden contribuir y ahora mismo la economía está en un momento lo que vemos que hemos tenido el lenguaje necesitamos su apoyo.</w:t>
      </w:r>
    </w:p>
    <w:p w14:paraId="0B4D0D34" w14:textId="77777777" w:rsidR="004B4883" w:rsidRDefault="00B41173">
      <w:r>
        <w:t>Las personas han podido continuar.</w:t>
      </w:r>
    </w:p>
    <w:p w14:paraId="260043F5" w14:textId="77777777" w:rsidR="004B4883" w:rsidRDefault="00B41173">
      <w:r>
        <w:t>La siguiente diapositiva, ahora.</w:t>
      </w:r>
    </w:p>
    <w:p w14:paraId="733BCD17" w14:textId="77777777" w:rsidR="004B4883" w:rsidRDefault="00B41173">
      <w:r>
        <w:t>Unos siguientes puntos.</w:t>
      </w:r>
    </w:p>
    <w:p w14:paraId="5837E94F" w14:textId="77777777" w:rsidR="004B4883" w:rsidRDefault="00B41173">
      <w:r>
        <w:t>La mayoría de las personas en realidad no saben.</w:t>
      </w:r>
    </w:p>
    <w:p w14:paraId="73FE6293" w14:textId="77777777" w:rsidR="004B4883" w:rsidRDefault="00B41173">
      <w:r>
        <w:t>No tienen el conocimiento.</w:t>
      </w:r>
    </w:p>
    <w:p w14:paraId="01188A4E" w14:textId="77777777" w:rsidR="004B4883" w:rsidRDefault="00B41173">
      <w:r>
        <w:t>No conoce las regulaciones.</w:t>
      </w:r>
    </w:p>
    <w:p w14:paraId="257E9134" w14:textId="77777777" w:rsidR="004B4883" w:rsidRDefault="00B41173">
      <w:r>
        <w:t>O lo estarían confiando lo creen.</w:t>
      </w:r>
    </w:p>
    <w:p w14:paraId="03953A95" w14:textId="77777777" w:rsidR="004B4883" w:rsidRDefault="00B41173">
      <w:r>
        <w:t>Les estarían creyendo cuando diga este programa está en riesgo.</w:t>
      </w:r>
    </w:p>
    <w:p w14:paraId="0EF51812" w14:textId="77777777" w:rsidR="004B4883" w:rsidRDefault="00B41173">
      <w:r>
        <w:t>Le van a creer cuando digan quizás no podríamos podríamos proveer servicios al individuo.</w:t>
      </w:r>
    </w:p>
    <w:p w14:paraId="6BA933A1" w14:textId="77777777" w:rsidR="004B4883" w:rsidRDefault="00B41173">
      <w:r>
        <w:t>Muchas personas que no estén interesadas.</w:t>
      </w:r>
    </w:p>
    <w:p w14:paraId="552E9BD0" w14:textId="77777777" w:rsidR="004B4883" w:rsidRDefault="00B41173">
      <w:r>
        <w:lastRenderedPageBreak/>
        <w:t>En qué hacen a quién sirven.</w:t>
      </w:r>
    </w:p>
    <w:p w14:paraId="781C6794" w14:textId="77777777" w:rsidR="004B4883" w:rsidRDefault="00B41173">
      <w:r>
        <w:t>Creo que sería su impacto.</w:t>
      </w:r>
    </w:p>
    <w:p w14:paraId="74BEA3FB" w14:textId="77777777" w:rsidR="004B4883" w:rsidRDefault="00B41173">
      <w:r>
        <w:t>Creer una situación para que los demás esto es lo que estaría pasando.</w:t>
      </w:r>
    </w:p>
    <w:p w14:paraId="50A5C0E7" w14:textId="77777777" w:rsidR="004B4883" w:rsidRDefault="00B41173">
      <w:r>
        <w:t>Y para poder career una creer una oportunidad para los individuos hace largo tiempo.</w:t>
      </w:r>
    </w:p>
    <w:p w14:paraId="01E64D57" w14:textId="77777777" w:rsidR="004B4883" w:rsidRDefault="00B41173">
      <w:r>
        <w:t>Donde había dejado con ángulo una historia individual.</w:t>
      </w:r>
    </w:p>
    <w:p w14:paraId="7B31B9E6" w14:textId="77777777" w:rsidR="004B4883" w:rsidRDefault="00B41173">
      <w:r>
        <w:t>Este individ individuo está haciendo esto maravilloso.</w:t>
      </w:r>
    </w:p>
    <w:p w14:paraId="3DB5AEB5" w14:textId="77777777" w:rsidR="004B4883" w:rsidRDefault="00B41173">
      <w:r>
        <w:t>Y luego le estaría dando una oportunidad específicamente acá proveemos esta oportunidad aquí está como lo pedimos.</w:t>
      </w:r>
    </w:p>
    <w:p w14:paraId="7DFC33C9" w14:textId="77777777" w:rsidR="004B4883" w:rsidRDefault="00B41173">
      <w:r>
        <w:t>Por favor, si pueden apoyar lo que hacemos por favor ayuden a llenar la brecha.</w:t>
      </w:r>
    </w:p>
    <w:p w14:paraId="4F5BA4A6" w14:textId="77777777" w:rsidR="004B4883" w:rsidRDefault="00B41173">
      <w:r>
        <w:t>Fue una llamada directa.</w:t>
      </w:r>
    </w:p>
    <w:p w14:paraId="09C84D40" w14:textId="77777777" w:rsidR="004B4883" w:rsidRDefault="00B41173">
      <w:r>
        <w:t>Estaría llenando la brecha ahora diapositiva 44.</w:t>
      </w:r>
    </w:p>
    <w:p w14:paraId="644834AA" w14:textId="77777777" w:rsidR="004B4883" w:rsidRDefault="00B41173">
      <w:r>
        <w:t>Para cualquier cosa puede funciónonar.</w:t>
      </w:r>
    </w:p>
    <w:p w14:paraId="4119423D" w14:textId="77777777" w:rsidR="004B4883" w:rsidRDefault="00B41173">
      <w:r>
        <w:t>En referencia a su comunidad.</w:t>
      </w:r>
    </w:p>
    <w:p w14:paraId="010EE7E5" w14:textId="77777777" w:rsidR="004B4883" w:rsidRDefault="00B41173">
      <w:r>
        <w:t>Eso no va a funciónonar.</w:t>
      </w:r>
    </w:p>
    <w:p w14:paraId="33E2E57A" w14:textId="77777777" w:rsidR="004B4883" w:rsidRDefault="00B41173">
      <w:r>
        <w:t>Y cultivar relaciónones una y oofers otra vez.</w:t>
      </w:r>
    </w:p>
    <w:p w14:paraId="228A5662" w14:textId="77777777" w:rsidR="004B4883" w:rsidRDefault="00B41173">
      <w:r>
        <w:t>Tuimos que encontrar avenidas que permiten que los individuos queremos que asegurarnos que siguen comprometidos queremos que nuestros donantes se mantengan unificados.</w:t>
      </w:r>
    </w:p>
    <w:p w14:paraId="3020C382" w14:textId="77777777" w:rsidR="004B4883" w:rsidRDefault="00B41173">
      <w:r>
        <w:t>Y no están solos y pued eerchen hablar cuál sería, queremos que pueden sear embaj embajadores.</w:t>
      </w:r>
    </w:p>
    <w:p w14:paraId="73F92282" w14:textId="77777777" w:rsidR="004B4883" w:rsidRDefault="00B41173">
      <w:r>
        <w:t>Y más allá de lo que Kimberly había menciónonado anteriormente.</w:t>
      </w:r>
    </w:p>
    <w:p w14:paraId="37ADDA56" w14:textId="77777777" w:rsidR="004B4883" w:rsidRDefault="00B41173">
      <w:r>
        <w:t>A los donantes le encanta la organización.</w:t>
      </w:r>
    </w:p>
    <w:p w14:paraId="239DF647" w14:textId="77777777" w:rsidR="004B4883" w:rsidRDefault="00B41173">
      <w:r>
        <w:t>Esto es lo que hacemos.</w:t>
      </w:r>
    </w:p>
    <w:p w14:paraId="7DFDBDE2" w14:textId="77777777" w:rsidR="004B4883" w:rsidRDefault="00B41173">
      <w:r>
        <w:t>Aquí es donde vamos.</w:t>
      </w:r>
    </w:p>
    <w:p w14:paraId="0A6A7ADF" w14:textId="77777777" w:rsidR="004B4883" w:rsidRDefault="00B41173">
      <w:r>
        <w:t>Más nada como tal.</w:t>
      </w:r>
    </w:p>
    <w:p w14:paraId="31F8628D" w14:textId="77777777" w:rsidR="004B4883" w:rsidRDefault="00B41173">
      <w:r>
        <w:t>Estará presentando lo que habíamos menciónonado anteriormente.</w:t>
      </w:r>
    </w:p>
    <w:p w14:paraId="20E99524" w14:textId="77777777" w:rsidR="004B4883" w:rsidRDefault="00B41173">
      <w:r>
        <w:t>Y viendo también lo que sería el impacto.</w:t>
      </w:r>
    </w:p>
    <w:p w14:paraId="3C0B385B" w14:textId="77777777" w:rsidR="004B4883" w:rsidRDefault="00B41173">
      <w:r>
        <w:t>En referencia a otros.</w:t>
      </w:r>
    </w:p>
    <w:p w14:paraId="157DD054" w14:textId="77777777" w:rsidR="004B4883" w:rsidRDefault="00B41173">
      <w:r>
        <w:lastRenderedPageBreak/>
        <w:t>Ahora la diapositiva 45.</w:t>
      </w:r>
    </w:p>
    <w:p w14:paraId="16ADF51E" w14:textId="77777777" w:rsidR="004B4883" w:rsidRDefault="00B41173">
      <w:r>
        <w:t>Voy a ir ser bien breve acá.</w:t>
      </w:r>
    </w:p>
    <w:p w14:paraId="2AA14822" w14:textId="77777777" w:rsidR="004B4883" w:rsidRDefault="00B41173">
      <w:r>
        <w:t>La siguiente parte.</w:t>
      </w:r>
    </w:p>
    <w:p w14:paraId="0858F7BA" w14:textId="77777777" w:rsidR="004B4883" w:rsidRDefault="00B41173">
      <w:r>
        <w:t>Nosotros estamos buscando fortalecer.</w:t>
      </w:r>
    </w:p>
    <w:p w14:paraId="582456F6" w14:textId="77777777" w:rsidR="004B4883" w:rsidRDefault="00B41173">
      <w:r>
        <w:t>Ahora tenemos 300 nuevos donantes.</w:t>
      </w:r>
    </w:p>
    <w:p w14:paraId="052904A5" w14:textId="77777777" w:rsidR="004B4883" w:rsidRDefault="00B41173">
      <w:r>
        <w:t>Queremos asegurarnos de que se queden con nosotros el año entrante.</w:t>
      </w:r>
    </w:p>
    <w:p w14:paraId="11A3E94A" w14:textId="77777777" w:rsidR="004B4883" w:rsidRDefault="00B41173">
      <w:r>
        <w:t>Y mensualmente también.</w:t>
      </w:r>
    </w:p>
    <w:p w14:paraId="583969F6" w14:textId="77777777" w:rsidR="004B4883" w:rsidRDefault="00B41173">
      <w:r>
        <w:t>Queremos utilizar que pueden traer apoyarnos y traer a donantes.</w:t>
      </w:r>
    </w:p>
    <w:p w14:paraId="2DA2F768" w14:textId="77777777" w:rsidR="004B4883" w:rsidRDefault="00B41173">
      <w:r>
        <w:t>Queremos que tener una gran versión del 88 que nosotros y el ADA completo.</w:t>
      </w:r>
    </w:p>
    <w:p w14:paraId="5FFA1FFB" w14:textId="77777777" w:rsidR="004B4883" w:rsidRDefault="00B41173">
      <w:r>
        <w:t>Queremos traer muchos donantes de manera voluntaria.</w:t>
      </w:r>
    </w:p>
    <w:p w14:paraId="19A9B9CD" w14:textId="77777777" w:rsidR="004B4883" w:rsidRDefault="00B41173">
      <w:r>
        <w:t>Queremos volver a donantes a embajadores.</w:t>
      </w:r>
    </w:p>
    <w:p w14:paraId="1F49AA3E" w14:textId="77777777" w:rsidR="004B4883" w:rsidRDefault="00B41173">
      <w:r>
        <w:t>Más allá de la entidad de servicio.</w:t>
      </w:r>
    </w:p>
    <w:p w14:paraId="6814CBE9" w14:textId="77777777" w:rsidR="004B4883" w:rsidRDefault="00B41173">
      <w:r>
        <w:t>Esto es lo que hacen.</w:t>
      </w:r>
    </w:p>
    <w:p w14:paraId="00DF9D1D" w14:textId="77777777" w:rsidR="004B4883" w:rsidRDefault="00B41173">
      <w:r>
        <w:t>Nosotros somos capaces entidad que brinda apoyo individuos.</w:t>
      </w:r>
    </w:p>
    <w:p w14:paraId="1D9B117E" w14:textId="77777777" w:rsidR="004B4883" w:rsidRDefault="00B41173">
      <w:r>
        <w:t>Nosotros representamos individuos del estado.</w:t>
      </w:r>
    </w:p>
    <w:p w14:paraId="60FACBD7" w14:textId="77777777" w:rsidR="004B4883" w:rsidRDefault="00B41173">
      <w:r>
        <w:t>Me disculpa, tengo unos minutos más.</w:t>
      </w:r>
    </w:p>
    <w:p w14:paraId="106ADDDF" w14:textId="77777777" w:rsidR="004B4883" w:rsidRDefault="00B41173">
      <w:r>
        <w:t>Creo que esto es un reto.</w:t>
      </w:r>
    </w:p>
    <w:p w14:paraId="6ECE7F3D" w14:textId="77777777" w:rsidR="004B4883" w:rsidRDefault="00B41173">
      <w:r>
        <w:t>Estaré dando el voz que más nada estaba haciendo.</w:t>
      </w:r>
    </w:p>
    <w:p w14:paraId="02F42F17" w14:textId="77777777" w:rsidR="004B4883" w:rsidRDefault="00B41173">
      <w:r>
        <w:t>Kimberly y yo somos ambos trabajadores sociales.</w:t>
      </w:r>
    </w:p>
    <w:p w14:paraId="6CBF366E" w14:textId="77777777" w:rsidR="004B4883" w:rsidRDefault="00B41173">
      <w:r>
        <w:t>Qué está haciendo que más nadie está haciendo?</w:t>
      </w:r>
    </w:p>
    <w:p w14:paraId="7E981930" w14:textId="77777777" w:rsidR="004B4883" w:rsidRDefault="00B41173">
      <w:r>
        <w:t>Se ponen en nuevas conversación shesones no nuevos ambiente. ientes.</w:t>
      </w:r>
    </w:p>
    <w:p w14:paraId="2C0B47B1" w14:textId="77777777" w:rsidR="004B4883" w:rsidRDefault="00B41173">
      <w:r>
        <w:t>A los donantes, los donantes quiere asegurarse de ser invitados y asegurarse de que tienen, voy a pausar ahí.</w:t>
      </w:r>
    </w:p>
    <w:p w14:paraId="47CA1184" w14:textId="77777777" w:rsidR="004B4883" w:rsidRDefault="00B41173">
      <w:r>
        <w:t>Gracias por permitirme y a Kimberly la hora y 15 minutos.</w:t>
      </w:r>
    </w:p>
    <w:p w14:paraId="2E0EC1FB" w14:textId="77777777" w:rsidR="004B4883" w:rsidRDefault="00B41173">
      <w:r>
        <w:t>Bethany quizás vamos a necesitar un momento para preguntas.</w:t>
      </w:r>
    </w:p>
    <w:p w14:paraId="07348989" w14:textId="77777777" w:rsidR="004B4883" w:rsidRDefault="00B41173">
      <w:r>
        <w:t>Sabemos que hemos suministrado mucha información.</w:t>
      </w:r>
    </w:p>
    <w:p w14:paraId="058D0DF6" w14:textId="77777777" w:rsidR="004B4883" w:rsidRDefault="00B41173">
      <w:pPr>
        <w:pStyle w:val="Heading2"/>
      </w:pPr>
      <w:r>
        <w:lastRenderedPageBreak/>
        <w:t>Bethany Baldwin</w:t>
      </w:r>
    </w:p>
    <w:p w14:paraId="0F5D4AE5" w14:textId="77777777" w:rsidR="004B4883" w:rsidRDefault="00B41173">
      <w:r>
        <w:t>Muchas gracias a ambos por most mostrar su pasión.</w:t>
      </w:r>
    </w:p>
    <w:p w14:paraId="090EF355" w14:textId="77777777" w:rsidR="004B4883" w:rsidRDefault="00B41173">
      <w:r>
        <w:t>Creo que alguien ha menciónonado necesitan estaremos finalizando con esta parte y vamos con la discusión entre la parte.</w:t>
      </w:r>
    </w:p>
    <w:p w14:paraId="1D99C9F0" w14:textId="77777777" w:rsidR="004B4883" w:rsidRDefault="00B41173">
      <w:r>
        <w:t>Y brevemente tomarnos este momento y también poder entender cómo estaría llevando este desarrollo de recursos quizáscursos quizás una estrategia.</w:t>
      </w:r>
    </w:p>
    <w:p w14:paraId="2FE4CFA9" w14:textId="77777777" w:rsidR="004B4883" w:rsidRDefault="00B41173">
      <w:r>
        <w:t>Uno de los recursos mayores de incapacidad y es algo que pueden utilizar.</w:t>
      </w:r>
    </w:p>
    <w:p w14:paraId="77FF4734" w14:textId="77777777" w:rsidR="004B4883" w:rsidRDefault="00B41173">
      <w:r>
        <w:t>Y pueden utilizarlo a llenar la brecha.</w:t>
      </w:r>
    </w:p>
    <w:p w14:paraId="175B9AAB" w14:textId="77777777" w:rsidR="004B4883" w:rsidRDefault="00B41173">
      <w:r>
        <w:t>Esto lo que sería la parte de recursos.</w:t>
      </w:r>
    </w:p>
    <w:p w14:paraId="30494081" w14:textId="77777777" w:rsidR="004B4883" w:rsidRDefault="00B41173">
      <w:r>
        <w:t>En la semana 1 y semana 2.</w:t>
      </w:r>
    </w:p>
    <w:p w14:paraId="053C590D" w14:textId="77777777" w:rsidR="004B4883" w:rsidRDefault="00B41173">
      <w:r>
        <w:t>Estaré viendo todos los documentos y todos los requerimientos.</w:t>
      </w:r>
    </w:p>
    <w:p w14:paraId="7731066F" w14:textId="77777777" w:rsidR="004B4883" w:rsidRDefault="00B41173">
      <w:r>
        <w:t>Habiendo dicho eso vamos a parar la grabación.</w:t>
      </w:r>
    </w:p>
    <w:p w14:paraId="2ED0D1CD" w14:textId="77777777" w:rsidR="004B4883" w:rsidRDefault="00B41173">
      <w:r>
        <w:t>[recording stopped]</w:t>
      </w:r>
    </w:p>
    <w:p w14:paraId="1C0D7A85" w14:textId="77777777" w:rsidR="004B4883" w:rsidRDefault="00B41173">
      <w:r>
        <w:t>Vamos a compartir un poco y poder involucrarnos.</w:t>
      </w:r>
    </w:p>
    <w:p w14:paraId="4C21FA03" w14:textId="77777777" w:rsidR="004B4883" w:rsidRDefault="00B41173">
      <w:r>
        <w:t>Levanten la mano.</w:t>
      </w:r>
    </w:p>
    <w:p w14:paraId="4E8119AF" w14:textId="77777777" w:rsidR="004B4883" w:rsidRDefault="00B41173">
      <w:r>
        <w:t>Pueden utilizar el chat.</w:t>
      </w:r>
    </w:p>
    <w:p w14:paraId="49C32B2F" w14:textId="77777777" w:rsidR="004B4883" w:rsidRDefault="00B41173">
      <w:r>
        <w:t>Pueden reacciónonar.</w:t>
      </w:r>
    </w:p>
    <w:p w14:paraId="5F5C9765" w14:textId="77777777" w:rsidR="004B4883" w:rsidRDefault="00B41173">
      <w:r>
        <w:t>Ahora vamos a ver los presentadores.</w:t>
      </w:r>
    </w:p>
    <w:p w14:paraId="7E28D80D" w14:textId="77777777" w:rsidR="004B4883" w:rsidRDefault="00B41173">
      <w:r>
        <w:t>Si no habían habían visto la escala mayor?</w:t>
      </w:r>
    </w:p>
    <w:p w14:paraId="7FF56D2B" w14:textId="77777777" w:rsidR="004B4883" w:rsidRDefault="00B41173">
      <w:r>
        <w:t>Claro, que sí.</w:t>
      </w:r>
    </w:p>
    <w:p w14:paraId="056A13F8" w14:textId="77777777" w:rsidR="004B4883" w:rsidRDefault="00B41173">
      <w:pPr>
        <w:pStyle w:val="Heading2"/>
      </w:pPr>
      <w:r>
        <w:t>Kimberly Tissot</w:t>
      </w:r>
    </w:p>
    <w:p w14:paraId="518CC29F" w14:textId="77777777" w:rsidR="004B4883" w:rsidRDefault="00B41173">
      <w:r>
        <w:t>Sí, hemos sido el CIL más pequeñino Carolina del Sur.</w:t>
      </w:r>
    </w:p>
    <w:p w14:paraId="20132A13" w14:textId="77777777" w:rsidR="004B4883" w:rsidRDefault="00B41173">
      <w:r>
        <w:t>Que ha tenido el territorio mayor.</w:t>
      </w:r>
    </w:p>
    <w:p w14:paraId="1A41EC5A" w14:textId="77777777" w:rsidR="004B4883" w:rsidRDefault="00B41173">
      <w:r>
        <w:t>Es un problema grande.</w:t>
      </w:r>
    </w:p>
    <w:p w14:paraId="6E14FD2D" w14:textId="77777777" w:rsidR="004B4883" w:rsidRDefault="00B41173">
      <w:r>
        <w:t>También estamos en la capital y hemos brindado servicio en un condato rural en el área metro, también.</w:t>
      </w:r>
    </w:p>
    <w:p w14:paraId="3641A84D" w14:textId="77777777" w:rsidR="004B4883" w:rsidRDefault="00B41173">
      <w:r>
        <w:t>Viéndolo que sería la población no sé por qué se mueven a Carolina del Sur en realidad.</w:t>
      </w:r>
    </w:p>
    <w:p w14:paraId="0FE25CAE" w14:textId="77777777" w:rsidR="004B4883" w:rsidRDefault="00B41173">
      <w:r>
        <w:lastRenderedPageBreak/>
        <w:t>La población está creciendo constantemente y digo esto para decir que estos estados tienen tarifas más altas de incapaz da. capacidad esto en pargs de otros estados en el sur.</w:t>
      </w:r>
    </w:p>
    <w:p w14:paraId="7A0A365B" w14:textId="77777777" w:rsidR="004B4883" w:rsidRDefault="00B41173">
      <w:r>
        <w:t>Me enfoco en los necesidades y no se han cumplido todavía y asistir a las personas con incapacidad.</w:t>
      </w:r>
    </w:p>
    <w:p w14:paraId="74D43545" w14:textId="77777777" w:rsidR="004B4883" w:rsidRDefault="00B41173">
      <w:r>
        <w:t>Y poder tomar, es lo que me encanta eso.</w:t>
      </w:r>
    </w:p>
    <w:p w14:paraId="0C0C8DC8" w14:textId="77777777" w:rsidR="004B4883" w:rsidRDefault="00B41173">
      <w:r>
        <w:t>He visto muchas historias tristes por no poder hacer lo necesario.</w:t>
      </w:r>
    </w:p>
    <w:p w14:paraId="58A7F2EB" w14:textId="77777777" w:rsidR="004B4883" w:rsidRDefault="00B41173">
      <w:r>
        <w:t>Estamos, hemos estado comenzando lentamente brindando asistencia con la subvención.</w:t>
      </w:r>
    </w:p>
    <w:p w14:paraId="3E1F033A" w14:textId="77777777" w:rsidR="004B4883" w:rsidRDefault="00B41173">
      <w:r>
        <w:t>Hemos tenido seis miembros del personal y dos oficinas.</w:t>
      </w:r>
    </w:p>
    <w:p w14:paraId="46CBAA73" w14:textId="77777777" w:rsidR="004B4883" w:rsidRDefault="00B41173">
      <w:r>
        <w:t>Incluso que no era ni siquiera accesibles.</w:t>
      </w:r>
    </w:p>
    <w:p w14:paraId="0E56EA94" w14:textId="77777777" w:rsidR="004B4883" w:rsidRDefault="00B41173">
      <w:r>
        <w:t>Ha sido divertido.</w:t>
      </w:r>
    </w:p>
    <w:p w14:paraId="3771D95A" w14:textId="77777777" w:rsidR="004B4883" w:rsidRDefault="00B41173">
      <w:r>
        <w:t>Ha sido interesante.</w:t>
      </w:r>
    </w:p>
    <w:p w14:paraId="25AC2445" w14:textId="77777777" w:rsidR="004B4883" w:rsidRDefault="00B41173">
      <w:r>
        <w:t>Ha sido una parte muy estresante pero lo estaré compartiendo.</w:t>
      </w:r>
    </w:p>
    <w:p w14:paraId="57F824FC" w14:textId="77777777" w:rsidR="004B4883" w:rsidRDefault="00B41173">
      <w:pPr>
        <w:pStyle w:val="Heading2"/>
      </w:pPr>
      <w:r>
        <w:t>David Laird</w:t>
      </w:r>
    </w:p>
    <w:p w14:paraId="65AFC10B" w14:textId="77777777" w:rsidR="004B4883" w:rsidRDefault="00B41173">
      <w:r>
        <w:t>Yo he visto en la parte de chat que referencia que sería recurs recursos absolutame.</w:t>
      </w:r>
    </w:p>
    <w:p w14:paraId="228DB99C" w14:textId="77777777" w:rsidR="004B4883" w:rsidRDefault="00B41173">
      <w:r>
        <w:t>Se estaría dirigando habl oobdando con un donante.</w:t>
      </w:r>
    </w:p>
    <w:p w14:paraId="32165DC1" w14:textId="77777777" w:rsidR="004B4883" w:rsidRDefault="00B41173">
      <w:r>
        <w:t>Unas organización.</w:t>
      </w:r>
    </w:p>
    <w:p w14:paraId="1F1784EA" w14:textId="77777777" w:rsidR="004B4883" w:rsidRDefault="00B41173">
      <w:r>
        <w:t>Estamos buscando compañerismo.</w:t>
      </w:r>
    </w:p>
    <w:p w14:paraId="6452C9A4" w14:textId="77777777" w:rsidR="004B4883" w:rsidRDefault="00B41173">
      <w:r>
        <w:t>Estamos buscando maneras y trabajar de la mano y trabajar juntos.</w:t>
      </w:r>
    </w:p>
    <w:p w14:paraId="570E811A" w14:textId="77777777" w:rsidR="004B4883" w:rsidRDefault="00B41173">
      <w:r>
        <w:t>Tenemos una prueba de expediente que se han hecho cosas tremendas en todo el estado.</w:t>
      </w:r>
    </w:p>
    <w:p w14:paraId="627BAB31" w14:textId="77777777" w:rsidR="004B4883" w:rsidRDefault="00B41173">
      <w:r>
        <w:t>Aquí es como pueden, podrían ustedes cumplir en lo que sería, así es beneficioso para ustedes trabajar con nosotros.</w:t>
      </w:r>
    </w:p>
    <w:p w14:paraId="3D637475" w14:textId="77777777" w:rsidR="004B4883" w:rsidRDefault="00B41173">
      <w:r>
        <w:t>Por favor, apoyenos.</w:t>
      </w:r>
    </w:p>
    <w:p w14:paraId="2B77776F" w14:textId="77777777" w:rsidR="004B4883" w:rsidRDefault="00B41173">
      <w:pPr>
        <w:pStyle w:val="Heading2"/>
      </w:pPr>
      <w:r>
        <w:t>Bethany Baldwin</w:t>
      </w:r>
    </w:p>
    <w:p w14:paraId="212DA961" w14:textId="77777777" w:rsidR="004B4883" w:rsidRDefault="00B41173">
      <w:r>
        <w:t>Perfecto David, muchas gracias.</w:t>
      </w:r>
    </w:p>
    <w:p w14:paraId="6FC7AFB9" w14:textId="77777777" w:rsidR="004B4883" w:rsidRDefault="00B41173">
      <w:r>
        <w:t>Gracias por establecerlo.</w:t>
      </w:r>
    </w:p>
    <w:p w14:paraId="5AAD42F8" w14:textId="77777777" w:rsidR="004B4883" w:rsidRDefault="00B41173">
      <w:r>
        <w:t>Podría mostrar en cada sección.</w:t>
      </w:r>
    </w:p>
    <w:p w14:paraId="43EEFA30" w14:textId="77777777" w:rsidR="004B4883" w:rsidRDefault="00B41173">
      <w:r>
        <w:lastRenderedPageBreak/>
        <w:t>Cada una de los presentadores ha indicado una de las parts partes principal volviendo nueve reament a la semana 1.</w:t>
      </w:r>
    </w:p>
    <w:p w14:paraId="4200D1F6" w14:textId="77777777" w:rsidR="004B4883" w:rsidRDefault="00B41173">
      <w:r>
        <w:t>El que todo el dinero es dinero bueno enfatizando de qué es dinero que está disponible.</w:t>
      </w:r>
    </w:p>
    <w:p w14:paraId="3483B1FE" w14:textId="77777777" w:rsidR="004B4883" w:rsidRDefault="00B41173">
      <w:r>
        <w:t>Volviendo nuevamente a la filosofía.</w:t>
      </w:r>
    </w:p>
    <w:p w14:paraId="3B503F21" w14:textId="77777777" w:rsidR="004B4883" w:rsidRDefault="00B41173">
      <w:r>
        <w:t>Si podría compartir algo a la alrespeto?</w:t>
      </w:r>
    </w:p>
    <w:p w14:paraId="1092B75F" w14:textId="77777777" w:rsidR="004B4883" w:rsidRDefault="00B41173">
      <w:pPr>
        <w:pStyle w:val="Heading2"/>
      </w:pPr>
      <w:r>
        <w:t>Kimberly Tissot</w:t>
      </w:r>
    </w:p>
    <w:p w14:paraId="67917DF1" w14:textId="77777777" w:rsidR="004B4883" w:rsidRDefault="00B41173">
      <w:r>
        <w:t>No estaremos tomando ese dinero.</w:t>
      </w:r>
    </w:p>
    <w:p w14:paraId="53997CDD" w14:textId="77777777" w:rsidR="004B4883" w:rsidRDefault="00B41173">
      <w:r>
        <w:t>Eso ha sido algo muy firme.</w:t>
      </w:r>
    </w:p>
    <w:p w14:paraId="4257FCDB" w14:textId="77777777" w:rsidR="004B4883" w:rsidRDefault="00B41173">
      <w:r>
        <w:t>Algunas donantes que sé que han causado que la cosa -- alguna comunidad y marginal no aceptamos las donaciones.</w:t>
      </w:r>
    </w:p>
    <w:p w14:paraId="448C3DD7" w14:textId="77777777" w:rsidR="004B4883" w:rsidRDefault="00B41173">
      <w:r>
        <w:t>Nosotros somos muy cuidadoso por las subvenciónones que recibimos.</w:t>
      </w:r>
    </w:p>
    <w:p w14:paraId="532D4A9B" w14:textId="77777777" w:rsidR="004B4883" w:rsidRDefault="00B41173">
      <w:r>
        <w:t>Es cómo una fórmula que tiene que ser exactamente lo que quieren que haga.</w:t>
      </w:r>
    </w:p>
    <w:p w14:paraId="0B93EC8F" w14:textId="77777777" w:rsidR="004B4883" w:rsidRDefault="00B41173">
      <w:r>
        <w:t>Nosotros pasamos con eso porque sabemos que esas subvengs en particular nos llevan fuera de la capacidad y sabemos que tenemos nunca créame con o personas sin capacidad.</w:t>
      </w:r>
    </w:p>
    <w:p w14:paraId="44E6F208" w14:textId="77777777" w:rsidR="004B4883" w:rsidRDefault="00B41173">
      <w:r>
        <w:t>Eso sería otra área.</w:t>
      </w:r>
    </w:p>
    <w:p w14:paraId="6ADFECB4" w14:textId="77777777" w:rsidR="004B4883" w:rsidRDefault="00B41173">
      <w:r>
        <w:t>Inclusióno enIncluso en esta campaña de hecho lo estaríamos hacer como año y medio.</w:t>
      </w:r>
    </w:p>
    <w:p w14:paraId="2B88A064" w14:textId="77777777" w:rsidR="004B4883" w:rsidRDefault="00B41173">
      <w:r>
        <w:t>Sí habíamos visto las barreras que la comunidad iba enfrentar.</w:t>
      </w:r>
    </w:p>
    <w:p w14:paraId="337DDE7E" w14:textId="77777777" w:rsidR="004B4883" w:rsidRDefault="00B41173">
      <w:r>
        <w:t>Si habría alguna organización estaríamos viendo compañía, o tendrían alguna demanda judicial seria con personas con incapacidad para asegurarse que incluso por eso y no parece que habrían tenido, han hecho mejoría.</w:t>
      </w:r>
    </w:p>
    <w:p w14:paraId="7ECD4A28" w14:textId="77777777" w:rsidR="004B4883" w:rsidRDefault="00B41173">
      <w:r>
        <w:t>Y cosas y extrañas también.</w:t>
      </w:r>
    </w:p>
    <w:p w14:paraId="24A2DE30" w14:textId="77777777" w:rsidR="004B4883" w:rsidRDefault="00B41173">
      <w:r>
        <w:t>No sería nada que requeriría a que estamos mandados a reportar sin utilizar nuestras desstres destreza que teneme tenemos.</w:t>
      </w:r>
    </w:p>
    <w:p w14:paraId="1732A272" w14:textId="77777777" w:rsidR="004B4883" w:rsidRDefault="00B41173">
      <w:r>
        <w:t>Cada persona -- porque permanece la custodia del estado.</w:t>
      </w:r>
    </w:p>
    <w:p w14:paraId="0C8E9C13" w14:textId="77777777" w:rsidR="004B4883" w:rsidRDefault="00B41173">
      <w:r>
        <w:t>Somos muy cuidadosos de las decisiónones que tomamos para asegurarnos de la organización.</w:t>
      </w:r>
    </w:p>
    <w:p w14:paraId="56064245" w14:textId="77777777" w:rsidR="004B4883" w:rsidRDefault="00B41173">
      <w:r>
        <w:t>Gracias.</w:t>
      </w:r>
    </w:p>
    <w:p w14:paraId="492921D7" w14:textId="77777777" w:rsidR="004B4883" w:rsidRDefault="00B41173">
      <w:pPr>
        <w:pStyle w:val="Heading2"/>
      </w:pPr>
      <w:r>
        <w:t>David Laird</w:t>
      </w:r>
    </w:p>
    <w:p w14:paraId="4A04079A" w14:textId="77777777" w:rsidR="004B4883" w:rsidRDefault="00B41173">
      <w:r>
        <w:t>Quería ser un seguimiento al respecto también.</w:t>
      </w:r>
    </w:p>
    <w:p w14:paraId="17A47843" w14:textId="77777777" w:rsidR="004B4883" w:rsidRDefault="00B41173">
      <w:r>
        <w:lastRenderedPageBreak/>
        <w:t>En referencia a los donantes individuales.</w:t>
      </w:r>
    </w:p>
    <w:p w14:paraId="1BA66999" w14:textId="77777777" w:rsidR="004B4883" w:rsidRDefault="00B41173">
      <w:r>
        <w:t>Son miembros de ambas partes.</w:t>
      </w:r>
    </w:p>
    <w:p w14:paraId="5A2DE274" w14:textId="77777777" w:rsidR="004B4883" w:rsidRDefault="00B41173">
      <w:r>
        <w:t>Tratamos de ser cuidadosos con eso.</w:t>
      </w:r>
    </w:p>
    <w:p w14:paraId="2D556E1C" w14:textId="77777777" w:rsidR="004B4883" w:rsidRDefault="00B41173">
      <w:r>
        <w:t>Y los miembros de la intla intlag Asamblea General es un testamento como valoran el trabajo que nosotros hacemos.</w:t>
      </w:r>
    </w:p>
    <w:p w14:paraId="416DE636" w14:textId="77777777" w:rsidR="004B4883" w:rsidRDefault="00B41173">
      <w:r>
        <w:t>En el Asamblea General y podemos decir que algunos de el estado.</w:t>
      </w:r>
    </w:p>
    <w:p w14:paraId="30258EBE" w14:textId="77777777" w:rsidR="004B4883" w:rsidRDefault="00B41173">
      <w:pPr>
        <w:pStyle w:val="Heading2"/>
      </w:pPr>
      <w:r>
        <w:t>Bethany Baldwin</w:t>
      </w:r>
    </w:p>
    <w:p w14:paraId="2BE1E2CB" w14:textId="77777777" w:rsidR="004B4883" w:rsidRDefault="00B41173">
      <w:r>
        <w:t>Muchas gracias.</w:t>
      </w:r>
    </w:p>
    <w:p w14:paraId="13C6626F" w14:textId="77777777" w:rsidR="004B4883" w:rsidRDefault="00B41173">
      <w:r>
        <w:t>Una pregunta.</w:t>
      </w:r>
    </w:p>
    <w:p w14:paraId="3CBB0A40" w14:textId="77777777" w:rsidR="004B4883" w:rsidRDefault="00B41173">
      <w:r>
        <w:t>&gt;&gt; Soy janice.</w:t>
      </w:r>
    </w:p>
    <w:p w14:paraId="6E850F7D" w14:textId="77777777" w:rsidR="004B4883" w:rsidRDefault="00B41173">
      <w:r>
        <w:t>Gracias por reconocerme.</w:t>
      </w:r>
    </w:p>
    <w:p w14:paraId="01B0313D" w14:textId="77777777" w:rsidR="004B4883" w:rsidRDefault="00B41173">
      <w:r>
        <w:t>De hecho estoy de Carolina del Sur.</w:t>
      </w:r>
    </w:p>
    <w:p w14:paraId="5F5DAA54" w14:textId="77777777" w:rsidR="004B4883" w:rsidRDefault="00B41173">
      <w:r>
        <w:t>Quería hacer una pregunta habían menciónonado climson y parece que cómo podrían ustedes reclutar a los estudiantes para poder ayuderles con la subvención?</w:t>
      </w:r>
    </w:p>
    <w:p w14:paraId="275C4910" w14:textId="77777777" w:rsidR="004B4883" w:rsidRDefault="00B41173">
      <w:pPr>
        <w:pStyle w:val="Heading2"/>
      </w:pPr>
      <w:r>
        <w:t>Kimberly Tissot</w:t>
      </w:r>
    </w:p>
    <w:p w14:paraId="1A6BAE8D" w14:textId="77777777" w:rsidR="004B4883" w:rsidRDefault="00B41173">
      <w:r>
        <w:t>Creo que trabajamos con la mayoría de las universidades en realidad.</w:t>
      </w:r>
    </w:p>
    <w:p w14:paraId="3014127E" w14:textId="77777777" w:rsidR="004B4883" w:rsidRDefault="00B41173">
      <w:r>
        <w:t>Es la construcción de relación.</w:t>
      </w:r>
    </w:p>
    <w:p w14:paraId="0D163941" w14:textId="77777777" w:rsidR="004B4883" w:rsidRDefault="00B41173">
      <w:r>
        <w:t>Tenemos a dos profesores de la universidad en Carolina del Sur en la junta de directores y ellos ayudan.</w:t>
      </w:r>
    </w:p>
    <w:p w14:paraId="289F1F0C" w14:textId="77777777" w:rsidR="004B4883" w:rsidRDefault="00B41173">
      <w:r>
        <w:t>Habíamos tenedortenidotentenido miembros con educación especial y tienen diferentes tipos de subvención y trabajo.</w:t>
      </w:r>
    </w:p>
    <w:p w14:paraId="7B76DE2E" w14:textId="77777777" w:rsidR="004B4883" w:rsidRDefault="00B41173">
      <w:r>
        <w:t>Están prs interesadosInteresados?</w:t>
      </w:r>
    </w:p>
    <w:p w14:paraId="1A368E36" w14:textId="77777777" w:rsidR="004B4883" w:rsidRDefault="00B41173">
      <w:r>
        <w:t>Eso.</w:t>
      </w:r>
    </w:p>
    <w:p w14:paraId="39FA7F11" w14:textId="77777777" w:rsidR="004B4883" w:rsidRDefault="00B41173">
      <w:r>
        <w:t>Era algo necesario en la sistema escolar.</w:t>
      </w:r>
    </w:p>
    <w:p w14:paraId="59E973A9" w14:textId="77777777" w:rsidR="004B4883" w:rsidRDefault="00B41173">
      <w:r>
        <w:t>En el estado de Carolina del Sur pero ustedes conocen a personas que conocen en persona.</w:t>
      </w:r>
    </w:p>
    <w:p w14:paraId="6C06F4FB" w14:textId="77777777" w:rsidR="004B4883" w:rsidRDefault="00B41173">
      <w:r>
        <w:t>Pueden hacer en relaciónones nosotros traemos a personas poderosas a nuestra junta junta.</w:t>
      </w:r>
    </w:p>
    <w:p w14:paraId="61F1322C" w14:textId="77777777" w:rsidR="004B4883" w:rsidRDefault="00B41173">
      <w:r>
        <w:t>Tenemos una arc tecura asombrosa.</w:t>
      </w:r>
    </w:p>
    <w:p w14:paraId="7D1EBEE3" w14:textId="77777777" w:rsidR="004B4883" w:rsidRDefault="00B41173">
      <w:r>
        <w:lastRenderedPageBreak/>
        <w:t>Y creador de tratamos de diversificar, también la junta con los diferentes profesiónones que pueden ofrecer diferentes niveles de experiencia.</w:t>
      </w:r>
    </w:p>
    <w:p w14:paraId="1F8E02CD" w14:textId="77777777" w:rsidR="004B4883" w:rsidRDefault="00B41173">
      <w:r>
        <w:t>&gt;&gt; Estoy familiarizado de la universidad estatal asombroso.</w:t>
      </w:r>
    </w:p>
    <w:p w14:paraId="260E4186" w14:textId="77777777" w:rsidR="004B4883" w:rsidRDefault="00B41173">
      <w:r>
        <w:t>Yo VIH vivo en rock h Hill.</w:t>
      </w:r>
    </w:p>
    <w:p w14:paraId="0BF47D5C" w14:textId="77777777" w:rsidR="004B4883" w:rsidRDefault="00B41173">
      <w:r>
        <w:t>Es una buena representación, gracias.</w:t>
      </w:r>
    </w:p>
    <w:p w14:paraId="3D79F76E" w14:textId="77777777" w:rsidR="004B4883" w:rsidRDefault="00B41173">
      <w:pPr>
        <w:pStyle w:val="Heading2"/>
      </w:pPr>
      <w:r>
        <w:t>Bethany Baldwin</w:t>
      </w:r>
    </w:p>
    <w:p w14:paraId="0B161BF8" w14:textId="77777777" w:rsidR="004B4883" w:rsidRDefault="00B41173">
      <w:r>
        <w:t>Gracias jans es una muy buena pregunta.</w:t>
      </w:r>
    </w:p>
    <w:p w14:paraId="6A3BA6DF" w14:textId="77777777" w:rsidR="004B4883" w:rsidRDefault="00B41173">
      <w:r>
        <w:t>Mary kait había compartido, también.</w:t>
      </w:r>
    </w:p>
    <w:p w14:paraId="0D7DB88B" w14:textId="77777777" w:rsidR="004B4883" w:rsidRDefault="00B41173">
      <w:r>
        <w:t>El proceso de recursos en desarrollo.</w:t>
      </w:r>
    </w:p>
    <w:p w14:paraId="2B1D65D1" w14:textId="77777777" w:rsidR="004B4883" w:rsidRDefault="00B41173">
      <w:r>
        <w:t>Había indicado un ejemplo de ser estratégico con la junta.</w:t>
      </w:r>
    </w:p>
    <w:p w14:paraId="21D7DB0B" w14:textId="77777777" w:rsidR="004B4883" w:rsidRDefault="00B41173">
      <w:r>
        <w:t>Puedo mencionar que -- para asegurarse de que puede permanecer en la comunidad.</w:t>
      </w:r>
    </w:p>
    <w:p w14:paraId="70FAFFD9" w14:textId="77777777" w:rsidR="004B4883" w:rsidRDefault="00B41173">
      <w:pPr>
        <w:pStyle w:val="Heading2"/>
      </w:pPr>
      <w:r>
        <w:t>Kimberly Tissot</w:t>
      </w:r>
    </w:p>
    <w:p w14:paraId="68361347" w14:textId="77777777" w:rsidR="004B4883" w:rsidRDefault="00B41173">
      <w:r>
        <w:t>Yo le voy a dirk ahora decir ahora mismo va a haber con dos CILs de Ohio ahora mismo.</w:t>
      </w:r>
    </w:p>
    <w:p w14:paraId="7D8E76E9" w14:textId="77777777" w:rsidR="004B4883" w:rsidRDefault="00B41173">
      <w:r>
        <w:t>Una fundación de los miembros tenemos que poder aseguir narnar.</w:t>
      </w:r>
    </w:p>
    <w:p w14:paraId="5D74CCF7" w14:textId="77777777" w:rsidR="004B4883" w:rsidRDefault="00B41173">
      <w:r>
        <w:t>Estaremos solicitando con Ohio.</w:t>
      </w:r>
    </w:p>
    <w:p w14:paraId="64E8178A" w14:textId="77777777" w:rsidR="004B4883" w:rsidRDefault="00B41173">
      <w:r>
        <w:t>Y estaríamos trabajando ya con padres con discapacidades, también.</w:t>
      </w:r>
    </w:p>
    <w:p w14:paraId="36DBF3FB" w14:textId="77777777" w:rsidR="004B4883" w:rsidRDefault="00B41173">
      <w:r>
        <w:t>Estaremos escribiendo la subvención con ellos.</w:t>
      </w:r>
    </w:p>
    <w:p w14:paraId="2F2BBEC6" w14:textId="77777777" w:rsidR="004B4883" w:rsidRDefault="00B41173">
      <w:r>
        <w:t>Esa colaboración puede salir incluso fuera del estado. estado en ocasiónones.</w:t>
      </w:r>
    </w:p>
    <w:p w14:paraId="3C427C8F" w14:textId="77777777" w:rsidR="004B4883" w:rsidRDefault="00B41173">
      <w:pPr>
        <w:pStyle w:val="Heading2"/>
      </w:pPr>
      <w:r>
        <w:t>Bethany Baldwin</w:t>
      </w:r>
    </w:p>
    <w:p w14:paraId="5DB1507D" w14:textId="77777777" w:rsidR="004B4883" w:rsidRDefault="00B41173">
      <w:r>
        <w:t>Eso es fantástico.</w:t>
      </w:r>
    </w:p>
    <w:p w14:paraId="7669C3BE" w14:textId="77777777" w:rsidR="004B4883" w:rsidRDefault="00B41173">
      <w:r>
        <w:t>A veces esto puede ocurrir a nivel local.</w:t>
      </w:r>
    </w:p>
    <w:p w14:paraId="52874549" w14:textId="77777777" w:rsidR="004B4883" w:rsidRDefault="00B41173">
      <w:r>
        <w:t>Yo quería mencionar, quería dar las gracias a usted Kimberly y a usted David.</w:t>
      </w:r>
    </w:p>
    <w:p w14:paraId="2A79E5B3" w14:textId="77777777" w:rsidR="004B4883" w:rsidRDefault="00B41173">
      <w:r>
        <w:t>Gracias por -- yo lo aprecio mucho desde el fondo de mi corazón.</w:t>
      </w:r>
    </w:p>
    <w:p w14:paraId="216DD840" w14:textId="77777777" w:rsidR="004B4883" w:rsidRDefault="00B41173">
      <w:r>
        <w:t>Quiero darle las gracias.</w:t>
      </w:r>
    </w:p>
    <w:p w14:paraId="0E0DC906" w14:textId="77777777" w:rsidR="004B4883" w:rsidRDefault="00B41173">
      <w:r>
        <w:t>Ahí van a tener en la pantalla el enlace de evaluación.</w:t>
      </w:r>
    </w:p>
    <w:p w14:paraId="41E5A061" w14:textId="77777777" w:rsidR="004B4883" w:rsidRDefault="00B41173">
      <w:r>
        <w:t>En la chat lo estaremos poniendo también.</w:t>
      </w:r>
    </w:p>
    <w:p w14:paraId="214681BB" w14:textId="77777777" w:rsidR="004B4883" w:rsidRDefault="00B41173">
      <w:r>
        <w:t>Quiero enfatizar por favor tómense el tiempo de llenarlo.</w:t>
      </w:r>
    </w:p>
    <w:p w14:paraId="28EBAA44" w14:textId="77777777" w:rsidR="004B4883" w:rsidRDefault="00B41173">
      <w:r>
        <w:lastRenderedPageBreak/>
        <w:t>Sería unos tres a cinco minutos.</w:t>
      </w:r>
    </w:p>
    <w:p w14:paraId="73EFC98B" w14:textId="77777777" w:rsidR="004B4883" w:rsidRDefault="00B41173">
      <w:r>
        <w:t>Aquí van a ver las retro alimentaciones de presentadores, también.</w:t>
      </w:r>
    </w:p>
    <w:p w14:paraId="5113C757" w14:textId="77777777" w:rsidR="004B4883" w:rsidRDefault="00B41173">
      <w:r>
        <w:t>Tenemos converss muy profundas al respecto.</w:t>
      </w:r>
    </w:p>
    <w:p w14:paraId="7ED33988" w14:textId="77777777" w:rsidR="004B4883" w:rsidRDefault="00B41173">
      <w:r>
        <w:t>Sobre la comunidad y nuestros compañeros.</w:t>
      </w:r>
    </w:p>
    <w:p w14:paraId="085309F3" w14:textId="77777777" w:rsidR="004B4883" w:rsidRDefault="00B41173">
      <w:r>
        <w:t>Ha documentado las siguientes eventos de learn and share el día 27 de mayo.</w:t>
      </w:r>
    </w:p>
    <w:p w14:paraId="74B16659" w14:textId="77777777" w:rsidR="004B4883" w:rsidRDefault="00B41173">
      <w:r>
        <w:t>Y el tiempo de contar historia y práctica con nuestros compañeros el 21.</w:t>
      </w:r>
    </w:p>
    <w:p w14:paraId="54B05194" w14:textId="77777777" w:rsidR="004B4883" w:rsidRDefault="00B41173">
      <w:r>
        <w:t>No está en el cronológico correcta.</w:t>
      </w:r>
    </w:p>
    <w:p w14:paraId="0B366E50" w14:textId="77777777" w:rsidR="004B4883" w:rsidRDefault="00B41173">
      <w:r>
        <w:t>ZuptDisculpas por eso.</w:t>
      </w:r>
    </w:p>
    <w:p w14:paraId="4232BAD8" w14:textId="77777777" w:rsidR="004B4883" w:rsidRDefault="00B41173">
      <w:r>
        <w:t>Y el 11 de junio y también vamos a tener el CIL conexión ahí podrían compartir también con su red de IL.</w:t>
      </w:r>
    </w:p>
    <w:p w14:paraId="2F36CAC2" w14:textId="77777777" w:rsidR="004B4883" w:rsidRDefault="00B41173">
      <w:r>
        <w:t>Estaran viniendo a reuniones y entrenamientos.</w:t>
      </w:r>
    </w:p>
    <w:p w14:paraId="640D4998" w14:textId="77777777" w:rsidR="004B4883" w:rsidRDefault="00B41173">
      <w:r>
        <w:t>Estamos poniendo acá la información para que las personas pueden explorar y comunicarse con el equipo de IL T&amp;TA si tienen alguna solicitud alguna pregunta pueden poner el enlace.</w:t>
      </w:r>
    </w:p>
    <w:p w14:paraId="6CCD333E" w14:textId="77777777" w:rsidR="004B4883" w:rsidRDefault="00B41173">
      <w:r>
        <w:t>Puede registrarse para, estaremos poniendo la información acá.</w:t>
      </w:r>
    </w:p>
    <w:p w14:paraId="1733C85D" w14:textId="77777777" w:rsidR="004B4883" w:rsidRDefault="00B41173">
      <w:r>
        <w:t>Estamos cumpliendo con lo que sería la hora.</w:t>
      </w:r>
    </w:p>
    <w:p w14:paraId="389A4E8F" w14:textId="77777777" w:rsidR="004B4883" w:rsidRDefault="00B41173">
      <w:r>
        <w:t>Yo espero que tengan todos maravilloso resto del día.</w:t>
      </w:r>
    </w:p>
    <w:p w14:paraId="12C49553" w14:textId="77777777" w:rsidR="004B4883" w:rsidRDefault="00B41173">
      <w:r>
        <w:t>Quiero darle las gracias.</w:t>
      </w:r>
    </w:p>
    <w:p w14:paraId="1AA14EAC" w14:textId="77777777" w:rsidR="004B4883" w:rsidRDefault="00B41173">
      <w:r>
        <w:t>Gracias a</w:t>
      </w:r>
    </w:p>
    <w:p w14:paraId="3953D4D5" w14:textId="77777777" w:rsidR="004B4883" w:rsidRDefault="00B41173">
      <w:r>
        <w:t>Page</w:t>
      </w:r>
    </w:p>
    <w:p w14:paraId="6018B9A2" w14:textId="77777777" w:rsidR="004B4883" w:rsidRDefault="00B41173">
      <w:r>
        <w:t>of</w:t>
      </w:r>
    </w:p>
    <w:p w14:paraId="2F9655EB" w14:textId="77777777" w:rsidR="004B4883" w:rsidRDefault="00B41173">
      <w:r>
        <w:t>18 May 2026 1:05 PM</w:t>
      </w:r>
    </w:p>
    <w:p w14:paraId="356AD896" w14:textId="77777777" w:rsidR="004B4883" w:rsidRDefault="00B41173">
      <w:r>
        <w:t>Page</w:t>
      </w:r>
    </w:p>
    <w:p w14:paraId="5F03BF84" w14:textId="77777777" w:rsidR="004B4883" w:rsidRDefault="00B41173">
      <w:r>
        <w:t>of</w:t>
      </w:r>
    </w:p>
    <w:p w14:paraId="2DD720AB" w14:textId="77777777" w:rsidR="004B4883" w:rsidRDefault="00B41173">
      <w:r>
        <w:t>18 May 2026 1:05 PM</w:t>
      </w:r>
    </w:p>
    <w:sectPr w:rsidR="004B488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05028585">
    <w:abstractNumId w:val="8"/>
  </w:num>
  <w:num w:numId="2" w16cid:durableId="1666283203">
    <w:abstractNumId w:val="6"/>
  </w:num>
  <w:num w:numId="3" w16cid:durableId="1246718522">
    <w:abstractNumId w:val="5"/>
  </w:num>
  <w:num w:numId="4" w16cid:durableId="759564346">
    <w:abstractNumId w:val="4"/>
  </w:num>
  <w:num w:numId="5" w16cid:durableId="1605263891">
    <w:abstractNumId w:val="7"/>
  </w:num>
  <w:num w:numId="6" w16cid:durableId="801315229">
    <w:abstractNumId w:val="3"/>
  </w:num>
  <w:num w:numId="7" w16cid:durableId="393747108">
    <w:abstractNumId w:val="2"/>
  </w:num>
  <w:num w:numId="8" w16cid:durableId="2018728967">
    <w:abstractNumId w:val="1"/>
  </w:num>
  <w:num w:numId="9" w16cid:durableId="2095590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5AF7"/>
    <w:rsid w:val="0015074B"/>
    <w:rsid w:val="0029639D"/>
    <w:rsid w:val="00326F90"/>
    <w:rsid w:val="0041075E"/>
    <w:rsid w:val="004B4883"/>
    <w:rsid w:val="00AA1D8D"/>
    <w:rsid w:val="00B4117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0A2AEED-37CF-4AC4-84B2-C638D83E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6712</Words>
  <Characters>38259</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Wolinsky, Emily</cp:lastModifiedBy>
  <cp:revision>3</cp:revision>
  <dcterms:created xsi:type="dcterms:W3CDTF">2013-12-23T23:15:00Z</dcterms:created>
  <dcterms:modified xsi:type="dcterms:W3CDTF">2026-05-18T17:18:00Z</dcterms:modified>
  <cp:category/>
</cp:coreProperties>
</file>